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c>
          <w:tcPr>
            <w:tcW w:type="dxa" w:w="10035"/>
            <w:vAlign w:val="center"/>
            <w:shd w:fill="172E3B"/>
            <w:tcMar>
              <w:top w:w="110" w:type="dxa"/>
              <w:start w:w="225" w:type="dxa"/>
              <w:bottom w:w="125" w:type="dxa"/>
              <w:end w:w="225" w:type="dxa"/>
            </w:tcMar>
          </w:tcPr>
          <w:p>
            <w:pPr>
              <w:keepNext w:val="0"/>
              <w:spacing w:before="0" w:after="160" w:line="240" w:lineRule="auto"/>
            </w:pPr>
            <w:r>
              <w:rPr>
                <w:rFonts w:ascii="Lato" w:hAnsi="Lato" w:eastAsia="Lato" w:cs="Lato"/>
                <w:b/>
                <w:i w:val="0"/>
                <w:color w:val="C4D5D9"/>
                <w:sz w:val="16"/>
              </w:rPr>
              <w:t>FORMULAR / PRIVATPERSONEN</w:t>
            </w:r>
            <w:r>
              <w:rPr>
                <w:rFonts w:ascii="Lato" w:hAnsi="Lato" w:eastAsia="Lato" w:cs="Lato"/>
                <w:b/>
                <w:i w:val="0"/>
                <w:color w:val="E0AC7E"/>
                <w:sz w:val="16"/>
              </w:rPr>
              <w:t xml:space="preserve">   /   AUSFÜLLBARE VOLLMACHT</w:t>
            </w:r>
          </w:p>
          <w:p>
            <w:pPr>
              <w:keepNext w:val="0"/>
              <w:spacing w:before="0" w:after="80" w:line="240" w:lineRule="auto"/>
            </w:pPr>
            <w:r>
              <w:rPr>
                <w:rFonts w:ascii="Lato" w:hAnsi="Lato" w:eastAsia="Lato" w:cs="Lato"/>
                <w:b/>
                <w:i w:val="0"/>
                <w:color w:val="FFFFFF"/>
                <w:sz w:val="40"/>
              </w:rPr>
              <w:t>Vollmacht für Behördengänge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Lato" w:hAnsi="Lato" w:eastAsia="Lato" w:cs="Lato"/>
                <w:b w:val="0"/>
                <w:i w:val="0"/>
                <w:color w:val="D6E1E4"/>
                <w:sz w:val="17"/>
              </w:rPr>
              <w:t>Gezielte Vertretung gegenüber einer Behörde · nur im festgelegten Umfang</w:t>
            </w:r>
          </w:p>
        </w:tc>
      </w:tr>
    </w:tbl>
    <w:p>
      <w:pPr>
        <w:keepNext w:val="0"/>
        <w:spacing w:before="0" w:after="100" w:line="240" w:lineRule="auto"/>
      </w:pPr>
      <w:r>
        <w:rPr>
          <w:sz w:val="1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5"/>
        <w:gridCol w:w="6406"/>
        <w:gridCol w:w="3033"/>
      </w:tblGrid>
      <w:tr>
        <w:tc>
          <w:tcPr>
            <w:tcW w:type="dxa" w:w="595"/>
            <w:vAlign w:val="center"/>
            <w:tcMar>
              <w:top w:w="35" w:type="dxa"/>
              <w:start w:w="0" w:type="dxa"/>
              <w:bottom w:w="40" w:type="dxa"/>
              <w:end w:w="0" w:type="dxa"/>
            </w:tcMar>
            <w:shd w:fill="B77842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Lato" w:hAnsi="Lato" w:eastAsia="Lato" w:cs="Lato"/>
                <w:b/>
                <w:i w:val="0"/>
                <w:color w:val="FFFFFF"/>
                <w:sz w:val="18"/>
              </w:rPr>
              <w:t>01</w:t>
            </w:r>
          </w:p>
        </w:tc>
        <w:tc>
          <w:tcPr>
            <w:tcW w:type="dxa" w:w="6406"/>
            <w:vAlign w:val="center"/>
            <w:tcBorders>
              <w:bottom w:val="single" w:sz="6" w:color="D6E0E4"/>
            </w:tcBorders>
            <w:tcMar>
              <w:top w:w="25" w:type="dxa"/>
              <w:start w:w="0" w:type="dxa"/>
              <w:bottom w:w="30" w:type="dxa"/>
              <w:end w:w="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Lato" w:hAnsi="Lato" w:eastAsia="Lato" w:cs="Lato"/>
                <w:b/>
                <w:i w:val="0"/>
                <w:color w:val="172E3B"/>
                <w:sz w:val="20"/>
              </w:rPr>
              <w:t xml:space="preserve">  Beteiligte Personen</w:t>
            </w:r>
          </w:p>
        </w:tc>
        <w:tc>
          <w:tcPr>
            <w:tcW w:type="dxa" w:w="3033"/>
            <w:vAlign w:val="center"/>
            <w:tcBorders>
              <w:bottom w:val="single" w:sz="6" w:color="D6E0E4"/>
            </w:tcBorders>
            <w:tcMar>
              <w:top w:w="25" w:type="dxa"/>
              <w:start w:w="0" w:type="dxa"/>
              <w:bottom w:w="30" w:type="dxa"/>
              <w:end w:w="0" w:type="dxa"/>
            </w:tcMar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Lato" w:hAnsi="Lato" w:eastAsia="Lato" w:cs="Lato"/>
                <w:b/>
                <w:i w:val="0"/>
                <w:color w:val="738690"/>
                <w:sz w:val="14"/>
              </w:rPr>
              <w:t>IDENTIFIKATION</w:t>
            </w:r>
          </w:p>
        </w:tc>
      </w:tr>
    </w:tbl>
    <w:p>
      <w:pPr>
        <w:keepNext w:val="0"/>
        <w:spacing w:before="0" w:after="0" w:line="240" w:lineRule="auto"/>
      </w:pPr>
      <w:r>
        <w:rPr>
          <w:sz w:val="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7"/>
            <w:vAlign w:val="center"/>
            <w:shd w:fill="F3F7F8"/>
            <w:tcBorders>
              <w:bottom w:val="single" w:sz="6" w:color="D6E0E4"/>
              <w:right w:val="single" w:sz="4" w:color="FFFFFF"/>
            </w:tcBorders>
            <w:tcMar>
              <w:top w:w="50" w:type="dxa"/>
              <w:start w:w="145" w:type="dxa"/>
              <w:bottom w:w="58" w:type="dxa"/>
              <w:end w:w="145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Lato" w:hAnsi="Lato" w:eastAsia="Lato" w:cs="Lato"/>
                <w:b/>
                <w:i w:val="0"/>
                <w:color w:val="516978"/>
                <w:sz w:val="14"/>
              </w:rPr>
              <w:t>VOLLMACHTGEBER/IN · VOR- UND NACHNAME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alias w:val="Vg Name"/>
                <w:tag w:val="VG_NAME"/>
                <w:id w:val="3001"/>
                <w:text/>
                <w:appearance w:val="boundingBox"/>
              </w:sdtPr>
              <w:sdtContent>
                <w:r>
                  <w:rPr>
                    <w:rFonts w:ascii="Lato" w:hAnsi="Lato"/>
                    <w:color w:val="738690"/>
                    <w:sz w:val="17"/>
                    <w:i/>
                  </w:rPr>
                  <w:t>Vollständigen Namen eingeben</w:t>
                </w:r>
              </w:sdtContent>
            </w:sdt>
          </w:p>
        </w:tc>
        <w:tc>
          <w:tcPr>
            <w:tcW w:type="dxa" w:w="5017"/>
            <w:vAlign w:val="center"/>
            <w:shd w:fill="F3F7F8"/>
            <w:tcBorders>
              <w:bottom w:val="single" w:sz="6" w:color="D6E0E4"/>
              <w:right w:val="single" w:sz="4" w:color="FFFFFF"/>
            </w:tcBorders>
            <w:tcMar>
              <w:top w:w="50" w:type="dxa"/>
              <w:start w:w="145" w:type="dxa"/>
              <w:bottom w:w="58" w:type="dxa"/>
              <w:end w:w="145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Lato" w:hAnsi="Lato" w:eastAsia="Lato" w:cs="Lato"/>
                <w:b/>
                <w:i w:val="0"/>
                <w:color w:val="516978"/>
                <w:sz w:val="14"/>
              </w:rPr>
              <w:t>BEVOLLMÄCHTIGTE/R · VOR- UND NACHNAME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alias w:val="Bv Name"/>
                <w:tag w:val="BV_NAME"/>
                <w:id w:val="3002"/>
                <w:text/>
                <w:appearance w:val="boundingBox"/>
              </w:sdtPr>
              <w:sdtContent>
                <w:r>
                  <w:rPr>
                    <w:rFonts w:ascii="Lato" w:hAnsi="Lato"/>
                    <w:color w:val="738690"/>
                    <w:sz w:val="17"/>
                    <w:i/>
                  </w:rPr>
                  <w:t>Vollständigen Namen eingeben</w:t>
                </w:r>
              </w:sdtContent>
            </w:sdt>
          </w:p>
        </w:tc>
      </w:tr>
    </w:tbl>
    <w:p>
      <w:pPr>
        <w:keepNext w:val="0"/>
        <w:spacing w:before="0" w:after="20" w:line="240" w:lineRule="auto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7"/>
            <w:vAlign w:val="center"/>
            <w:shd w:fill="F3F7F8"/>
            <w:tcBorders>
              <w:bottom w:val="single" w:sz="6" w:color="D6E0E4"/>
              <w:right w:val="single" w:sz="4" w:color="FFFFFF"/>
            </w:tcBorders>
            <w:tcMar>
              <w:top w:w="45" w:type="dxa"/>
              <w:start w:w="145" w:type="dxa"/>
              <w:bottom w:w="45" w:type="dxa"/>
              <w:end w:w="145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Lato" w:hAnsi="Lato" w:eastAsia="Lato" w:cs="Lato"/>
                <w:b/>
                <w:i w:val="0"/>
                <w:color w:val="516978"/>
                <w:sz w:val="14"/>
              </w:rPr>
              <w:t>GEBURTSDATUM VOLLMACHTGEBER/IN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alias w:val="Vg Gebdat"/>
                <w:tag w:val="VG_GEBDAT"/>
                <w:id w:val="3003"/>
                <w:text/>
                <w:appearance w:val="boundingBox"/>
              </w:sdtPr>
              <w:sdtContent>
                <w:r>
                  <w:rPr>
                    <w:rFonts w:ascii="Lato" w:hAnsi="Lato"/>
                    <w:color w:val="738690"/>
                    <w:sz w:val="17"/>
                    <w:i/>
                  </w:rPr>
                  <w:t>TT.MM.JJJJ</w:t>
                </w:r>
              </w:sdtContent>
            </w:sdt>
          </w:p>
        </w:tc>
        <w:tc>
          <w:tcPr>
            <w:tcW w:type="dxa" w:w="5017"/>
            <w:vAlign w:val="center"/>
            <w:shd w:fill="F3F7F8"/>
            <w:tcBorders>
              <w:bottom w:val="single" w:sz="6" w:color="D6E0E4"/>
              <w:right w:val="single" w:sz="4" w:color="FFFFFF"/>
            </w:tcBorders>
            <w:tcMar>
              <w:top w:w="45" w:type="dxa"/>
              <w:start w:w="145" w:type="dxa"/>
              <w:bottom w:w="45" w:type="dxa"/>
              <w:end w:w="145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Lato" w:hAnsi="Lato" w:eastAsia="Lato" w:cs="Lato"/>
                <w:b/>
                <w:i w:val="0"/>
                <w:color w:val="516978"/>
                <w:sz w:val="14"/>
              </w:rPr>
              <w:t>GEBURTSDATUM BEVOLLMÄCHTIGTE/R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alias w:val="Bv Gebdat"/>
                <w:tag w:val="BV_GEBDAT"/>
                <w:id w:val="3004"/>
                <w:text/>
                <w:appearance w:val="boundingBox"/>
              </w:sdtPr>
              <w:sdtContent>
                <w:r>
                  <w:rPr>
                    <w:rFonts w:ascii="Lato" w:hAnsi="Lato"/>
                    <w:color w:val="738690"/>
                    <w:sz w:val="17"/>
                    <w:i/>
                  </w:rPr>
                  <w:t>TT.MM.JJJJ</w:t>
                </w:r>
              </w:sdtContent>
            </w:sdt>
          </w:p>
        </w:tc>
      </w:tr>
    </w:tbl>
    <w:p>
      <w:pPr>
        <w:keepNext w:val="0"/>
        <w:spacing w:before="0" w:after="20" w:line="240" w:lineRule="auto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7"/>
            <w:vAlign w:val="center"/>
            <w:shd w:fill="F3F7F8"/>
            <w:tcBorders>
              <w:bottom w:val="single" w:sz="6" w:color="D6E0E4"/>
              <w:right w:val="single" w:sz="4" w:color="FFFFFF"/>
            </w:tcBorders>
            <w:tcMar>
              <w:top w:w="50" w:type="dxa"/>
              <w:start w:w="145" w:type="dxa"/>
              <w:bottom w:w="58" w:type="dxa"/>
              <w:end w:w="145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Lato" w:hAnsi="Lato" w:eastAsia="Lato" w:cs="Lato"/>
                <w:b/>
                <w:i w:val="0"/>
                <w:color w:val="516978"/>
                <w:sz w:val="14"/>
              </w:rPr>
              <w:t>ANSCHRIFT VOLLMACHTGEBER/IN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alias w:val="Vg Anschrift"/>
                <w:tag w:val="VG_ANSCHRIFT"/>
                <w:id w:val="3005"/>
                <w:text/>
                <w:appearance w:val="boundingBox"/>
              </w:sdtPr>
              <w:sdtContent>
                <w:r>
                  <w:rPr>
                    <w:rFonts w:ascii="Lato" w:hAnsi="Lato"/>
                    <w:color w:val="738690"/>
                    <w:sz w:val="17"/>
                    <w:i/>
                  </w:rPr>
                  <w:t>Straße, Hausnr., PLZ und Ort</w:t>
                </w:r>
              </w:sdtContent>
            </w:sdt>
          </w:p>
        </w:tc>
        <w:tc>
          <w:tcPr>
            <w:tcW w:type="dxa" w:w="5017"/>
            <w:vAlign w:val="center"/>
            <w:shd w:fill="F3F7F8"/>
            <w:tcBorders>
              <w:bottom w:val="single" w:sz="6" w:color="D6E0E4"/>
              <w:right w:val="single" w:sz="4" w:color="FFFFFF"/>
            </w:tcBorders>
            <w:tcMar>
              <w:top w:w="50" w:type="dxa"/>
              <w:start w:w="145" w:type="dxa"/>
              <w:bottom w:w="58" w:type="dxa"/>
              <w:end w:w="145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Lato" w:hAnsi="Lato" w:eastAsia="Lato" w:cs="Lato"/>
                <w:b/>
                <w:i w:val="0"/>
                <w:color w:val="516978"/>
                <w:sz w:val="14"/>
              </w:rPr>
              <w:t>ANSCHRIFT BEVOLLMÄCHTIGTE/R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alias w:val="Bv Anschrift"/>
                <w:tag w:val="BV_ANSCHRIFT"/>
                <w:id w:val="3006"/>
                <w:text/>
                <w:appearance w:val="boundingBox"/>
              </w:sdtPr>
              <w:sdtContent>
                <w:r>
                  <w:rPr>
                    <w:rFonts w:ascii="Lato" w:hAnsi="Lato"/>
                    <w:color w:val="738690"/>
                    <w:sz w:val="17"/>
                    <w:i/>
                  </w:rPr>
                  <w:t>Straße, Hausnr., PLZ und Ort</w:t>
                </w:r>
              </w:sdtContent>
            </w:sdt>
          </w:p>
        </w:tc>
      </w:tr>
    </w:tbl>
    <w:p>
      <w:pPr>
        <w:keepNext w:val="0"/>
        <w:spacing w:before="0" w:after="20" w:line="240" w:lineRule="auto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5"/>
        <w:gridCol w:w="6406"/>
        <w:gridCol w:w="3033"/>
      </w:tblGrid>
      <w:tr>
        <w:tc>
          <w:tcPr>
            <w:tcW w:type="dxa" w:w="595"/>
            <w:vAlign w:val="center"/>
            <w:tcMar>
              <w:top w:w="35" w:type="dxa"/>
              <w:start w:w="0" w:type="dxa"/>
              <w:bottom w:w="40" w:type="dxa"/>
              <w:end w:w="0" w:type="dxa"/>
            </w:tcMar>
            <w:shd w:fill="B77842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Lato" w:hAnsi="Lato" w:eastAsia="Lato" w:cs="Lato"/>
                <w:b/>
                <w:i w:val="0"/>
                <w:color w:val="FFFFFF"/>
                <w:sz w:val="18"/>
              </w:rPr>
              <w:t>02</w:t>
            </w:r>
          </w:p>
        </w:tc>
        <w:tc>
          <w:tcPr>
            <w:tcW w:type="dxa" w:w="6406"/>
            <w:vAlign w:val="center"/>
            <w:tcBorders>
              <w:bottom w:val="single" w:sz="6" w:color="D6E0E4"/>
            </w:tcBorders>
            <w:tcMar>
              <w:top w:w="25" w:type="dxa"/>
              <w:start w:w="0" w:type="dxa"/>
              <w:bottom w:w="30" w:type="dxa"/>
              <w:end w:w="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Lato" w:hAnsi="Lato" w:eastAsia="Lato" w:cs="Lato"/>
                <w:b/>
                <w:i w:val="0"/>
                <w:color w:val="172E3B"/>
                <w:sz w:val="20"/>
              </w:rPr>
              <w:t xml:space="preserve">  Zuständige Stelle &amp; Vorgang</w:t>
            </w:r>
          </w:p>
        </w:tc>
        <w:tc>
          <w:tcPr>
            <w:tcW w:type="dxa" w:w="3033"/>
            <w:vAlign w:val="center"/>
            <w:tcBorders>
              <w:bottom w:val="single" w:sz="6" w:color="D6E0E4"/>
            </w:tcBorders>
            <w:tcMar>
              <w:top w:w="25" w:type="dxa"/>
              <w:start w:w="0" w:type="dxa"/>
              <w:bottom w:w="30" w:type="dxa"/>
              <w:end w:w="0" w:type="dxa"/>
            </w:tcMar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Lato" w:hAnsi="Lato" w:eastAsia="Lato" w:cs="Lato"/>
                <w:b/>
                <w:i w:val="0"/>
                <w:color w:val="738690"/>
                <w:sz w:val="14"/>
              </w:rPr>
              <w:t>GELTUNGSBEREICH</w:t>
            </w:r>
          </w:p>
        </w:tc>
      </w:tr>
    </w:tbl>
    <w:p>
      <w:pPr>
        <w:keepNext w:val="0"/>
        <w:spacing w:before="0" w:after="0" w:line="240" w:lineRule="auto"/>
      </w:pPr>
      <w:r>
        <w:rPr>
          <w:sz w:val="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009"/>
        <w:gridCol w:w="4025"/>
      </w:tblGrid>
      <w:tr>
        <w:tc>
          <w:tcPr>
            <w:tcW w:type="dxa" w:w="6009"/>
            <w:vAlign w:val="center"/>
            <w:shd w:fill="F3F7F8"/>
            <w:tcBorders>
              <w:bottom w:val="single" w:sz="6" w:color="D6E0E4"/>
              <w:right w:val="single" w:sz="4" w:color="FFFFFF"/>
            </w:tcBorders>
            <w:tcMar>
              <w:top w:w="45" w:type="dxa"/>
              <w:start w:w="145" w:type="dxa"/>
              <w:bottom w:w="45" w:type="dxa"/>
              <w:end w:w="145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Lato" w:hAnsi="Lato" w:eastAsia="Lato" w:cs="Lato"/>
                <w:b/>
                <w:i w:val="0"/>
                <w:color w:val="516978"/>
                <w:sz w:val="14"/>
              </w:rPr>
              <w:t>BEHÖRDE / DIENSTSTELLE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alias w:val="Behoerde"/>
                <w:tag w:val="BEHOERDE"/>
                <w:id w:val="3007"/>
                <w:text/>
                <w:appearance w:val="boundingBox"/>
              </w:sdtPr>
              <w:sdtContent>
                <w:r>
                  <w:rPr>
                    <w:rFonts w:ascii="Lato" w:hAnsi="Lato"/>
                    <w:color w:val="738690"/>
                    <w:sz w:val="17"/>
                    <w:i/>
                  </w:rPr>
                  <w:t>Behörde und ggf. Abteilung</w:t>
                </w:r>
              </w:sdtContent>
            </w:sdt>
          </w:p>
        </w:tc>
        <w:tc>
          <w:tcPr>
            <w:tcW w:type="dxa" w:w="4025"/>
            <w:vAlign w:val="center"/>
            <w:shd w:fill="F3F7F8"/>
            <w:tcBorders>
              <w:bottom w:val="single" w:sz="6" w:color="D6E0E4"/>
              <w:right w:val="single" w:sz="4" w:color="FFFFFF"/>
            </w:tcBorders>
            <w:tcMar>
              <w:top w:w="45" w:type="dxa"/>
              <w:start w:w="145" w:type="dxa"/>
              <w:bottom w:w="45" w:type="dxa"/>
              <w:end w:w="145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Lato" w:hAnsi="Lato" w:eastAsia="Lato" w:cs="Lato"/>
                <w:b/>
                <w:i w:val="0"/>
                <w:color w:val="516978"/>
                <w:sz w:val="14"/>
              </w:rPr>
              <w:t>AKTENZEICHEN (FALLS BEKANNT)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alias w:val="Az"/>
                <w:tag w:val="AZ"/>
                <w:id w:val="3008"/>
                <w:text/>
                <w:appearance w:val="boundingBox"/>
              </w:sdtPr>
              <w:sdtContent>
                <w:r>
                  <w:rPr>
                    <w:rFonts w:ascii="Lato" w:hAnsi="Lato"/>
                    <w:color w:val="738690"/>
                    <w:sz w:val="17"/>
                    <w:i/>
                  </w:rPr>
                  <w:t>Vorgangsnummer</w:t>
                </w:r>
              </w:sdtContent>
            </w:sdt>
          </w:p>
        </w:tc>
      </w:tr>
    </w:tbl>
    <w:p>
      <w:pPr>
        <w:keepNext w:val="0"/>
        <w:spacing w:before="0" w:after="20" w:line="240" w:lineRule="auto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rPr>
          <w:trHeight w:val="465" w:hRule="atLeast"/>
        </w:trPr>
        <w:tc>
          <w:tcPr>
            <w:tcW w:type="dxa" w:w="10035"/>
            <w:vAlign w:val="center"/>
            <w:shd w:fill="F3F7F8"/>
            <w:tcBorders>
              <w:bottom w:val="single" w:sz="6" w:color="D6E0E4"/>
            </w:tcBorders>
            <w:tcMar>
              <w:top w:w="55" w:type="dxa"/>
              <w:start w:w="145" w:type="dxa"/>
              <w:bottom w:w="70" w:type="dxa"/>
              <w:end w:w="145" w:type="dxa"/>
            </w:tcMar>
          </w:tcPr>
          <w:p>
            <w:pPr>
              <w:keepNext w:val="0"/>
              <w:spacing w:before="0" w:after="100" w:line="240" w:lineRule="auto"/>
            </w:pPr>
            <w:r>
              <w:rPr>
                <w:rFonts w:ascii="Lato" w:hAnsi="Lato" w:eastAsia="Lato" w:cs="Lato"/>
                <w:b/>
                <w:i w:val="0"/>
                <w:color w:val="516978"/>
                <w:sz w:val="14"/>
              </w:rPr>
              <w:t>ANGELEGENHEIT / KONKRETER AUFTRAG</w:t>
            </w:r>
          </w:p>
          <w:p>
            <w:pPr>
              <w:keepNext w:val="0"/>
              <w:spacing w:before="0" w:after="60" w:line="240" w:lineRule="auto"/>
            </w:pPr>
            <w:sdt>
              <w:sdtPr>
                <w:alias w:val="Anliegen"/>
                <w:tag w:val="ANLIEGEN"/>
                <w:id w:val="3009"/>
                <w:text w:multiLine="1"/>
                <w:appearance w:val="boundingBox"/>
              </w:sdtPr>
              <w:sdtContent>
                <w:r>
                  <w:rPr>
                    <w:rFonts w:ascii="Lato" w:hAnsi="Lato"/>
                    <w:color w:val="738690"/>
                    <w:sz w:val="17"/>
                    <w:i/>
                  </w:rPr>
                  <w:t>Gegenstand des Behördengangs möglichst genau beschreiben</w:t>
                </w:r>
              </w:sdtContent>
            </w:sdt>
          </w:p>
        </w:tc>
      </w:tr>
    </w:tbl>
    <w:p>
      <w:pPr>
        <w:keepNext w:val="0"/>
        <w:spacing w:before="0" w:after="20" w:line="240" w:lineRule="auto"/>
      </w:pPr>
      <w:r>
        <w:rPr>
          <w:sz w:val="2"/>
        </w:rPr>
      </w:r>
    </w:p>
    <w:p>
      <w:pPr>
        <w:keepNext w:val="0"/>
        <w:spacing w:before="0" w:after="100" w:line="254" w:lineRule="auto"/>
      </w:pPr>
      <w:r>
        <w:rPr>
          <w:rFonts w:ascii="Lato" w:hAnsi="Lato" w:eastAsia="Lato" w:cs="Lato"/>
          <w:b w:val="0"/>
          <w:i w:val="0"/>
          <w:color w:val="516978"/>
          <w:sz w:val="16"/>
        </w:rPr>
        <w:t>Ich bevollmächtige die oben genannte Person ausschließlich für die bezeichnete Angelegenheit zur Vornahme der jeweils angekreuzten Handlungen.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5"/>
        <w:gridCol w:w="6406"/>
        <w:gridCol w:w="3033"/>
      </w:tblGrid>
      <w:tr>
        <w:tc>
          <w:tcPr>
            <w:tcW w:type="dxa" w:w="595"/>
            <w:vAlign w:val="center"/>
            <w:tcMar>
              <w:top w:w="35" w:type="dxa"/>
              <w:start w:w="0" w:type="dxa"/>
              <w:bottom w:w="40" w:type="dxa"/>
              <w:end w:w="0" w:type="dxa"/>
            </w:tcMar>
            <w:shd w:fill="B77842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Lato" w:hAnsi="Lato" w:eastAsia="Lato" w:cs="Lato"/>
                <w:b/>
                <w:i w:val="0"/>
                <w:color w:val="FFFFFF"/>
                <w:sz w:val="18"/>
              </w:rPr>
              <w:t>03</w:t>
            </w:r>
          </w:p>
        </w:tc>
        <w:tc>
          <w:tcPr>
            <w:tcW w:type="dxa" w:w="6406"/>
            <w:vAlign w:val="center"/>
            <w:tcBorders>
              <w:bottom w:val="single" w:sz="6" w:color="D6E0E4"/>
            </w:tcBorders>
            <w:tcMar>
              <w:top w:w="25" w:type="dxa"/>
              <w:start w:w="0" w:type="dxa"/>
              <w:bottom w:w="30" w:type="dxa"/>
              <w:end w:w="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Lato" w:hAnsi="Lato" w:eastAsia="Lato" w:cs="Lato"/>
                <w:b/>
                <w:i w:val="0"/>
                <w:color w:val="172E3B"/>
                <w:sz w:val="20"/>
              </w:rPr>
              <w:t xml:space="preserve">  Erlaubte Handlungen</w:t>
            </w:r>
          </w:p>
        </w:tc>
        <w:tc>
          <w:tcPr>
            <w:tcW w:type="dxa" w:w="3033"/>
            <w:vAlign w:val="center"/>
            <w:tcBorders>
              <w:bottom w:val="single" w:sz="6" w:color="D6E0E4"/>
            </w:tcBorders>
            <w:tcMar>
              <w:top w:w="25" w:type="dxa"/>
              <w:start w:w="0" w:type="dxa"/>
              <w:bottom w:w="30" w:type="dxa"/>
              <w:end w:w="0" w:type="dxa"/>
            </w:tcMar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Lato" w:hAnsi="Lato" w:eastAsia="Lato" w:cs="Lato"/>
                <w:b/>
                <w:i w:val="0"/>
                <w:color w:val="738690"/>
                <w:sz w:val="14"/>
              </w:rPr>
              <w:t>BITTE AUSWÄHLEN</w:t>
            </w:r>
          </w:p>
        </w:tc>
      </w:tr>
    </w:tbl>
    <w:p>
      <w:pPr>
        <w:keepNext w:val="0"/>
        <w:spacing w:before="0" w:after="0" w:line="240" w:lineRule="auto"/>
      </w:pPr>
      <w:r>
        <w:rPr>
          <w:sz w:val="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7"/>
            <w:shd w:fill="FFFFFF"/>
            <w:tcMar>
              <w:top w:w="30" w:type="dxa"/>
              <w:start w:w="115" w:type="dxa"/>
              <w:bottom w:w="30" w:type="dxa"/>
              <w:end w:w="40" w:type="dxa"/>
            </w:tcMar>
          </w:tcPr>
          <w:p>
            <w:pPr>
              <w:keepNext w:val="0"/>
              <w:spacing w:before="0" w:after="0" w:line="240" w:lineRule="auto"/>
            </w:pPr>
            <w:sdt>
              <w:sdtPr>
                <w:alias w:val="Auskünfte einholen und Sachverhalte klären"/>
                <w:tag w:val="AUSKUNFT"/>
                <w:id w:val="301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B77842"/>
                    <w:sz w:val="19"/>
                  </w:rP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72E3B"/>
                <w:sz w:val="17"/>
              </w:rPr>
              <w:t xml:space="preserve">  Auskünfte einholen und Sachverhalte klären</w:t>
            </w:r>
          </w:p>
        </w:tc>
        <w:tc>
          <w:tcPr>
            <w:tcW w:type="dxa" w:w="5017"/>
            <w:shd w:fill="FFFFFF"/>
            <w:tcMar>
              <w:top w:w="30" w:type="dxa"/>
              <w:start w:w="115" w:type="dxa"/>
              <w:bottom w:w="30" w:type="dxa"/>
              <w:end w:w="40" w:type="dxa"/>
            </w:tcMar>
          </w:tcPr>
          <w:p>
            <w:pPr>
              <w:keepNext w:val="0"/>
              <w:spacing w:before="0" w:after="0" w:line="240" w:lineRule="auto"/>
            </w:pPr>
            <w:sdt>
              <w:sdtPr>
                <w:alias w:val="Anträge und Unterlagen einreichen"/>
                <w:tag w:val="UNTERLAGEN_EINREICHEN"/>
                <w:id w:val="301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B77842"/>
                    <w:sz w:val="19"/>
                  </w:rP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72E3B"/>
                <w:sz w:val="17"/>
              </w:rPr>
              <w:t xml:space="preserve">  Anträge und Unterlagen einreichen</w:t>
            </w:r>
          </w:p>
        </w:tc>
      </w:tr>
      <w:tr>
        <w:tc>
          <w:tcPr>
            <w:tcW w:type="dxa" w:w="5017"/>
            <w:shd w:fill="FFFFFF"/>
            <w:tcMar>
              <w:top w:w="30" w:type="dxa"/>
              <w:start w:w="115" w:type="dxa"/>
              <w:bottom w:w="30" w:type="dxa"/>
              <w:end w:w="40" w:type="dxa"/>
            </w:tcMar>
          </w:tcPr>
          <w:p>
            <w:pPr>
              <w:keepNext w:val="0"/>
              <w:spacing w:before="0" w:after="0" w:line="240" w:lineRule="auto"/>
            </w:pPr>
            <w:sdt>
              <w:sdtPr>
                <w:alias w:val="Termine und Gespräche wahrnehmen"/>
                <w:tag w:val="TERMIN"/>
                <w:id w:val="301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B77842"/>
                    <w:sz w:val="19"/>
                  </w:rP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72E3B"/>
                <w:sz w:val="17"/>
              </w:rPr>
              <w:t xml:space="preserve">  Termine und Gespräche wahrnehmen</w:t>
            </w:r>
          </w:p>
        </w:tc>
        <w:tc>
          <w:tcPr>
            <w:tcW w:type="dxa" w:w="5017"/>
            <w:shd w:fill="FFFFFF"/>
            <w:tcMar>
              <w:top w:w="30" w:type="dxa"/>
              <w:start w:w="115" w:type="dxa"/>
              <w:bottom w:w="30" w:type="dxa"/>
              <w:end w:w="40" w:type="dxa"/>
            </w:tcMar>
          </w:tcPr>
          <w:p>
            <w:pPr>
              <w:keepNext w:val="0"/>
              <w:spacing w:before="0" w:after="0" w:line="240" w:lineRule="auto"/>
            </w:pPr>
            <w:sdt>
              <w:sdtPr>
                <w:alias w:val="Bescheinigungen und Dokumente abholen"/>
                <w:tag w:val="ABHOLUNG"/>
                <w:id w:val="301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B77842"/>
                    <w:sz w:val="19"/>
                  </w:rP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72E3B"/>
                <w:sz w:val="17"/>
              </w:rPr>
              <w:t xml:space="preserve">  Bescheinigungen und Dokumente abholen</w:t>
            </w:r>
          </w:p>
        </w:tc>
      </w:tr>
      <w:tr>
        <w:tc>
          <w:tcPr>
            <w:tcW w:type="dxa" w:w="5017"/>
            <w:shd w:fill="FFFFFF"/>
            <w:tcMar>
              <w:top w:w="30" w:type="dxa"/>
              <w:start w:w="115" w:type="dxa"/>
              <w:bottom w:w="30" w:type="dxa"/>
              <w:end w:w="40" w:type="dxa"/>
            </w:tcMar>
          </w:tcPr>
          <w:p>
            <w:pPr>
              <w:keepNext w:val="0"/>
              <w:spacing w:before="0" w:after="0" w:line="240" w:lineRule="auto"/>
            </w:pPr>
            <w:sdt>
              <w:sdtPr>
                <w:alias w:val="Anträge unterzeichnen, soweit zulässig"/>
                <w:tag w:val="UNTERSCHRIFT"/>
                <w:id w:val="301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B77842"/>
                    <w:sz w:val="19"/>
                  </w:rP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72E3B"/>
                <w:sz w:val="17"/>
              </w:rPr>
              <w:t xml:space="preserve">  Anträge unterzeichnen, soweit zulässig</w:t>
            </w:r>
          </w:p>
        </w:tc>
        <w:tc>
          <w:tcPr>
            <w:tcW w:type="dxa" w:w="5017"/>
            <w:shd w:fill="FFFFFF"/>
            <w:tcMar>
              <w:top w:w="30" w:type="dxa"/>
              <w:start w:w="115" w:type="dxa"/>
              <w:bottom w:w="30" w:type="dxa"/>
              <w:end w:w="40" w:type="dxa"/>
            </w:tcMar>
          </w:tcPr>
          <w:p>
            <w:pPr>
              <w:keepNext w:val="0"/>
              <w:spacing w:before="0" w:after="0" w:line="240" w:lineRule="auto"/>
            </w:pPr>
            <w:sdt>
              <w:sdtPr>
                <w:alias w:val="Akteneinsicht beantragen, soweit zulässig"/>
                <w:tag w:val="AKTENEINSICHT"/>
                <w:id w:val="301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B77842"/>
                    <w:sz w:val="19"/>
                  </w:rP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72E3B"/>
                <w:sz w:val="17"/>
              </w:rPr>
              <w:t xml:space="preserve">  Akteneinsicht beantragen, soweit zulässig</w:t>
            </w:r>
          </w:p>
        </w:tc>
      </w:tr>
    </w:tbl>
    <w:p>
      <w:pPr>
        <w:keepNext w:val="0"/>
        <w:spacing w:before="0" w:after="60" w:line="240" w:lineRule="auto"/>
      </w:pPr>
      <w:r>
        <w:rPr>
          <w:sz w:val="6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c>
          <w:tcPr>
            <w:tcW w:type="dxa" w:w="10035"/>
            <w:vAlign w:val="center"/>
            <w:shd w:fill="FCF5ED"/>
            <w:tcMar>
              <w:top w:w="65" w:type="dxa"/>
              <w:start w:w="150" w:type="dxa"/>
              <w:bottom w:w="60" w:type="dxa"/>
              <w:end w:w="120" w:type="dxa"/>
            </w:tcMar>
            <w:tcBorders>
              <w:left w:val="single" w:sz="4" w:color="B77842"/>
            </w:tcBorders>
          </w:tcPr>
          <w:p>
            <w:pPr>
              <w:keepNext w:val="0"/>
              <w:spacing w:before="0" w:after="80" w:line="240" w:lineRule="auto"/>
            </w:pPr>
            <w:r>
              <w:rPr>
                <w:rFonts w:ascii="Lato" w:hAnsi="Lato" w:eastAsia="Lato" w:cs="Lato"/>
                <w:b/>
                <w:i w:val="0"/>
                <w:color w:val="B77842"/>
                <w:sz w:val="15"/>
              </w:rPr>
              <w:t>ZUSÄTZLICH NUR BEI AUSDRÜCKLICHER AUSWAHL</w:t>
            </w:r>
          </w:p>
          <w:p>
            <w:pPr>
              <w:keepNext w:val="0"/>
              <w:spacing w:before="0" w:after="60" w:line="240" w:lineRule="auto"/>
            </w:pPr>
            <w:sdt>
              <w:sdtPr>
                <w:alias w:val="Bescheide und Verwaltungsakte entgegennehmen (Fristwirkung beachten)"/>
                <w:tag w:val="BESCHEIDE_EMPFANG"/>
                <w:id w:val="301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B77842"/>
                    <w:sz w:val="19"/>
                  </w:rP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72E3B"/>
                <w:sz w:val="17"/>
              </w:rPr>
              <w:t xml:space="preserve">  Bescheide und Verwaltungsakte entgegennehmen (Fristwirkung beachten)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alias w:val="Widerspruch einlegen, soweit rechtlich zulässig"/>
                <w:tag w:val="WIDERSPRUCH"/>
                <w:id w:val="301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B77842"/>
                    <w:sz w:val="19"/>
                  </w:rP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72E3B"/>
                <w:sz w:val="17"/>
              </w:rPr>
              <w:t xml:space="preserve">  Widerspruch einlegen, soweit rechtlich zulässig</w:t>
            </w:r>
          </w:p>
        </w:tc>
      </w:tr>
    </w:tbl>
    <w:p>
      <w:pPr>
        <w:keepNext w:val="0"/>
        <w:spacing w:before="0" w:after="20" w:line="240" w:lineRule="auto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5"/>
        <w:gridCol w:w="6406"/>
        <w:gridCol w:w="3033"/>
      </w:tblGrid>
      <w:tr>
        <w:tc>
          <w:tcPr>
            <w:tcW w:type="dxa" w:w="595"/>
            <w:vAlign w:val="center"/>
            <w:tcMar>
              <w:top w:w="35" w:type="dxa"/>
              <w:start w:w="0" w:type="dxa"/>
              <w:bottom w:w="40" w:type="dxa"/>
              <w:end w:w="0" w:type="dxa"/>
            </w:tcMar>
            <w:shd w:fill="B77842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Lato" w:hAnsi="Lato" w:eastAsia="Lato" w:cs="Lato"/>
                <w:b/>
                <w:i w:val="0"/>
                <w:color w:val="FFFFFF"/>
                <w:sz w:val="18"/>
              </w:rPr>
              <w:t>04</w:t>
            </w:r>
          </w:p>
        </w:tc>
        <w:tc>
          <w:tcPr>
            <w:tcW w:type="dxa" w:w="6406"/>
            <w:vAlign w:val="center"/>
            <w:tcBorders>
              <w:bottom w:val="single" w:sz="6" w:color="D6E0E4"/>
            </w:tcBorders>
            <w:tcMar>
              <w:top w:w="25" w:type="dxa"/>
              <w:start w:w="0" w:type="dxa"/>
              <w:bottom w:w="30" w:type="dxa"/>
              <w:end w:w="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Lato" w:hAnsi="Lato" w:eastAsia="Lato" w:cs="Lato"/>
                <w:b/>
                <w:i w:val="0"/>
                <w:color w:val="172E3B"/>
                <w:sz w:val="20"/>
              </w:rPr>
              <w:t xml:space="preserve">  Dauer &amp; Einschränkungen</w:t>
            </w:r>
          </w:p>
        </w:tc>
        <w:tc>
          <w:tcPr>
            <w:tcW w:type="dxa" w:w="3033"/>
            <w:vAlign w:val="center"/>
            <w:tcBorders>
              <w:bottom w:val="single" w:sz="6" w:color="D6E0E4"/>
            </w:tcBorders>
            <w:tcMar>
              <w:top w:w="25" w:type="dxa"/>
              <w:start w:w="0" w:type="dxa"/>
              <w:bottom w:w="30" w:type="dxa"/>
              <w:end w:w="0" w:type="dxa"/>
            </w:tcMar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Lato" w:hAnsi="Lato" w:eastAsia="Lato" w:cs="Lato"/>
                <w:b/>
                <w:i w:val="0"/>
                <w:color w:val="738690"/>
                <w:sz w:val="14"/>
              </w:rPr>
              <w:t>EINE LAUFZEIT WÄHLEN</w:t>
            </w:r>
          </w:p>
        </w:tc>
      </w:tr>
    </w:tbl>
    <w:p>
      <w:pPr>
        <w:keepNext w:val="0"/>
        <w:spacing w:before="0" w:after="0" w:line="240" w:lineRule="auto"/>
      </w:pPr>
      <w:r>
        <w:rPr>
          <w:sz w:val="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7"/>
            <w:shd w:fill="FFFFFF"/>
            <w:tcMar>
              <w:top w:w="30" w:type="dxa"/>
              <w:start w:w="115" w:type="dxa"/>
              <w:bottom w:w="30" w:type="dxa"/>
              <w:end w:w="40" w:type="dxa"/>
            </w:tcMar>
          </w:tcPr>
          <w:p>
            <w:pPr>
              <w:keepNext w:val="0"/>
              <w:spacing w:before="0" w:after="0" w:line="240" w:lineRule="auto"/>
            </w:pPr>
            <w:sdt>
              <w:sdtPr>
                <w:alias w:val="Einmalig für einen Behördengang"/>
                <w:tag w:val="EINMALIG"/>
                <w:id w:val="301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B77842"/>
                    <w:sz w:val="19"/>
                  </w:rP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72E3B"/>
                <w:sz w:val="17"/>
              </w:rPr>
              <w:t xml:space="preserve">  Einmalig für einen Behördengang</w:t>
            </w:r>
          </w:p>
        </w:tc>
        <w:tc>
          <w:tcPr>
            <w:tcW w:type="dxa" w:w="5017"/>
            <w:shd w:fill="FFFFFF"/>
            <w:tcMar>
              <w:top w:w="30" w:type="dxa"/>
              <w:start w:w="115" w:type="dxa"/>
              <w:bottom w:w="30" w:type="dxa"/>
              <w:end w:w="40" w:type="dxa"/>
            </w:tcMar>
          </w:tcPr>
          <w:p>
            <w:pPr>
              <w:keepNext w:val="0"/>
              <w:spacing w:before="0" w:after="0" w:line="240" w:lineRule="auto"/>
            </w:pPr>
            <w:sdt>
              <w:sdtPr>
                <w:alias w:val="Bis zum angegebenen Enddatum"/>
                <w:tag w:val="BIS_DATUM"/>
                <w:id w:val="301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B77842"/>
                    <w:sz w:val="19"/>
                  </w:rP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72E3B"/>
                <w:sz w:val="17"/>
              </w:rPr>
              <w:t xml:space="preserve">  Bis zum angegebenen Enddatum</w:t>
            </w:r>
          </w:p>
        </w:tc>
      </w:tr>
      <w:tr>
        <w:tc>
          <w:tcPr>
            <w:tcW w:type="dxa" w:w="5017"/>
            <w:shd w:fill="FFFFFF"/>
            <w:tcMar>
              <w:top w:w="30" w:type="dxa"/>
              <w:start w:w="115" w:type="dxa"/>
              <w:bottom w:w="30" w:type="dxa"/>
              <w:end w:w="40" w:type="dxa"/>
            </w:tcMar>
          </w:tcPr>
          <w:p>
            <w:pPr>
              <w:keepNext w:val="0"/>
              <w:spacing w:before="0" w:after="0" w:line="240" w:lineRule="auto"/>
            </w:pPr>
            <w:sdt>
              <w:sdtPr>
                <w:alias w:val="Bis zum Abschluss des genannten Vorgangs"/>
                <w:tag w:val="BIS_ABSCHLUSS"/>
                <w:id w:val="302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B77842"/>
                    <w:sz w:val="19"/>
                  </w:rP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72E3B"/>
                <w:sz w:val="17"/>
              </w:rPr>
              <w:t xml:space="preserve">  Bis zum Abschluss des genannten Vorgangs</w:t>
            </w:r>
          </w:p>
        </w:tc>
        <w:tc>
          <w:tcPr>
            <w:tcW w:type="dxa" w:w="5017"/>
            <w:shd w:fill="FFFFFF"/>
            <w:tcMar>
              <w:top w:w="30" w:type="dxa"/>
              <w:start w:w="115" w:type="dxa"/>
              <w:bottom w:w="30" w:type="dxa"/>
              <w:end w:w="40" w:type="dxa"/>
            </w:tcMar>
          </w:tcPr>
          <w:p>
            <w:pPr>
              <w:keepNext w:val="0"/>
              <w:spacing w:before="0" w:after="0" w:line="240" w:lineRule="auto"/>
            </w:pPr>
          </w:p>
        </w:tc>
      </w:tr>
    </w:tbl>
    <w:p>
      <w:pPr>
        <w:keepNext w:val="0"/>
        <w:spacing w:before="0" w:after="0" w:line="240" w:lineRule="auto"/>
      </w:pPr>
      <w:r>
        <w:rPr>
          <w:sz w:val="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7"/>
            <w:vAlign w:val="center"/>
            <w:shd w:fill="F3F7F8"/>
            <w:tcBorders>
              <w:bottom w:val="single" w:sz="6" w:color="D6E0E4"/>
              <w:right w:val="single" w:sz="4" w:color="FFFFFF"/>
            </w:tcBorders>
            <w:tcMar>
              <w:top w:w="45" w:type="dxa"/>
              <w:start w:w="145" w:type="dxa"/>
              <w:bottom w:w="45" w:type="dxa"/>
              <w:end w:w="145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Lato" w:hAnsi="Lato" w:eastAsia="Lato" w:cs="Lato"/>
                <w:b/>
                <w:i w:val="0"/>
                <w:color w:val="516978"/>
                <w:sz w:val="14"/>
              </w:rPr>
              <w:t>TERMIN / STICHTAG (WENN RELEVANT)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alias w:val="Termin Datum"/>
                <w:tag w:val="TERMIN_DATUM"/>
                <w:id w:val="3021"/>
                <w:text/>
                <w:appearance w:val="boundingBox"/>
              </w:sdtPr>
              <w:sdtContent>
                <w:r>
                  <w:rPr>
                    <w:rFonts w:ascii="Lato" w:hAnsi="Lato"/>
                    <w:color w:val="738690"/>
                    <w:sz w:val="17"/>
                    <w:i/>
                  </w:rPr>
                  <w:t>TT.MM.JJJJ</w:t>
                </w:r>
              </w:sdtContent>
            </w:sdt>
          </w:p>
        </w:tc>
        <w:tc>
          <w:tcPr>
            <w:tcW w:type="dxa" w:w="5017"/>
            <w:vAlign w:val="center"/>
            <w:shd w:fill="F3F7F8"/>
            <w:tcBorders>
              <w:bottom w:val="single" w:sz="6" w:color="D6E0E4"/>
              <w:right w:val="single" w:sz="4" w:color="FFFFFF"/>
            </w:tcBorders>
            <w:tcMar>
              <w:top w:w="45" w:type="dxa"/>
              <w:start w:w="145" w:type="dxa"/>
              <w:bottom w:w="45" w:type="dxa"/>
              <w:end w:w="145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Lato" w:hAnsi="Lato" w:eastAsia="Lato" w:cs="Lato"/>
                <w:b/>
                <w:i w:val="0"/>
                <w:color w:val="516978"/>
                <w:sz w:val="14"/>
              </w:rPr>
              <w:t>ENDDATUM (WENN AUSGEWÄHLT)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alias w:val="Ende Datum"/>
                <w:tag w:val="ENDE_DATUM"/>
                <w:id w:val="3022"/>
                <w:text/>
                <w:appearance w:val="boundingBox"/>
              </w:sdtPr>
              <w:sdtContent>
                <w:r>
                  <w:rPr>
                    <w:rFonts w:ascii="Lato" w:hAnsi="Lato"/>
                    <w:color w:val="738690"/>
                    <w:sz w:val="17"/>
                    <w:i/>
                  </w:rPr>
                  <w:t>TT.MM.JJJJ</w:t>
                </w:r>
              </w:sdtContent>
            </w:sdt>
          </w:p>
        </w:tc>
      </w:tr>
    </w:tbl>
    <w:p>
      <w:pPr>
        <w:keepNext w:val="0"/>
        <w:spacing w:before="0" w:after="20" w:line="240" w:lineRule="auto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rPr>
          <w:trHeight w:val="369" w:hRule="atLeast"/>
        </w:trPr>
        <w:tc>
          <w:tcPr>
            <w:tcW w:type="dxa" w:w="10035"/>
            <w:vAlign w:val="center"/>
            <w:shd w:fill="F3F7F8"/>
            <w:tcBorders>
              <w:bottom w:val="single" w:sz="6" w:color="D6E0E4"/>
            </w:tcBorders>
            <w:tcMar>
              <w:top w:w="55" w:type="dxa"/>
              <w:start w:w="145" w:type="dxa"/>
              <w:bottom w:w="70" w:type="dxa"/>
              <w:end w:w="145" w:type="dxa"/>
            </w:tcMar>
          </w:tcPr>
          <w:p>
            <w:pPr>
              <w:keepNext w:val="0"/>
              <w:spacing w:before="0" w:after="100" w:line="240" w:lineRule="auto"/>
            </w:pPr>
            <w:r>
              <w:rPr>
                <w:rFonts w:ascii="Lato" w:hAnsi="Lato" w:eastAsia="Lato" w:cs="Lato"/>
                <w:b/>
                <w:i w:val="0"/>
                <w:color w:val="516978"/>
                <w:sz w:val="14"/>
              </w:rPr>
              <w:t>WEITERE BESCHRÄNKUNGEN / WEISUNGEN (OPTIONAL)</w:t>
            </w:r>
          </w:p>
          <w:p>
            <w:pPr>
              <w:keepNext w:val="0"/>
              <w:spacing w:before="0" w:after="60" w:line="240" w:lineRule="auto"/>
            </w:pPr>
            <w:sdt>
              <w:sdtPr>
                <w:alias w:val="Einschraenkungen"/>
                <w:tag w:val="EINSCHRAENKUNGEN"/>
                <w:id w:val="3023"/>
                <w:text w:multiLine="1"/>
                <w:appearance w:val="boundingBox"/>
              </w:sdtPr>
              <w:sdtContent>
                <w:r>
                  <w:rPr>
                    <w:rFonts w:ascii="Lato" w:hAnsi="Lato"/>
                    <w:color w:val="738690"/>
                    <w:sz w:val="17"/>
                    <w:i/>
                  </w:rPr>
                  <w:t>Ggf. zusätzliche Grenzen angeben</w:t>
                </w:r>
              </w:sdtContent>
            </w:sdt>
          </w:p>
        </w:tc>
      </w:tr>
    </w:tbl>
    <w:p>
      <w:pPr>
        <w:keepNext w:val="0"/>
        <w:spacing w:before="0" w:after="20" w:line="240" w:lineRule="auto"/>
      </w:pPr>
      <w:r>
        <w:rPr>
          <w:sz w:val="2"/>
        </w:rPr>
      </w:r>
    </w:p>
    <w:p>
      <w:pPr>
        <w:keepNext w:val="0"/>
        <w:spacing w:before="0" w:after="100" w:line="254" w:lineRule="auto"/>
      </w:pPr>
      <w:r>
        <w:rPr>
          <w:rFonts w:ascii="Lato" w:hAnsi="Lato" w:eastAsia="Lato" w:cs="Lato"/>
          <w:b w:val="0"/>
          <w:i w:val="0"/>
          <w:color w:val="516978"/>
          <w:sz w:val="16"/>
        </w:rPr>
        <w:t>Nicht umfasst sind insbesondere Geldempfang, Kontoverfügungen, Untervollmachten, der Verzicht auf Rechte sowie höchstpersönliche Handlungen. Der Widerruf bleibt jederzeit möglich.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3061"/>
        <w:gridCol w:w="3855"/>
      </w:tblGrid>
      <w:tr>
        <w:tc>
          <w:tcPr>
            <w:tcW w:type="dxa" w:w="3118"/>
            <w:vAlign w:val="center"/>
            <w:tcMar>
              <w:top w:w="75" w:type="dxa"/>
              <w:start w:w="60" w:type="dxa"/>
              <w:bottom w:w="20" w:type="dxa"/>
              <w:end w:w="110" w:type="dxa"/>
            </w:tcMar>
            <w:tcBorders>
              <w:bottom w:val="single" w:sz="6" w:color="D6E0E4"/>
            </w:tcBorders>
          </w:tcPr>
          <w:p>
            <w:pPr>
              <w:keepNext w:val="0"/>
              <w:spacing w:before="0" w:after="80" w:line="240" w:lineRule="auto"/>
            </w:pPr>
            <w:r>
              <w:rPr>
                <w:rFonts w:ascii="Lato" w:hAnsi="Lato" w:eastAsia="Lato" w:cs="Lato"/>
                <w:b/>
                <w:i w:val="0"/>
                <w:color w:val="516978"/>
                <w:sz w:val="14"/>
              </w:rPr>
              <w:t>ORT</w:t>
            </w:r>
          </w:p>
          <w:p>
            <w:pPr>
              <w:keepNext w:val="0"/>
              <w:spacing w:before="0" w:after="60" w:line="240" w:lineRule="auto"/>
            </w:pPr>
            <w:sdt>
              <w:sdtPr>
                <w:alias w:val="Ort"/>
                <w:tag w:val="ORT"/>
                <w:id w:val="3024"/>
                <w:text/>
                <w:appearance w:val="boundingBox"/>
              </w:sdtPr>
              <w:sdtContent>
                <w:r>
                  <w:rPr>
                    <w:rFonts w:ascii="Lato" w:hAnsi="Lato"/>
                    <w:color w:val="738690"/>
                    <w:sz w:val="17"/>
                    <w:i/>
                  </w:rPr>
                  <w:t>Hier eintragen</w:t>
                </w:r>
              </w:sdtContent>
            </w:sdt>
          </w:p>
        </w:tc>
        <w:tc>
          <w:tcPr>
            <w:tcW w:type="dxa" w:w="3061"/>
            <w:vAlign w:val="center"/>
            <w:tcMar>
              <w:top w:w="75" w:type="dxa"/>
              <w:start w:w="60" w:type="dxa"/>
              <w:bottom w:w="20" w:type="dxa"/>
              <w:end w:w="110" w:type="dxa"/>
            </w:tcMar>
            <w:tcBorders>
              <w:bottom w:val="single" w:sz="6" w:color="D6E0E4"/>
            </w:tcBorders>
          </w:tcPr>
          <w:p>
            <w:pPr>
              <w:keepNext w:val="0"/>
              <w:spacing w:before="0" w:after="80" w:line="240" w:lineRule="auto"/>
            </w:pPr>
            <w:r>
              <w:rPr>
                <w:rFonts w:ascii="Lato" w:hAnsi="Lato" w:eastAsia="Lato" w:cs="Lato"/>
                <w:b/>
                <w:i w:val="0"/>
                <w:color w:val="516978"/>
                <w:sz w:val="14"/>
              </w:rPr>
              <w:t>DATUM</w:t>
            </w:r>
          </w:p>
          <w:p>
            <w:pPr>
              <w:keepNext w:val="0"/>
              <w:spacing w:before="0" w:after="60" w:line="240" w:lineRule="auto"/>
            </w:pPr>
            <w:sdt>
              <w:sdtPr>
                <w:alias w:val="Datum"/>
                <w:tag w:val="DATUM"/>
                <w:id w:val="3025"/>
                <w:text/>
                <w:appearance w:val="boundingBox"/>
              </w:sdtPr>
              <w:sdtContent>
                <w:r>
                  <w:rPr>
                    <w:rFonts w:ascii="Lato" w:hAnsi="Lato"/>
                    <w:color w:val="738690"/>
                    <w:sz w:val="17"/>
                    <w:i/>
                  </w:rPr>
                  <w:t>Hier eintragen</w:t>
                </w:r>
              </w:sdtContent>
            </w:sdt>
          </w:p>
        </w:tc>
        <w:tc>
          <w:tcPr>
            <w:tcW w:type="dxa" w:w="3855"/>
            <w:vAlign w:val="center"/>
            <w:tcMar>
              <w:top w:w="75" w:type="dxa"/>
              <w:start w:w="60" w:type="dxa"/>
              <w:bottom w:w="20" w:type="dxa"/>
              <w:end w:w="110" w:type="dxa"/>
            </w:tcMar>
            <w:tcBorders>
              <w:bottom w:val="single" w:sz="6" w:color="B77842"/>
            </w:tcBorders>
          </w:tcPr>
          <w:p>
            <w:pPr>
              <w:keepNext w:val="0"/>
              <w:spacing w:before="0" w:after="360" w:line="240" w:lineRule="auto"/>
            </w:pPr>
            <w:r>
              <w:t xml:space="preserve"> </w:t>
            </w:r>
          </w:p>
        </w:tc>
      </w:tr>
    </w:tbl>
    <w:p>
      <w:pPr>
        <w:keepNext w:val="0"/>
        <w:spacing w:before="100" w:after="40" w:line="240" w:lineRule="auto"/>
        <w:jc w:val="right"/>
      </w:pPr>
      <w:r>
        <w:rPr>
          <w:rFonts w:ascii="Lato" w:hAnsi="Lato" w:eastAsia="Lato" w:cs="Lato"/>
          <w:b w:val="0"/>
          <w:i w:val="0"/>
          <w:color w:val="516978"/>
          <w:sz w:val="14"/>
        </w:rPr>
        <w:t>Unterschrift Vollmachtgeber/in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c>
          <w:tcPr>
            <w:tcW w:type="dxa" w:w="10035"/>
            <w:vAlign w:val="center"/>
            <w:shd w:fill="172E3B"/>
            <w:tcMar>
              <w:top w:w="110" w:type="dxa"/>
              <w:start w:w="225" w:type="dxa"/>
              <w:bottom w:w="125" w:type="dxa"/>
              <w:end w:w="225" w:type="dxa"/>
            </w:tcMar>
          </w:tcPr>
          <w:p>
            <w:pPr>
              <w:keepNext w:val="0"/>
              <w:spacing w:before="0" w:after="160" w:line="240" w:lineRule="auto"/>
            </w:pPr>
            <w:r>
              <w:rPr>
                <w:rFonts w:ascii="Lato" w:hAnsi="Lato" w:eastAsia="Lato" w:cs="Lato"/>
                <w:b/>
                <w:i w:val="0"/>
                <w:color w:val="C4D5D9"/>
                <w:sz w:val="16"/>
              </w:rPr>
              <w:t>ARBEITSBLATT / OPTIONAL</w:t>
            </w:r>
            <w:r>
              <w:rPr>
                <w:rFonts w:ascii="Lato" w:hAnsi="Lato" w:eastAsia="Lato" w:cs="Lato"/>
                <w:b/>
                <w:i w:val="0"/>
                <w:color w:val="E0AC7E"/>
                <w:sz w:val="16"/>
              </w:rPr>
              <w:t xml:space="preserve">   /   PERSÖNLICHE CHECKLISTE</w:t>
            </w:r>
          </w:p>
          <w:p>
            <w:pPr>
              <w:keepNext w:val="0"/>
              <w:spacing w:before="0" w:after="80" w:line="240" w:lineRule="auto"/>
            </w:pPr>
            <w:r>
              <w:rPr>
                <w:rFonts w:ascii="Lato" w:hAnsi="Lato" w:eastAsia="Lato" w:cs="Lato"/>
                <w:b/>
                <w:i w:val="0"/>
                <w:color w:val="FFFFFF"/>
                <w:sz w:val="40"/>
              </w:rPr>
              <w:t>Auftrag &amp; Terminvermerk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Lato" w:hAnsi="Lato" w:eastAsia="Lato" w:cs="Lato"/>
                <w:b w:val="0"/>
                <w:i w:val="0"/>
                <w:color w:val="D6E1E4"/>
                <w:sz w:val="17"/>
              </w:rPr>
              <w:t>Vorbereitung und Dokumentation · dieses Blatt muss nicht bei der Behörde abgegeben werden</w:t>
            </w:r>
          </w:p>
        </w:tc>
      </w:tr>
    </w:tbl>
    <w:p>
      <w:pPr>
        <w:keepNext w:val="0"/>
        <w:spacing w:before="0" w:after="100" w:line="240" w:lineRule="auto"/>
      </w:pPr>
      <w:r>
        <w:rPr>
          <w:sz w:val="1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5"/>
        <w:gridCol w:w="6406"/>
        <w:gridCol w:w="3033"/>
      </w:tblGrid>
      <w:tr>
        <w:tc>
          <w:tcPr>
            <w:tcW w:type="dxa" w:w="595"/>
            <w:vAlign w:val="center"/>
            <w:tcMar>
              <w:top w:w="35" w:type="dxa"/>
              <w:start w:w="0" w:type="dxa"/>
              <w:bottom w:w="40" w:type="dxa"/>
              <w:end w:w="0" w:type="dxa"/>
            </w:tcMar>
            <w:shd w:fill="B77842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Lato" w:hAnsi="Lato" w:eastAsia="Lato" w:cs="Lato"/>
                <w:b/>
                <w:i w:val="0"/>
                <w:color w:val="FFFFFF"/>
                <w:sz w:val="18"/>
              </w:rPr>
              <w:t>01</w:t>
            </w:r>
          </w:p>
        </w:tc>
        <w:tc>
          <w:tcPr>
            <w:tcW w:type="dxa" w:w="6406"/>
            <w:vAlign w:val="center"/>
            <w:tcBorders>
              <w:bottom w:val="single" w:sz="6" w:color="D6E0E4"/>
            </w:tcBorders>
            <w:tcMar>
              <w:top w:w="25" w:type="dxa"/>
              <w:start w:w="0" w:type="dxa"/>
              <w:bottom w:w="30" w:type="dxa"/>
              <w:end w:w="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Lato" w:hAnsi="Lato" w:eastAsia="Lato" w:cs="Lato"/>
                <w:b/>
                <w:i w:val="0"/>
                <w:color w:val="172E3B"/>
                <w:sz w:val="20"/>
              </w:rPr>
              <w:t xml:space="preserve">  Vorbereitung des Behördengangs</w:t>
            </w:r>
          </w:p>
        </w:tc>
        <w:tc>
          <w:tcPr>
            <w:tcW w:type="dxa" w:w="3033"/>
            <w:vAlign w:val="center"/>
            <w:tcBorders>
              <w:bottom w:val="single" w:sz="6" w:color="D6E0E4"/>
            </w:tcBorders>
            <w:tcMar>
              <w:top w:w="25" w:type="dxa"/>
              <w:start w:w="0" w:type="dxa"/>
              <w:bottom w:w="30" w:type="dxa"/>
              <w:end w:w="0" w:type="dxa"/>
            </w:tcMar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Lato" w:hAnsi="Lato" w:eastAsia="Lato" w:cs="Lato"/>
                <w:b/>
                <w:i w:val="0"/>
                <w:color w:val="738690"/>
                <w:sz w:val="14"/>
              </w:rPr>
              <w:t>AUF EINEN BLICK</w:t>
            </w:r>
          </w:p>
        </w:tc>
      </w:tr>
    </w:tbl>
    <w:p>
      <w:pPr>
        <w:keepNext w:val="0"/>
        <w:spacing w:before="0" w:after="0" w:line="240" w:lineRule="auto"/>
      </w:pPr>
      <w:r>
        <w:rPr>
          <w:sz w:val="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53"/>
        <w:gridCol w:w="4082"/>
      </w:tblGrid>
      <w:tr>
        <w:tc>
          <w:tcPr>
            <w:tcW w:type="dxa" w:w="5953"/>
            <w:vAlign w:val="center"/>
            <w:shd w:fill="F3F7F8"/>
            <w:tcBorders>
              <w:bottom w:val="single" w:sz="6" w:color="D6E0E4"/>
              <w:right w:val="single" w:sz="4" w:color="FFFFFF"/>
            </w:tcBorders>
            <w:tcMar>
              <w:top w:w="50" w:type="dxa"/>
              <w:start w:w="145" w:type="dxa"/>
              <w:bottom w:w="58" w:type="dxa"/>
              <w:end w:w="145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Lato" w:hAnsi="Lato" w:eastAsia="Lato" w:cs="Lato"/>
                <w:b/>
                <w:i w:val="0"/>
                <w:color w:val="516978"/>
                <w:sz w:val="14"/>
              </w:rPr>
              <w:t>BEHÖRDE / STANDORT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alias w:val="T Behoerde"/>
                <w:tag w:val="T_BEHOERDE"/>
                <w:id w:val="3026"/>
                <w:text/>
                <w:appearance w:val="boundingBox"/>
              </w:sdtPr>
              <w:sdtContent>
                <w:r>
                  <w:rPr>
                    <w:rFonts w:ascii="Lato" w:hAnsi="Lato"/>
                    <w:color w:val="738690"/>
                    <w:sz w:val="17"/>
                    <w:i/>
                  </w:rPr>
                  <w:t>Dienststelle oder Standort</w:t>
                </w:r>
              </w:sdtContent>
            </w:sdt>
          </w:p>
        </w:tc>
        <w:tc>
          <w:tcPr>
            <w:tcW w:type="dxa" w:w="4082"/>
            <w:vAlign w:val="center"/>
            <w:shd w:fill="F3F7F8"/>
            <w:tcBorders>
              <w:bottom w:val="single" w:sz="6" w:color="D6E0E4"/>
              <w:right w:val="single" w:sz="4" w:color="FFFFFF"/>
            </w:tcBorders>
            <w:tcMar>
              <w:top w:w="50" w:type="dxa"/>
              <w:start w:w="145" w:type="dxa"/>
              <w:bottom w:w="58" w:type="dxa"/>
              <w:end w:w="145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Lato" w:hAnsi="Lato" w:eastAsia="Lato" w:cs="Lato"/>
                <w:b/>
                <w:i w:val="0"/>
                <w:color w:val="516978"/>
                <w:sz w:val="14"/>
              </w:rPr>
              <w:t>TERMIN AM / UHRZEIT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alias w:val="T Termin"/>
                <w:tag w:val="T_TERMIN"/>
                <w:id w:val="3027"/>
                <w:text/>
                <w:appearance w:val="boundingBox"/>
              </w:sdtPr>
              <w:sdtContent>
                <w:r>
                  <w:rPr>
                    <w:rFonts w:ascii="Lato" w:hAnsi="Lato"/>
                    <w:color w:val="738690"/>
                    <w:sz w:val="17"/>
                    <w:i/>
                  </w:rPr>
                  <w:t>Datum und Uhrzeit</w:t>
                </w:r>
              </w:sdtContent>
            </w:sdt>
          </w:p>
        </w:tc>
      </w:tr>
    </w:tbl>
    <w:p>
      <w:pPr>
        <w:keepNext w:val="0"/>
        <w:spacing w:before="0" w:after="20" w:line="240" w:lineRule="auto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53"/>
        <w:gridCol w:w="4082"/>
      </w:tblGrid>
      <w:tr>
        <w:tc>
          <w:tcPr>
            <w:tcW w:type="dxa" w:w="5953"/>
            <w:vAlign w:val="center"/>
            <w:shd w:fill="F3F7F8"/>
            <w:tcBorders>
              <w:bottom w:val="single" w:sz="6" w:color="D6E0E4"/>
              <w:right w:val="single" w:sz="4" w:color="FFFFFF"/>
            </w:tcBorders>
            <w:tcMar>
              <w:top w:w="50" w:type="dxa"/>
              <w:start w:w="145" w:type="dxa"/>
              <w:bottom w:w="58" w:type="dxa"/>
              <w:end w:w="145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Lato" w:hAnsi="Lato" w:eastAsia="Lato" w:cs="Lato"/>
                <w:b/>
                <w:i w:val="0"/>
                <w:color w:val="516978"/>
                <w:sz w:val="14"/>
              </w:rPr>
              <w:t>ANSPRECHPERSON / SACHGEBIET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alias w:val="T Kontakt"/>
                <w:tag w:val="T_KONTAKT"/>
                <w:id w:val="3028"/>
                <w:text/>
                <w:appearance w:val="boundingBox"/>
              </w:sdtPr>
              <w:sdtContent>
                <w:r>
                  <w:rPr>
                    <w:rFonts w:ascii="Lato" w:hAnsi="Lato"/>
                    <w:color w:val="738690"/>
                    <w:sz w:val="17"/>
                    <w:i/>
                  </w:rPr>
                  <w:t>Kontakt, falls bekannt</w:t>
                </w:r>
              </w:sdtContent>
            </w:sdt>
          </w:p>
        </w:tc>
        <w:tc>
          <w:tcPr>
            <w:tcW w:type="dxa" w:w="4082"/>
            <w:vAlign w:val="center"/>
            <w:shd w:fill="F3F7F8"/>
            <w:tcBorders>
              <w:bottom w:val="single" w:sz="6" w:color="D6E0E4"/>
              <w:right w:val="single" w:sz="4" w:color="FFFFFF"/>
            </w:tcBorders>
            <w:tcMar>
              <w:top w:w="50" w:type="dxa"/>
              <w:start w:w="145" w:type="dxa"/>
              <w:bottom w:w="58" w:type="dxa"/>
              <w:end w:w="145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Lato" w:hAnsi="Lato" w:eastAsia="Lato" w:cs="Lato"/>
                <w:b/>
                <w:i w:val="0"/>
                <w:color w:val="516978"/>
                <w:sz w:val="14"/>
              </w:rPr>
              <w:t>AKTENZEICHEN / REFERENZ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alias w:val="T Az"/>
                <w:tag w:val="T_AZ"/>
                <w:id w:val="3029"/>
                <w:text/>
                <w:appearance w:val="boundingBox"/>
              </w:sdtPr>
              <w:sdtContent>
                <w:r>
                  <w:rPr>
                    <w:rFonts w:ascii="Lato" w:hAnsi="Lato"/>
                    <w:color w:val="738690"/>
                    <w:sz w:val="17"/>
                    <w:i/>
                  </w:rPr>
                  <w:t>Referenznummer</w:t>
                </w:r>
              </w:sdtContent>
            </w:sdt>
          </w:p>
        </w:tc>
      </w:tr>
    </w:tbl>
    <w:p>
      <w:pPr>
        <w:keepNext w:val="0"/>
        <w:spacing w:before="0" w:after="20" w:line="240" w:lineRule="auto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5"/>
        <w:gridCol w:w="6406"/>
        <w:gridCol w:w="3033"/>
      </w:tblGrid>
      <w:tr>
        <w:tc>
          <w:tcPr>
            <w:tcW w:type="dxa" w:w="595"/>
            <w:vAlign w:val="center"/>
            <w:tcMar>
              <w:top w:w="35" w:type="dxa"/>
              <w:start w:w="0" w:type="dxa"/>
              <w:bottom w:w="40" w:type="dxa"/>
              <w:end w:w="0" w:type="dxa"/>
            </w:tcMar>
            <w:shd w:fill="B77842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Lato" w:hAnsi="Lato" w:eastAsia="Lato" w:cs="Lato"/>
                <w:b/>
                <w:i w:val="0"/>
                <w:color w:val="FFFFFF"/>
                <w:sz w:val="18"/>
              </w:rPr>
              <w:t>02</w:t>
            </w:r>
          </w:p>
        </w:tc>
        <w:tc>
          <w:tcPr>
            <w:tcW w:type="dxa" w:w="6406"/>
            <w:vAlign w:val="center"/>
            <w:tcBorders>
              <w:bottom w:val="single" w:sz="6" w:color="D6E0E4"/>
            </w:tcBorders>
            <w:tcMar>
              <w:top w:w="25" w:type="dxa"/>
              <w:start w:w="0" w:type="dxa"/>
              <w:bottom w:w="30" w:type="dxa"/>
              <w:end w:w="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Lato" w:hAnsi="Lato" w:eastAsia="Lato" w:cs="Lato"/>
                <w:b/>
                <w:i w:val="0"/>
                <w:color w:val="172E3B"/>
                <w:sz w:val="20"/>
              </w:rPr>
              <w:t xml:space="preserve">  Unterlagen zum Termin</w:t>
            </w:r>
          </w:p>
        </w:tc>
        <w:tc>
          <w:tcPr>
            <w:tcW w:type="dxa" w:w="3033"/>
            <w:vAlign w:val="center"/>
            <w:tcBorders>
              <w:bottom w:val="single" w:sz="6" w:color="D6E0E4"/>
            </w:tcBorders>
            <w:tcMar>
              <w:top w:w="25" w:type="dxa"/>
              <w:start w:w="0" w:type="dxa"/>
              <w:bottom w:w="30" w:type="dxa"/>
              <w:end w:w="0" w:type="dxa"/>
            </w:tcMar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Lato" w:hAnsi="Lato" w:eastAsia="Lato" w:cs="Lato"/>
                <w:b/>
                <w:i w:val="0"/>
                <w:color w:val="738690"/>
                <w:sz w:val="14"/>
              </w:rPr>
              <w:t>MITNAHME PRÜFEN</w:t>
            </w:r>
          </w:p>
        </w:tc>
      </w:tr>
    </w:tbl>
    <w:p>
      <w:pPr>
        <w:keepNext w:val="0"/>
        <w:spacing w:before="0" w:after="0" w:line="240" w:lineRule="auto"/>
      </w:pPr>
      <w:r>
        <w:rPr>
          <w:sz w:val="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7"/>
            <w:shd w:fill="FFFFFF"/>
            <w:tcMar>
              <w:top w:w="30" w:type="dxa"/>
              <w:start w:w="115" w:type="dxa"/>
              <w:bottom w:w="30" w:type="dxa"/>
              <w:end w:w="40" w:type="dxa"/>
            </w:tcMar>
          </w:tcPr>
          <w:p>
            <w:pPr>
              <w:keepNext w:val="0"/>
              <w:spacing w:before="0" w:after="0" w:line="240" w:lineRule="auto"/>
            </w:pPr>
            <w:sdt>
              <w:sdtPr>
                <w:alias w:val="Unterschriebene Vollmacht"/>
                <w:tag w:val="D_VOLLMACHT"/>
                <w:id w:val="303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B77842"/>
                    <w:sz w:val="19"/>
                  </w:rP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72E3B"/>
                <w:sz w:val="17"/>
              </w:rPr>
              <w:t xml:space="preserve">  Unterschriebene Vollmacht</w:t>
            </w:r>
          </w:p>
        </w:tc>
        <w:tc>
          <w:tcPr>
            <w:tcW w:type="dxa" w:w="5017"/>
            <w:shd w:fill="FFFFFF"/>
            <w:tcMar>
              <w:top w:w="30" w:type="dxa"/>
              <w:start w:w="115" w:type="dxa"/>
              <w:bottom w:w="30" w:type="dxa"/>
              <w:end w:w="40" w:type="dxa"/>
            </w:tcMar>
          </w:tcPr>
          <w:p>
            <w:pPr>
              <w:keepNext w:val="0"/>
              <w:spacing w:before="0" w:after="0" w:line="240" w:lineRule="auto"/>
            </w:pPr>
            <w:sdt>
              <w:sdtPr>
                <w:alias w:val="Eigener Ausweis des Vertreters"/>
                <w:tag w:val="D_AUSWEIS"/>
                <w:id w:val="3031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B77842"/>
                    <w:sz w:val="19"/>
                  </w:rP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72E3B"/>
                <w:sz w:val="17"/>
              </w:rPr>
              <w:t xml:space="preserve">  Eigener Ausweis des Vertreters</w:t>
            </w:r>
          </w:p>
        </w:tc>
      </w:tr>
      <w:tr>
        <w:tc>
          <w:tcPr>
            <w:tcW w:type="dxa" w:w="5017"/>
            <w:shd w:fill="FFFFFF"/>
            <w:tcMar>
              <w:top w:w="30" w:type="dxa"/>
              <w:start w:w="115" w:type="dxa"/>
              <w:bottom w:w="30" w:type="dxa"/>
              <w:end w:w="40" w:type="dxa"/>
            </w:tcMar>
          </w:tcPr>
          <w:p>
            <w:pPr>
              <w:keepNext w:val="0"/>
              <w:spacing w:before="0" w:after="0" w:line="240" w:lineRule="auto"/>
            </w:pPr>
            <w:sdt>
              <w:sdtPr>
                <w:alias w:val="Erforderliche Antragsformulare"/>
                <w:tag w:val="D_FORMULAR"/>
                <w:id w:val="303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B77842"/>
                    <w:sz w:val="19"/>
                  </w:rP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72E3B"/>
                <w:sz w:val="17"/>
              </w:rPr>
              <w:t xml:space="preserve">  Erforderliche Antragsformulare</w:t>
            </w:r>
          </w:p>
        </w:tc>
        <w:tc>
          <w:tcPr>
            <w:tcW w:type="dxa" w:w="5017"/>
            <w:shd w:fill="FFFFFF"/>
            <w:tcMar>
              <w:top w:w="30" w:type="dxa"/>
              <w:start w:w="115" w:type="dxa"/>
              <w:bottom w:w="30" w:type="dxa"/>
              <w:end w:w="40" w:type="dxa"/>
            </w:tcMar>
          </w:tcPr>
          <w:p>
            <w:pPr>
              <w:keepNext w:val="0"/>
              <w:spacing w:before="0" w:after="0" w:line="240" w:lineRule="auto"/>
            </w:pPr>
            <w:sdt>
              <w:sdtPr>
                <w:alias w:val="Nachweise und Belege"/>
                <w:tag w:val="D_NACHWEISE"/>
                <w:id w:val="303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B77842"/>
                    <w:sz w:val="19"/>
                  </w:rP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72E3B"/>
                <w:sz w:val="17"/>
              </w:rPr>
              <w:t xml:space="preserve">  Nachweise und Belege</w:t>
            </w:r>
          </w:p>
        </w:tc>
      </w:tr>
      <w:tr>
        <w:tc>
          <w:tcPr>
            <w:tcW w:type="dxa" w:w="5017"/>
            <w:shd w:fill="FFFFFF"/>
            <w:tcMar>
              <w:top w:w="30" w:type="dxa"/>
              <w:start w:w="115" w:type="dxa"/>
              <w:bottom w:w="30" w:type="dxa"/>
              <w:end w:w="40" w:type="dxa"/>
            </w:tcMar>
          </w:tcPr>
          <w:p>
            <w:pPr>
              <w:keepNext w:val="0"/>
              <w:spacing w:before="0" w:after="0" w:line="240" w:lineRule="auto"/>
            </w:pPr>
            <w:sdt>
              <w:sdtPr>
                <w:alias w:val="Ausweiskopie, falls verlangt"/>
                <w:tag w:val="D_AUSWEISKOPIE"/>
                <w:id w:val="303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B77842"/>
                    <w:sz w:val="19"/>
                  </w:rP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72E3B"/>
                <w:sz w:val="17"/>
              </w:rPr>
              <w:t xml:space="preserve">  Ausweiskopie, falls verlangt</w:t>
            </w:r>
          </w:p>
        </w:tc>
        <w:tc>
          <w:tcPr>
            <w:tcW w:type="dxa" w:w="5017"/>
            <w:shd w:fill="FFFFFF"/>
            <w:tcMar>
              <w:top w:w="30" w:type="dxa"/>
              <w:start w:w="115" w:type="dxa"/>
              <w:bottom w:w="30" w:type="dxa"/>
              <w:end w:w="40" w:type="dxa"/>
            </w:tcMar>
          </w:tcPr>
          <w:p>
            <w:pPr>
              <w:keepNext w:val="0"/>
              <w:spacing w:before="0" w:after="0" w:line="240" w:lineRule="auto"/>
            </w:pPr>
            <w:sdt>
              <w:sdtPr>
                <w:alias w:val="Terminbestätigung / Aktenzeichen"/>
                <w:tag w:val="D_TERMIN"/>
                <w:id w:val="303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B77842"/>
                    <w:sz w:val="19"/>
                  </w:rP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72E3B"/>
                <w:sz w:val="17"/>
              </w:rPr>
              <w:t xml:space="preserve">  Terminbestätigung / Aktenzeichen</w:t>
            </w:r>
          </w:p>
        </w:tc>
      </w:tr>
    </w:tbl>
    <w:p>
      <w:pPr>
        <w:keepNext w:val="0"/>
        <w:spacing w:before="0" w:after="60" w:line="240" w:lineRule="auto"/>
      </w:pPr>
      <w:r>
        <w:rPr>
          <w:sz w:val="6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rPr>
          <w:trHeight w:val="471" w:hRule="atLeast"/>
        </w:trPr>
        <w:tc>
          <w:tcPr>
            <w:tcW w:type="dxa" w:w="10035"/>
            <w:vAlign w:val="center"/>
            <w:shd w:fill="F3F7F8"/>
            <w:tcBorders>
              <w:bottom w:val="single" w:sz="6" w:color="D6E0E4"/>
            </w:tcBorders>
            <w:tcMar>
              <w:top w:w="55" w:type="dxa"/>
              <w:start w:w="145" w:type="dxa"/>
              <w:bottom w:w="70" w:type="dxa"/>
              <w:end w:w="145" w:type="dxa"/>
            </w:tcMar>
          </w:tcPr>
          <w:p>
            <w:pPr>
              <w:keepNext w:val="0"/>
              <w:spacing w:before="0" w:after="100" w:line="240" w:lineRule="auto"/>
            </w:pPr>
            <w:r>
              <w:rPr>
                <w:rFonts w:ascii="Lato" w:hAnsi="Lato" w:eastAsia="Lato" w:cs="Lato"/>
                <w:b/>
                <w:i w:val="0"/>
                <w:color w:val="516978"/>
                <w:sz w:val="14"/>
              </w:rPr>
              <w:t>WEITERE UNTERLAGEN / BESONDERE HINWEISE</w:t>
            </w:r>
          </w:p>
          <w:p>
            <w:pPr>
              <w:keepNext w:val="0"/>
              <w:spacing w:before="0" w:after="60" w:line="240" w:lineRule="auto"/>
            </w:pPr>
            <w:sdt>
              <w:sdtPr>
                <w:alias w:val="T Dokumente"/>
                <w:tag w:val="T_DOKUMENTE"/>
                <w:id w:val="3036"/>
                <w:text w:multiLine="1"/>
                <w:appearance w:val="boundingBox"/>
              </w:sdtPr>
              <w:sdtContent>
                <w:r>
                  <w:rPr>
                    <w:rFonts w:ascii="Lato" w:hAnsi="Lato"/>
                    <w:color w:val="738690"/>
                    <w:sz w:val="17"/>
                    <w:i/>
                  </w:rPr>
                  <w:t>Individuelle Nachweise oder Unterlagen notieren</w:t>
                </w:r>
              </w:sdtContent>
            </w:sdt>
          </w:p>
        </w:tc>
      </w:tr>
    </w:tbl>
    <w:p>
      <w:pPr>
        <w:keepNext w:val="0"/>
        <w:spacing w:before="0" w:after="20" w:line="240" w:lineRule="auto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c>
          <w:tcPr>
            <w:tcW w:type="dxa" w:w="10035"/>
            <w:vAlign w:val="center"/>
            <w:shd w:fill="E7EFEF"/>
            <w:tcMar>
              <w:top w:w="100" w:type="dxa"/>
              <w:start w:w="165" w:type="dxa"/>
              <w:bottom w:w="105" w:type="dxa"/>
              <w:end w:w="15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Lato" w:hAnsi="Lato" w:eastAsia="Lato" w:cs="Lato"/>
                <w:b/>
                <w:i w:val="0"/>
                <w:color w:val="B77842"/>
                <w:sz w:val="15"/>
              </w:rPr>
              <w:t xml:space="preserve">VOR DEM TERMIN  </w:t>
            </w:r>
            <w:r>
              <w:rPr>
                <w:rFonts w:ascii="Lato" w:hAnsi="Lato" w:eastAsia="Lato" w:cs="Lato"/>
                <w:b w:val="0"/>
                <w:i w:val="0"/>
                <w:color w:val="516978"/>
                <w:sz w:val="16"/>
              </w:rPr>
              <w:t>Prüfen, ob die Behörde ein eigenes Formular, ein Original oder die persönliche Vorsprache verlangt. Eine Ausweiskopie nur vorlegen, wenn sie erforderlich ist.</w:t>
            </w:r>
          </w:p>
        </w:tc>
      </w:tr>
    </w:tbl>
    <w:p>
      <w:pPr>
        <w:keepNext w:val="0"/>
        <w:spacing w:before="0" w:after="20" w:line="240" w:lineRule="auto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5"/>
        <w:gridCol w:w="6406"/>
        <w:gridCol w:w="3033"/>
      </w:tblGrid>
      <w:tr>
        <w:tc>
          <w:tcPr>
            <w:tcW w:type="dxa" w:w="595"/>
            <w:vAlign w:val="center"/>
            <w:tcMar>
              <w:top w:w="35" w:type="dxa"/>
              <w:start w:w="0" w:type="dxa"/>
              <w:bottom w:w="40" w:type="dxa"/>
              <w:end w:w="0" w:type="dxa"/>
            </w:tcMar>
            <w:shd w:fill="B77842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Lato" w:hAnsi="Lato" w:eastAsia="Lato" w:cs="Lato"/>
                <w:b/>
                <w:i w:val="0"/>
                <w:color w:val="FFFFFF"/>
                <w:sz w:val="18"/>
              </w:rPr>
              <w:t>03</w:t>
            </w:r>
          </w:p>
        </w:tc>
        <w:tc>
          <w:tcPr>
            <w:tcW w:type="dxa" w:w="6406"/>
            <w:vAlign w:val="center"/>
            <w:tcBorders>
              <w:bottom w:val="single" w:sz="6" w:color="D6E0E4"/>
            </w:tcBorders>
            <w:tcMar>
              <w:top w:w="25" w:type="dxa"/>
              <w:start w:w="0" w:type="dxa"/>
              <w:bottom w:w="30" w:type="dxa"/>
              <w:end w:w="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Lato" w:hAnsi="Lato" w:eastAsia="Lato" w:cs="Lato"/>
                <w:b/>
                <w:i w:val="0"/>
                <w:color w:val="172E3B"/>
                <w:sz w:val="20"/>
              </w:rPr>
              <w:t xml:space="preserve">  Ergebnis des Termins</w:t>
            </w:r>
          </w:p>
        </w:tc>
        <w:tc>
          <w:tcPr>
            <w:tcW w:type="dxa" w:w="3033"/>
            <w:vAlign w:val="center"/>
            <w:tcBorders>
              <w:bottom w:val="single" w:sz="6" w:color="D6E0E4"/>
            </w:tcBorders>
            <w:tcMar>
              <w:top w:w="25" w:type="dxa"/>
              <w:start w:w="0" w:type="dxa"/>
              <w:bottom w:w="30" w:type="dxa"/>
              <w:end w:w="0" w:type="dxa"/>
            </w:tcMar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Lato" w:hAnsi="Lato" w:eastAsia="Lato" w:cs="Lato"/>
                <w:b/>
                <w:i w:val="0"/>
                <w:color w:val="738690"/>
                <w:sz w:val="14"/>
              </w:rPr>
              <w:t>INTERN DOKUMENTIEREN</w:t>
            </w:r>
          </w:p>
        </w:tc>
      </w:tr>
    </w:tbl>
    <w:p>
      <w:pPr>
        <w:keepNext w:val="0"/>
        <w:spacing w:before="0" w:after="0" w:line="240" w:lineRule="auto"/>
      </w:pPr>
      <w:r>
        <w:rPr>
          <w:sz w:val="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7"/>
        <w:gridCol w:w="5017"/>
      </w:tblGrid>
      <w:tr>
        <w:tc>
          <w:tcPr>
            <w:tcW w:type="dxa" w:w="5017"/>
            <w:shd w:fill="FFFFFF"/>
            <w:tcMar>
              <w:top w:w="30" w:type="dxa"/>
              <w:start w:w="115" w:type="dxa"/>
              <w:bottom w:w="30" w:type="dxa"/>
              <w:end w:w="40" w:type="dxa"/>
            </w:tcMar>
          </w:tcPr>
          <w:p>
            <w:pPr>
              <w:keepNext w:val="0"/>
              <w:spacing w:before="0" w:after="0" w:line="240" w:lineRule="auto"/>
            </w:pPr>
            <w:sdt>
              <w:sdtPr>
                <w:alias w:val="Antrag / Unterlagen eingereicht"/>
                <w:tag w:val="ERG_ABGEBEN"/>
                <w:id w:val="303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B77842"/>
                    <w:sz w:val="19"/>
                  </w:rP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72E3B"/>
                <w:sz w:val="17"/>
              </w:rPr>
              <w:t xml:space="preserve">  Antrag / Unterlagen eingereicht</w:t>
            </w:r>
          </w:p>
        </w:tc>
        <w:tc>
          <w:tcPr>
            <w:tcW w:type="dxa" w:w="5017"/>
            <w:shd w:fill="FFFFFF"/>
            <w:tcMar>
              <w:top w:w="30" w:type="dxa"/>
              <w:start w:w="115" w:type="dxa"/>
              <w:bottom w:w="30" w:type="dxa"/>
              <w:end w:w="40" w:type="dxa"/>
            </w:tcMar>
          </w:tcPr>
          <w:p>
            <w:pPr>
              <w:keepNext w:val="0"/>
              <w:spacing w:before="0" w:after="0" w:line="240" w:lineRule="auto"/>
            </w:pPr>
            <w:sdt>
              <w:sdtPr>
                <w:alias w:val="Dokumente entgegengenommen"/>
                <w:tag w:val="ERG_ERHALTEN"/>
                <w:id w:val="303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B77842"/>
                    <w:sz w:val="19"/>
                  </w:rP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72E3B"/>
                <w:sz w:val="17"/>
              </w:rPr>
              <w:t xml:space="preserve">  Dokumente entgegengenommen</w:t>
            </w:r>
          </w:p>
        </w:tc>
      </w:tr>
      <w:tr>
        <w:tc>
          <w:tcPr>
            <w:tcW w:type="dxa" w:w="5017"/>
            <w:shd w:fill="FFFFFF"/>
            <w:tcMar>
              <w:top w:w="30" w:type="dxa"/>
              <w:start w:w="115" w:type="dxa"/>
              <w:bottom w:w="30" w:type="dxa"/>
              <w:end w:w="40" w:type="dxa"/>
            </w:tcMar>
          </w:tcPr>
          <w:p>
            <w:pPr>
              <w:keepNext w:val="0"/>
              <w:spacing w:before="0" w:after="0" w:line="240" w:lineRule="auto"/>
            </w:pPr>
            <w:sdt>
              <w:sdtPr>
                <w:alias w:val="Rückfrage oder Nachweis offen"/>
                <w:tag w:val="ERG_RUECKFRAGE"/>
                <w:id w:val="303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B77842"/>
                    <w:sz w:val="19"/>
                  </w:rP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72E3B"/>
                <w:sz w:val="17"/>
              </w:rPr>
              <w:t xml:space="preserve">  Rückfrage oder Nachweis offen</w:t>
            </w:r>
          </w:p>
        </w:tc>
        <w:tc>
          <w:tcPr>
            <w:tcW w:type="dxa" w:w="5017"/>
            <w:shd w:fill="FFFFFF"/>
            <w:tcMar>
              <w:top w:w="30" w:type="dxa"/>
              <w:start w:w="115" w:type="dxa"/>
              <w:bottom w:w="30" w:type="dxa"/>
              <w:end w:w="40" w:type="dxa"/>
            </w:tcMar>
          </w:tcPr>
          <w:p>
            <w:pPr>
              <w:keepNext w:val="0"/>
              <w:spacing w:before="0" w:after="0" w:line="240" w:lineRule="auto"/>
            </w:pPr>
            <w:sdt>
              <w:sdtPr>
                <w:alias w:val="Folgetermin erforderlich"/>
                <w:tag w:val="ERG_FOLGETERMIN"/>
                <w:id w:val="304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rPr>
                    <w:rFonts w:ascii="DejaVu Sans" w:hAnsi="DejaVu Sans"/>
                    <w:color w:val="B77842"/>
                    <w:sz w:val="19"/>
                  </w:rP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72E3B"/>
                <w:sz w:val="17"/>
              </w:rPr>
              <w:t xml:space="preserve">  Folgetermin erforderlich</w:t>
            </w:r>
          </w:p>
        </w:tc>
      </w:tr>
    </w:tbl>
    <w:p>
      <w:pPr>
        <w:keepNext w:val="0"/>
        <w:spacing w:before="0" w:after="60" w:line="240" w:lineRule="auto"/>
      </w:pPr>
      <w:r>
        <w:rPr>
          <w:sz w:val="6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rPr>
          <w:trHeight w:val="567" w:hRule="atLeast"/>
        </w:trPr>
        <w:tc>
          <w:tcPr>
            <w:tcW w:type="dxa" w:w="10035"/>
            <w:vAlign w:val="center"/>
            <w:shd w:fill="F3F7F8"/>
            <w:tcBorders>
              <w:bottom w:val="single" w:sz="6" w:color="D6E0E4"/>
            </w:tcBorders>
            <w:tcMar>
              <w:top w:w="55" w:type="dxa"/>
              <w:start w:w="145" w:type="dxa"/>
              <w:bottom w:w="70" w:type="dxa"/>
              <w:end w:w="145" w:type="dxa"/>
            </w:tcMar>
          </w:tcPr>
          <w:p>
            <w:pPr>
              <w:keepNext w:val="0"/>
              <w:spacing w:before="0" w:after="100" w:line="240" w:lineRule="auto"/>
            </w:pPr>
            <w:r>
              <w:rPr>
                <w:rFonts w:ascii="Lato" w:hAnsi="Lato" w:eastAsia="Lato" w:cs="Lato"/>
                <w:b/>
                <w:i w:val="0"/>
                <w:color w:val="516978"/>
                <w:sz w:val="14"/>
              </w:rPr>
              <w:t>BESPROCHENE PUNKTE / RÜCKMELDUNG DER BEHÖRDE</w:t>
            </w:r>
          </w:p>
          <w:p>
            <w:pPr>
              <w:keepNext w:val="0"/>
              <w:spacing w:before="0" w:after="60" w:line="240" w:lineRule="auto"/>
            </w:pPr>
            <w:sdt>
              <w:sdtPr>
                <w:alias w:val="T Ergebnis"/>
                <w:tag w:val="T_ERGEBNIS"/>
                <w:id w:val="3041"/>
                <w:text w:multiLine="1"/>
                <w:appearance w:val="boundingBox"/>
              </w:sdtPr>
              <w:sdtContent>
                <w:r>
                  <w:rPr>
                    <w:rFonts w:ascii="Lato" w:hAnsi="Lato"/>
                    <w:color w:val="738690"/>
                    <w:sz w:val="17"/>
                    <w:i/>
                  </w:rPr>
                  <w:t>Ergebnis und wesentliche Hinweise festhalten</w:t>
                </w:r>
              </w:sdtContent>
            </w:sdt>
          </w:p>
        </w:tc>
      </w:tr>
    </w:tbl>
    <w:p>
      <w:pPr>
        <w:keepNext w:val="0"/>
        <w:spacing w:before="0" w:after="20" w:line="240" w:lineRule="auto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93"/>
        <w:gridCol w:w="3742"/>
      </w:tblGrid>
      <w:tr>
        <w:tc>
          <w:tcPr>
            <w:tcW w:type="dxa" w:w="6293"/>
            <w:vAlign w:val="center"/>
            <w:shd w:fill="F3F7F8"/>
            <w:tcBorders>
              <w:bottom w:val="single" w:sz="6" w:color="D6E0E4"/>
              <w:right w:val="single" w:sz="4" w:color="FFFFFF"/>
            </w:tcBorders>
            <w:tcMar>
              <w:top w:w="50" w:type="dxa"/>
              <w:start w:w="145" w:type="dxa"/>
              <w:bottom w:w="58" w:type="dxa"/>
              <w:end w:w="145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Lato" w:hAnsi="Lato" w:eastAsia="Lato" w:cs="Lato"/>
                <w:b/>
                <w:i w:val="0"/>
                <w:color w:val="516978"/>
                <w:sz w:val="14"/>
              </w:rPr>
              <w:t>NÄCHSTER SCHRITT / VERANTWORTLICH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alias w:val="T Next"/>
                <w:tag w:val="T_NEXT"/>
                <w:id w:val="3042"/>
                <w:text/>
                <w:appearance w:val="boundingBox"/>
              </w:sdtPr>
              <w:sdtContent>
                <w:r>
                  <w:rPr>
                    <w:rFonts w:ascii="Lato" w:hAnsi="Lato"/>
                    <w:color w:val="738690"/>
                    <w:sz w:val="17"/>
                    <w:i/>
                  </w:rPr>
                  <w:t>Aufgabe und Kontakt</w:t>
                </w:r>
              </w:sdtContent>
            </w:sdt>
          </w:p>
        </w:tc>
        <w:tc>
          <w:tcPr>
            <w:tcW w:type="dxa" w:w="3742"/>
            <w:vAlign w:val="center"/>
            <w:shd w:fill="F3F7F8"/>
            <w:tcBorders>
              <w:bottom w:val="single" w:sz="6" w:color="D6E0E4"/>
              <w:right w:val="single" w:sz="4" w:color="FFFFFF"/>
            </w:tcBorders>
            <w:tcMar>
              <w:top w:w="50" w:type="dxa"/>
              <w:start w:w="145" w:type="dxa"/>
              <w:bottom w:w="58" w:type="dxa"/>
              <w:end w:w="145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Lato" w:hAnsi="Lato" w:eastAsia="Lato" w:cs="Lato"/>
                <w:b/>
                <w:i w:val="0"/>
                <w:color w:val="516978"/>
                <w:sz w:val="14"/>
              </w:rPr>
              <w:t>FRIST / WIEDERVORLAGE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alias w:val="T Frist"/>
                <w:tag w:val="T_FRIST"/>
                <w:id w:val="3043"/>
                <w:text/>
                <w:appearance w:val="boundingBox"/>
              </w:sdtPr>
              <w:sdtContent>
                <w:r>
                  <w:rPr>
                    <w:rFonts w:ascii="Lato" w:hAnsi="Lato"/>
                    <w:color w:val="738690"/>
                    <w:sz w:val="17"/>
                    <w:i/>
                  </w:rPr>
                  <w:t>TT.MM.JJJJ</w:t>
                </w:r>
              </w:sdtContent>
            </w:sdt>
          </w:p>
        </w:tc>
      </w:tr>
    </w:tbl>
    <w:p>
      <w:pPr>
        <w:keepNext w:val="0"/>
        <w:spacing w:before="0" w:after="20" w:line="240" w:lineRule="auto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95"/>
        <w:gridCol w:w="6406"/>
        <w:gridCol w:w="3033"/>
      </w:tblGrid>
      <w:tr>
        <w:tc>
          <w:tcPr>
            <w:tcW w:type="dxa" w:w="595"/>
            <w:vAlign w:val="center"/>
            <w:tcMar>
              <w:top w:w="35" w:type="dxa"/>
              <w:start w:w="0" w:type="dxa"/>
              <w:bottom w:w="40" w:type="dxa"/>
              <w:end w:w="0" w:type="dxa"/>
            </w:tcMar>
            <w:shd w:fill="B77842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Lato" w:hAnsi="Lato" w:eastAsia="Lato" w:cs="Lato"/>
                <w:b/>
                <w:i w:val="0"/>
                <w:color w:val="FFFFFF"/>
                <w:sz w:val="18"/>
              </w:rPr>
              <w:t>04</w:t>
            </w:r>
          </w:p>
        </w:tc>
        <w:tc>
          <w:tcPr>
            <w:tcW w:type="dxa" w:w="6406"/>
            <w:vAlign w:val="center"/>
            <w:tcBorders>
              <w:bottom w:val="single" w:sz="6" w:color="D6E0E4"/>
            </w:tcBorders>
            <w:tcMar>
              <w:top w:w="25" w:type="dxa"/>
              <w:start w:w="0" w:type="dxa"/>
              <w:bottom w:w="30" w:type="dxa"/>
              <w:end w:w="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Lato" w:hAnsi="Lato" w:eastAsia="Lato" w:cs="Lato"/>
                <w:b/>
                <w:i w:val="0"/>
                <w:color w:val="172E3B"/>
                <w:sz w:val="20"/>
              </w:rPr>
              <w:t xml:space="preserve">  Abschlussvermerk</w:t>
            </w:r>
          </w:p>
        </w:tc>
        <w:tc>
          <w:tcPr>
            <w:tcW w:type="dxa" w:w="3033"/>
            <w:vAlign w:val="center"/>
            <w:tcBorders>
              <w:bottom w:val="single" w:sz="6" w:color="D6E0E4"/>
            </w:tcBorders>
            <w:tcMar>
              <w:top w:w="25" w:type="dxa"/>
              <w:start w:w="0" w:type="dxa"/>
              <w:bottom w:w="30" w:type="dxa"/>
              <w:end w:w="0" w:type="dxa"/>
            </w:tcMar>
          </w:tcPr>
          <w:p>
            <w:pPr>
              <w:keepNext w:val="0"/>
              <w:spacing w:before="0" w:after="0" w:line="240" w:lineRule="auto"/>
              <w:jc w:val="right"/>
            </w:pPr>
            <w:r>
              <w:rPr>
                <w:rFonts w:ascii="Lato" w:hAnsi="Lato" w:eastAsia="Lato" w:cs="Lato"/>
                <w:b/>
                <w:i w:val="0"/>
                <w:color w:val="738690"/>
                <w:sz w:val="14"/>
              </w:rPr>
              <w:t>FÜR DIE EIGENE ABLAGE</w:t>
            </w:r>
          </w:p>
        </w:tc>
      </w:tr>
    </w:tbl>
    <w:p>
      <w:pPr>
        <w:keepNext w:val="0"/>
        <w:spacing w:before="0" w:after="0" w:line="240" w:lineRule="auto"/>
      </w:pPr>
      <w:r>
        <w:rPr>
          <w:sz w:val="0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93"/>
        <w:gridCol w:w="3742"/>
      </w:tblGrid>
      <w:tr>
        <w:tc>
          <w:tcPr>
            <w:tcW w:type="dxa" w:w="6293"/>
            <w:vAlign w:val="center"/>
            <w:shd w:fill="F3F7F8"/>
            <w:tcBorders>
              <w:bottom w:val="single" w:sz="6" w:color="D6E0E4"/>
              <w:right w:val="single" w:sz="4" w:color="FFFFFF"/>
            </w:tcBorders>
            <w:tcMar>
              <w:top w:w="50" w:type="dxa"/>
              <w:start w:w="145" w:type="dxa"/>
              <w:bottom w:w="58" w:type="dxa"/>
              <w:end w:w="145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Lato" w:hAnsi="Lato" w:eastAsia="Lato" w:cs="Lato"/>
                <w:b/>
                <w:i w:val="0"/>
                <w:color w:val="516978"/>
                <w:sz w:val="14"/>
              </w:rPr>
              <w:t>BEARBEITET DURCH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alias w:val="T Bearbeiter"/>
                <w:tag w:val="T_BEARBEITER"/>
                <w:id w:val="3044"/>
                <w:text/>
                <w:appearance w:val="boundingBox"/>
              </w:sdtPr>
              <w:sdtContent>
                <w:r>
                  <w:rPr>
                    <w:rFonts w:ascii="Lato" w:hAnsi="Lato"/>
                    <w:color w:val="738690"/>
                    <w:sz w:val="17"/>
                    <w:i/>
                  </w:rPr>
                  <w:t>Name der beauftragten Person</w:t>
                </w:r>
              </w:sdtContent>
            </w:sdt>
          </w:p>
        </w:tc>
        <w:tc>
          <w:tcPr>
            <w:tcW w:type="dxa" w:w="3742"/>
            <w:vAlign w:val="center"/>
            <w:shd w:fill="F3F7F8"/>
            <w:tcBorders>
              <w:bottom w:val="single" w:sz="6" w:color="D6E0E4"/>
              <w:right w:val="single" w:sz="4" w:color="FFFFFF"/>
            </w:tcBorders>
            <w:tcMar>
              <w:top w:w="50" w:type="dxa"/>
              <w:start w:w="145" w:type="dxa"/>
              <w:bottom w:w="58" w:type="dxa"/>
              <w:end w:w="145" w:type="dxa"/>
            </w:tcMar>
          </w:tcPr>
          <w:p>
            <w:pPr>
              <w:keepNext w:val="0"/>
              <w:spacing w:before="0" w:after="40" w:line="240" w:lineRule="auto"/>
            </w:pPr>
            <w:r>
              <w:rPr>
                <w:rFonts w:ascii="Lato" w:hAnsi="Lato" w:eastAsia="Lato" w:cs="Lato"/>
                <w:b/>
                <w:i w:val="0"/>
                <w:color w:val="516978"/>
                <w:sz w:val="14"/>
              </w:rPr>
              <w:t>DATUM DES VERMERKS</w:t>
            </w:r>
          </w:p>
          <w:p>
            <w:pPr>
              <w:keepNext w:val="0"/>
              <w:spacing w:before="0" w:after="0" w:line="240" w:lineRule="auto"/>
            </w:pPr>
            <w:sdt>
              <w:sdtPr>
                <w:alias w:val="T Date"/>
                <w:tag w:val="T_DATE"/>
                <w:id w:val="3045"/>
                <w:text/>
                <w:appearance w:val="boundingBox"/>
              </w:sdtPr>
              <w:sdtContent>
                <w:r>
                  <w:rPr>
                    <w:rFonts w:ascii="Lato" w:hAnsi="Lato"/>
                    <w:color w:val="738690"/>
                    <w:sz w:val="17"/>
                    <w:i/>
                  </w:rPr>
                  <w:t>TT.MM.JJJJ</w:t>
                </w:r>
              </w:sdtContent>
            </w:sdt>
          </w:p>
        </w:tc>
      </w:tr>
    </w:tbl>
    <w:p>
      <w:pPr>
        <w:keepNext w:val="0"/>
        <w:spacing w:before="0" w:after="20" w:line="240" w:lineRule="auto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35"/>
      </w:tblGrid>
      <w:tr>
        <w:tc>
          <w:tcPr>
            <w:tcW w:type="dxa" w:w="10035"/>
            <w:vAlign w:val="center"/>
            <w:shd w:fill="E7EFEF"/>
            <w:tcMar>
              <w:top w:w="100" w:type="dxa"/>
              <w:start w:w="165" w:type="dxa"/>
              <w:bottom w:w="105" w:type="dxa"/>
              <w:end w:w="15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Lato" w:hAnsi="Lato" w:eastAsia="Lato" w:cs="Lato"/>
                <w:b/>
                <w:i w:val="0"/>
                <w:color w:val="B77842"/>
                <w:sz w:val="15"/>
              </w:rPr>
              <w:t xml:space="preserve">WICHTIG  </w:t>
            </w:r>
            <w:r>
              <w:rPr>
                <w:rFonts w:ascii="Lato" w:hAnsi="Lato" w:eastAsia="Lato" w:cs="Lato"/>
                <w:b w:val="0"/>
                <w:i w:val="0"/>
                <w:color w:val="516978"/>
                <w:sz w:val="16"/>
              </w:rPr>
              <w:t>Dieses Arbeitsblatt ist nur eine persönliche Organisationshilfe und erweitert den Umfang der unterschriebenen Vollmacht nicht.</w:t>
            </w:r>
          </w:p>
        </w:tc>
      </w:tr>
    </w:tbl>
    <w:p>
      <w:pPr>
        <w:keepNext w:val="0"/>
        <w:spacing w:before="0" w:after="20" w:line="240" w:lineRule="auto"/>
      </w:pPr>
      <w:r>
        <w:rPr>
          <w:sz w:val="2"/>
        </w:rPr>
      </w:r>
    </w:p>
    <w:sectPr w:rsidR="00FC693F" w:rsidRPr="0006063C" w:rsidSect="00034616">
      <w:footerReference w:type="default" r:id="rId9"/>
      <w:pgSz w:w="11906" w:h="16838"/>
      <w:pgMar w:top="782" w:right="935" w:bottom="794" w:left="935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7087"/>
      <w:gridCol w:w="2948"/>
    </w:tblGrid>
    <w:tr>
      <w:tc>
        <w:tcPr>
          <w:tcW w:type="dxa" w:w="5017"/>
          <w:tcBorders>
            <w:top w:val="single" w:sz="6" w:color="D6E0E4"/>
          </w:tcBorders>
          <w:tcMar>
            <w:top w:w="110" w:type="dxa"/>
            <w:start w:w="0" w:type="dxa"/>
            <w:bottom w:w="0" w:type="dxa"/>
            <w:end w:w="0" w:type="dxa"/>
          </w:tcMar>
        </w:tcPr>
        <w:p>
          <w:pPr>
            <w:keepNext w:val="0"/>
            <w:spacing w:before="0" w:after="0" w:line="240" w:lineRule="auto"/>
          </w:pPr>
          <w:r>
            <w:rPr>
              <w:rFonts w:ascii="Lato" w:hAnsi="Lato" w:eastAsia="Lato" w:cs="Lato"/>
              <w:b/>
              <w:i w:val="0"/>
              <w:color w:val="516978"/>
              <w:sz w:val="14"/>
            </w:rPr>
            <w:t>VORLAGE  /  VERWALTUNG &amp; VERTRETUNG</w:t>
          </w:r>
        </w:p>
      </w:tc>
      <w:tc>
        <w:tcPr>
          <w:tcW w:type="dxa" w:w="5017"/>
          <w:tcBorders>
            <w:top w:val="single" w:sz="6" w:color="D6E0E4"/>
          </w:tcBorders>
          <w:tcMar>
            <w:top w:w="110" w:type="dxa"/>
            <w:start w:w="0" w:type="dxa"/>
            <w:bottom w:w="0" w:type="dxa"/>
            <w:end w:w="0" w:type="dxa"/>
          </w:tcMar>
        </w:tcPr>
        <w:p>
          <w:pPr>
            <w:keepNext w:val="0"/>
            <w:spacing w:before="0" w:after="0" w:line="240" w:lineRule="auto"/>
            <w:jc w:val="right"/>
          </w:pPr>
          <w:r>
            <w:rPr>
              <w:rFonts w:ascii="Lato" w:hAnsi="Lato" w:eastAsia="Lato" w:cs="Lato"/>
              <w:b/>
              <w:i w:val="0"/>
              <w:color w:val="516978"/>
              <w:sz w:val="14"/>
            </w:rPr>
            <w:t xml:space="preserve">SEITE </w:t>
          </w:r>
          <w:fldSimple w:instr="PAGE"/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Lato" w:hAnsi="Lato"/>
      <w:color w:val="172E3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für Behördengänge – Vorlage</dc:title>
  <dc:subject>Ausfüllbare Behördenvollmacht mit optionalem Auftragsblatt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