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Carlito" w:hAnsi="Carlito"/>
          <w:b/>
          <w:color w:val="087B78"/>
          <w:sz w:val="16"/>
        </w:rPr>
        <w:t>METRO  /  VOLLMACHTVORLAGE</w:t>
      </w:r>
    </w:p>
    <w:p>
      <w:pPr>
        <w:spacing w:after="80"/>
      </w:pPr>
      <w:r>
        <w:rPr>
          <w:rFonts w:ascii="Lato" w:hAnsi="Lato"/>
          <w:b/>
          <w:color w:val="182C41"/>
          <w:sz w:val="44"/>
        </w:rPr>
        <w:t>Einkaufsvollmacht</w:t>
      </w:r>
    </w:p>
    <w:p>
      <w:pPr>
        <w:spacing w:after="80"/>
      </w:pPr>
      <w:r>
        <w:rPr>
          <w:rFonts w:ascii="Carlito" w:hAnsi="Carlito"/>
          <w:color w:val="607485"/>
          <w:sz w:val="18"/>
        </w:rPr>
        <w:t>Für eine namentlich benannte Person und genau einen Einkauf im METRO Großmarkt.</w:t>
      </w:r>
    </w:p>
    <w:tbl>
      <w:tblPr>
        <w:tblW w:type="auto" w:w="0"/>
        <w:jc w:val="center"/>
        <w:tblLayout w:type="fixed"/>
        <w:tblLook w:firstColumn="1" w:firstRow="1" w:lastColumn="0" w:lastRow="0" w:noHBand="0" w:noVBand="1" w:val="04A0"/>
      </w:tblPr>
      <w:tblGrid>
        <w:gridCol w:w="7200"/>
        <w:gridCol w:w="2608"/>
      </w:tblGrid>
      <w:tr>
        <w:tc>
          <w:tcPr>
            <w:tcW w:type="dxa" w:w="7200"/>
            <w:shd w:fill="182C41"/>
            <w:tcMar>
              <w:top w:w="80" w:type="dxa"/>
              <w:start w:w="180" w:type="dxa"/>
              <w:bottom w:w="80" w:type="dxa"/>
              <w:end w:w="170" w:type="dxa"/>
            </w:tcMar>
          </w:tcPr>
          <w:p>
            <w:r>
              <w:rPr>
                <w:rFonts w:ascii="Carlito" w:hAnsi="Carlito"/>
                <w:b/>
                <w:color w:val="FFFFFF"/>
                <w:sz w:val="17"/>
              </w:rPr>
              <w:t>01    EINMALIGE PAPIERVOLLMACHT</w:t>
            </w:r>
          </w:p>
        </w:tc>
        <w:tc>
          <w:tcPr>
            <w:tcW w:type="dxa" w:w="2608"/>
            <w:shd w:fill="087B78"/>
            <w:tcMar>
              <w:top w:w="80" w:type="dxa"/>
              <w:start w:w="180" w:type="dxa"/>
              <w:bottom w:w="80" w:type="dxa"/>
              <w:end w:w="170" w:type="dxa"/>
            </w:tcMar>
          </w:tcPr>
          <w:p>
            <w:pPr>
              <w:jc w:val="right"/>
            </w:pPr>
            <w:r>
              <w:rPr>
                <w:rFonts w:ascii="Carlito" w:hAnsi="Carlito"/>
                <w:b/>
                <w:color w:val="FFFFFF"/>
                <w:sz w:val="15"/>
              </w:rPr>
              <w:t>SEPARAT VERWENDBAR</w:t>
            </w:r>
          </w:p>
        </w:tc>
      </w:tr>
    </w:tbl>
    <w:p>
      <w:pPr>
        <w:keepNext/>
        <w:spacing w:before="160" w:after="80"/>
      </w:pPr>
      <w:r>
        <w:rPr>
          <w:rFonts w:ascii="Carlito" w:hAnsi="Carlito"/>
          <w:b/>
          <w:color w:val="087B78"/>
          <w:sz w:val="18"/>
        </w:rPr>
        <w:t xml:space="preserve">01  </w:t>
      </w:r>
      <w:r>
        <w:rPr>
          <w:rFonts w:ascii="Carlito" w:hAnsi="Carlito"/>
          <w:b/>
          <w:color w:val="182C41"/>
          <w:sz w:val="20"/>
        </w:rPr>
        <w:t>Angaben zum Kundenkonto</w:t>
      </w:r>
    </w:p>
    <w:tbl>
      <w:tblPr>
        <w:tblW w:type="auto" w:w="0"/>
        <w:jc w:val="center"/>
        <w:tblLayout w:type="fixed"/>
        <w:tblLook w:firstColumn="1" w:firstRow="1" w:lastColumn="0" w:lastRow="0" w:noHBand="0" w:noVBand="1" w:val="04A0"/>
      </w:tblPr>
      <w:tblGrid>
        <w:gridCol w:w="5983"/>
        <w:gridCol w:w="3825"/>
      </w:tblGrid>
      <w:tr>
        <w:trPr>
          <w:cantSplit/>
        </w:trPr>
        <w:tc>
          <w:tcPr>
            <w:tcW w:type="dxa" w:w="5983"/>
            <w:vAlign w:val="center"/>
            <w:tcMar>
              <w:top w:w="35" w:type="dxa"/>
              <w:start w:w="110" w:type="dxa"/>
              <w:bottom w:w="35" w:type="dxa"/>
              <w:end w:w="110" w:type="dxa"/>
            </w:tcMar>
            <w:shd w:fill="F5F9FA"/>
            <w:tcBorders>
              <w:bottom w:val="single" w:sz="6" w:color="CBD8DF"/>
            </w:tcBorders>
          </w:tcPr>
          <w:p>
            <w:pPr>
              <w:pStyle w:val="FieldLabel"/>
              <w:spacing w:after="20"/>
            </w:pPr>
            <w:r>
              <w:t>Unternehmen / Einrichtung</w:t>
            </w:r>
          </w:p>
          <w:p>
            <w:pPr>
              <w:spacing w:after="0" w:line="240" w:lineRule="auto"/>
            </w:pPr>
            <w:sdt>
              <w:sdtPr>
                <w:alias w:val="Einmalig Unternehmen"/>
                <w:tag w:val="einmalig_unternehmen"/>
                <w:appearance w:val="hidden"/>
                <w:text/>
              </w:sdtPr>
              <w:sdtContent>
                <w:r>
                  <w:rPr>
                    <w:rFonts w:ascii="Carlito" w:hAnsi="Carlito"/>
                    <w:sz w:val="18"/>
                    <w:color w:val="8C9DA9"/>
                  </w:rPr>
                  <w:t>Eintragen …</w:t>
                </w:r>
              </w:sdtContent>
            </w:sdt>
          </w:p>
        </w:tc>
        <w:tc>
          <w:tcPr>
            <w:tcW w:type="dxa" w:w="3825"/>
            <w:vAlign w:val="center"/>
            <w:tcMar>
              <w:top w:w="35" w:type="dxa"/>
              <w:start w:w="110" w:type="dxa"/>
              <w:bottom w:w="35" w:type="dxa"/>
              <w:end w:w="110" w:type="dxa"/>
            </w:tcMar>
            <w:shd w:fill="F5F9FA"/>
            <w:tcBorders>
              <w:bottom w:val="single" w:sz="6" w:color="CBD8DF"/>
            </w:tcBorders>
          </w:tcPr>
          <w:p>
            <w:pPr>
              <w:pStyle w:val="FieldLabel"/>
              <w:spacing w:after="20"/>
            </w:pPr>
            <w:r>
              <w:t>METRO Kundennummer</w:t>
            </w:r>
          </w:p>
          <w:p>
            <w:pPr>
              <w:spacing w:after="0" w:line="240" w:lineRule="auto"/>
            </w:pPr>
            <w:sdt>
              <w:sdtPr>
                <w:alias w:val="Einmalig Kundennummer"/>
                <w:tag w:val="einmalig_kundennummer"/>
                <w:appearance w:val="hidden"/>
                <w:text/>
              </w:sdtPr>
              <w:sdtContent>
                <w:r>
                  <w:rPr>
                    <w:rFonts w:ascii="Carlito" w:hAnsi="Carlito"/>
                    <w:sz w:val="18"/>
                    <w:color w:val="8C9DA9"/>
                  </w:rPr>
                  <w:t>Eintragen …</w:t>
                </w:r>
              </w:sdtContent>
            </w:sdt>
          </w:p>
        </w:tc>
      </w:tr>
    </w:tbl>
    <w:p>
      <w:pPr>
        <w:spacing w:after="40" w:line="48" w:lineRule="auto"/>
      </w:pPr>
      <w:r>
        <w:rPr>
          <w:rFonts w:ascii="Carlito" w:hAnsi="Carlito"/>
          <w:sz w:val="2"/>
        </w:rPr>
        <w:t xml:space="preserve"> </w:t>
      </w:r>
    </w:p>
    <w:tbl>
      <w:tblPr>
        <w:tblW w:type="auto" w:w="0"/>
        <w:jc w:val="center"/>
        <w:tblLayout w:type="fixed"/>
        <w:tblLook w:firstColumn="1" w:firstRow="1" w:lastColumn="0" w:lastRow="0" w:noHBand="0" w:noVBand="1" w:val="04A0"/>
      </w:tblPr>
      <w:tblGrid>
        <w:gridCol w:w="5983"/>
        <w:gridCol w:w="3825"/>
      </w:tblGrid>
      <w:tr>
        <w:trPr>
          <w:cantSplit/>
        </w:trPr>
        <w:tc>
          <w:tcPr>
            <w:tcW w:type="dxa" w:w="5983"/>
            <w:vAlign w:val="center"/>
            <w:tcMar>
              <w:top w:w="35" w:type="dxa"/>
              <w:start w:w="110" w:type="dxa"/>
              <w:bottom w:w="35" w:type="dxa"/>
              <w:end w:w="110" w:type="dxa"/>
            </w:tcMar>
            <w:shd w:fill="F5F9FA"/>
            <w:tcBorders>
              <w:bottom w:val="single" w:sz="6" w:color="CBD8DF"/>
            </w:tcBorders>
          </w:tcPr>
          <w:p>
            <w:pPr>
              <w:pStyle w:val="FieldLabel"/>
              <w:spacing w:after="20"/>
            </w:pPr>
            <w:r>
              <w:t>Straße, Hausnummer</w:t>
            </w:r>
          </w:p>
          <w:p>
            <w:pPr>
              <w:spacing w:after="0" w:line="240" w:lineRule="auto"/>
            </w:pPr>
            <w:sdt>
              <w:sdtPr>
                <w:alias w:val="Einmalig Strasse"/>
                <w:tag w:val="einmalig_strasse"/>
                <w:appearance w:val="hidden"/>
                <w:text/>
              </w:sdtPr>
              <w:sdtContent>
                <w:r>
                  <w:rPr>
                    <w:rFonts w:ascii="Carlito" w:hAnsi="Carlito"/>
                    <w:sz w:val="18"/>
                    <w:color w:val="8C9DA9"/>
                  </w:rPr>
                  <w:t>Eintragen …</w:t>
                </w:r>
              </w:sdtContent>
            </w:sdt>
          </w:p>
        </w:tc>
        <w:tc>
          <w:tcPr>
            <w:tcW w:type="dxa" w:w="3825"/>
            <w:vAlign w:val="center"/>
            <w:tcMar>
              <w:top w:w="35" w:type="dxa"/>
              <w:start w:w="110" w:type="dxa"/>
              <w:bottom w:w="35" w:type="dxa"/>
              <w:end w:w="110" w:type="dxa"/>
            </w:tcMar>
            <w:shd w:fill="F5F9FA"/>
            <w:tcBorders>
              <w:bottom w:val="single" w:sz="6" w:color="CBD8DF"/>
            </w:tcBorders>
          </w:tcPr>
          <w:p>
            <w:pPr>
              <w:pStyle w:val="FieldLabel"/>
              <w:spacing w:after="20"/>
            </w:pPr>
            <w:r>
              <w:t>PLZ, Ort</w:t>
            </w:r>
          </w:p>
          <w:p>
            <w:pPr>
              <w:spacing w:after="0" w:line="240" w:lineRule="auto"/>
            </w:pPr>
            <w:sdt>
              <w:sdtPr>
                <w:alias w:val="Einmalig Plz Ort"/>
                <w:tag w:val="einmalig_plz_ort"/>
                <w:appearance w:val="hidden"/>
                <w:text/>
              </w:sdtPr>
              <w:sdtContent>
                <w:r>
                  <w:rPr>
                    <w:rFonts w:ascii="Carlito" w:hAnsi="Carlito"/>
                    <w:sz w:val="18"/>
                    <w:color w:val="8C9DA9"/>
                  </w:rPr>
                  <w:t>Eintragen …</w:t>
                </w:r>
              </w:sdtContent>
            </w:sdt>
          </w:p>
        </w:tc>
      </w:tr>
    </w:tbl>
    <w:p>
      <w:pPr>
        <w:spacing w:after="40" w:line="48" w:lineRule="auto"/>
      </w:pPr>
      <w:r>
        <w:rPr>
          <w:rFonts w:ascii="Carlito" w:hAnsi="Carlito"/>
          <w:sz w:val="2"/>
        </w:rPr>
        <w:t xml:space="preserve"> </w:t>
      </w:r>
    </w:p>
    <w:tbl>
      <w:tblPr>
        <w:tblW w:type="auto" w:w="0"/>
        <w:jc w:val="center"/>
        <w:tblLayout w:type="fixed"/>
        <w:tblLook w:firstColumn="1" w:firstRow="1" w:lastColumn="0" w:lastRow="0" w:noHBand="0" w:noVBand="1" w:val="04A0"/>
      </w:tblPr>
      <w:tblGrid>
        <w:gridCol w:w="9808"/>
      </w:tblGrid>
      <w:tr>
        <w:trPr>
          <w:cantSplit/>
        </w:trPr>
        <w:tc>
          <w:tcPr>
            <w:tcW w:type="dxa" w:w="9808"/>
            <w:vAlign w:val="center"/>
            <w:tcMar>
              <w:top w:w="35" w:type="dxa"/>
              <w:start w:w="110" w:type="dxa"/>
              <w:bottom w:w="35" w:type="dxa"/>
              <w:end w:w="110" w:type="dxa"/>
            </w:tcMar>
            <w:shd w:fill="F5F9FA"/>
            <w:tcBorders>
              <w:bottom w:val="single" w:sz="6" w:color="CBD8DF"/>
            </w:tcBorders>
          </w:tcPr>
          <w:p>
            <w:pPr>
              <w:pStyle w:val="FieldLabel"/>
              <w:spacing w:after="20"/>
            </w:pPr>
            <w:r>
              <w:t>Vor- und Nachname der vertretungsberechtigten Person</w:t>
            </w:r>
          </w:p>
          <w:p>
            <w:pPr>
              <w:spacing w:after="0" w:line="240" w:lineRule="auto"/>
            </w:pPr>
            <w:sdt>
              <w:sdtPr>
                <w:alias w:val="Einmalig Vertreter"/>
                <w:tag w:val="einmalig_vertreter"/>
                <w:appearance w:val="hidden"/>
                <w:text/>
              </w:sdtPr>
              <w:sdtContent>
                <w:r>
                  <w:rPr>
                    <w:rFonts w:ascii="Carlito" w:hAnsi="Carlito"/>
                    <w:sz w:val="18"/>
                    <w:color w:val="8C9DA9"/>
                  </w:rPr>
                  <w:t>Eintragen …</w:t>
                </w:r>
              </w:sdtContent>
            </w:sdt>
          </w:p>
        </w:tc>
      </w:tr>
    </w:tbl>
    <w:p>
      <w:pPr>
        <w:spacing w:after="40" w:line="48" w:lineRule="auto"/>
      </w:pPr>
      <w:r>
        <w:rPr>
          <w:rFonts w:ascii="Carlito" w:hAnsi="Carlito"/>
          <w:sz w:val="2"/>
        </w:rPr>
        <w:t xml:space="preserve"> </w:t>
      </w:r>
    </w:p>
    <w:p>
      <w:pPr>
        <w:keepNext/>
        <w:spacing w:before="160" w:after="80"/>
      </w:pPr>
      <w:r>
        <w:rPr>
          <w:rFonts w:ascii="Carlito" w:hAnsi="Carlito"/>
          <w:b/>
          <w:color w:val="087B78"/>
          <w:sz w:val="18"/>
        </w:rPr>
        <w:t xml:space="preserve">02  </w:t>
      </w:r>
      <w:r>
        <w:rPr>
          <w:rFonts w:ascii="Carlito" w:hAnsi="Carlito"/>
          <w:b/>
          <w:color w:val="182C41"/>
          <w:sz w:val="20"/>
        </w:rPr>
        <w:t>Bevollmächtigte Person</w:t>
      </w:r>
    </w:p>
    <w:tbl>
      <w:tblPr>
        <w:tblW w:type="auto" w:w="0"/>
        <w:jc w:val="center"/>
        <w:tblLayout w:type="fixed"/>
        <w:tblLook w:firstColumn="1" w:firstRow="1" w:lastColumn="0" w:lastRow="0" w:noHBand="0" w:noVBand="1" w:val="04A0"/>
      </w:tblPr>
      <w:tblGrid>
        <w:gridCol w:w="9808"/>
      </w:tblGrid>
      <w:tr>
        <w:trPr>
          <w:cantSplit/>
        </w:trPr>
        <w:tc>
          <w:tcPr>
            <w:tcW w:type="dxa" w:w="9808"/>
            <w:vAlign w:val="center"/>
            <w:tcMar>
              <w:top w:w="35" w:type="dxa"/>
              <w:start w:w="110" w:type="dxa"/>
              <w:bottom w:w="35" w:type="dxa"/>
              <w:end w:w="110" w:type="dxa"/>
            </w:tcMar>
            <w:shd w:fill="F5F9FA"/>
            <w:tcBorders>
              <w:bottom w:val="single" w:sz="6" w:color="CBD8DF"/>
            </w:tcBorders>
          </w:tcPr>
          <w:p>
            <w:pPr>
              <w:pStyle w:val="FieldLabel"/>
              <w:spacing w:after="20"/>
            </w:pPr>
            <w:r>
              <w:t>Vor- und Nachname (wie im Ausweisdokument)</w:t>
            </w:r>
          </w:p>
          <w:p>
            <w:pPr>
              <w:spacing w:after="0" w:line="240" w:lineRule="auto"/>
            </w:pPr>
            <w:sdt>
              <w:sdtPr>
                <w:alias w:val="Einmalig Bevollmaechtigte"/>
                <w:tag w:val="einmalig_bevollmaechtigte"/>
                <w:appearance w:val="hidden"/>
                <w:text/>
              </w:sdtPr>
              <w:sdtContent>
                <w:r>
                  <w:rPr>
                    <w:rFonts w:ascii="Carlito" w:hAnsi="Carlito"/>
                    <w:sz w:val="18"/>
                    <w:color w:val="8C9DA9"/>
                  </w:rPr>
                  <w:t>Eintragen …</w:t>
                </w:r>
              </w:sdtContent>
            </w:sdt>
          </w:p>
        </w:tc>
      </w:tr>
    </w:tbl>
    <w:p>
      <w:pPr>
        <w:spacing w:after="40" w:line="48" w:lineRule="auto"/>
      </w:pPr>
      <w:r>
        <w:rPr>
          <w:rFonts w:ascii="Carlito" w:hAnsi="Carlito"/>
          <w:sz w:val="2"/>
        </w:rPr>
        <w:t xml:space="preserve"> </w:t>
      </w:r>
    </w:p>
    <w:p>
      <w:pPr>
        <w:keepNext/>
        <w:spacing w:before="160" w:after="80"/>
      </w:pPr>
      <w:r>
        <w:rPr>
          <w:rFonts w:ascii="Carlito" w:hAnsi="Carlito"/>
          <w:b/>
          <w:color w:val="087B78"/>
          <w:sz w:val="18"/>
        </w:rPr>
        <w:t xml:space="preserve">03  </w:t>
      </w:r>
      <w:r>
        <w:rPr>
          <w:rFonts w:ascii="Carlito" w:hAnsi="Carlito"/>
          <w:b/>
          <w:color w:val="182C41"/>
          <w:sz w:val="20"/>
        </w:rPr>
        <w:t>Konkreter Einkauf</w:t>
      </w:r>
    </w:p>
    <w:tbl>
      <w:tblPr>
        <w:tblW w:type="auto" w:w="0"/>
        <w:jc w:val="center"/>
        <w:tblLayout w:type="fixed"/>
        <w:tblLook w:firstColumn="1" w:firstRow="1" w:lastColumn="0" w:lastRow="0" w:noHBand="0" w:noVBand="1" w:val="04A0"/>
      </w:tblPr>
      <w:tblGrid>
        <w:gridCol w:w="4414"/>
        <w:gridCol w:w="5394"/>
      </w:tblGrid>
      <w:tr>
        <w:trPr>
          <w:cantSplit/>
        </w:trPr>
        <w:tc>
          <w:tcPr>
            <w:tcW w:type="dxa" w:w="4414"/>
            <w:vAlign w:val="center"/>
            <w:tcMar>
              <w:top w:w="35" w:type="dxa"/>
              <w:start w:w="110" w:type="dxa"/>
              <w:bottom w:w="35" w:type="dxa"/>
              <w:end w:w="110" w:type="dxa"/>
            </w:tcMar>
            <w:shd w:fill="F5F9FA"/>
            <w:tcBorders>
              <w:bottom w:val="single" w:sz="6" w:color="CBD8DF"/>
            </w:tcBorders>
          </w:tcPr>
          <w:p>
            <w:pPr>
              <w:pStyle w:val="FieldLabel"/>
              <w:spacing w:after="20"/>
            </w:pPr>
            <w:r>
              <w:t>Einkaufsdatum (TT.MM.JJJJ)</w:t>
            </w:r>
          </w:p>
          <w:p>
            <w:pPr>
              <w:spacing w:after="0" w:line="240" w:lineRule="auto"/>
            </w:pPr>
            <w:sdt>
              <w:sdtPr>
                <w:alias w:val="Einmalig Datum"/>
                <w:tag w:val="einmalig_datum"/>
                <w:appearance w:val="hidden"/>
                <w:text/>
              </w:sdtPr>
              <w:sdtContent>
                <w:r>
                  <w:rPr>
                    <w:rFonts w:ascii="Carlito" w:hAnsi="Carlito"/>
                    <w:sz w:val="18"/>
                    <w:color w:val="8C9DA9"/>
                  </w:rPr>
                  <w:t>Eintragen …</w:t>
                </w:r>
              </w:sdtContent>
            </w:sdt>
          </w:p>
        </w:tc>
        <w:tc>
          <w:tcPr>
            <w:tcW w:type="dxa" w:w="5394"/>
            <w:vAlign w:val="center"/>
            <w:tcMar>
              <w:top w:w="35" w:type="dxa"/>
              <w:start w:w="110" w:type="dxa"/>
              <w:bottom w:w="35" w:type="dxa"/>
              <w:end w:w="110" w:type="dxa"/>
            </w:tcMar>
            <w:shd w:fill="F5F9FA"/>
            <w:tcBorders>
              <w:bottom w:val="single" w:sz="6" w:color="CBD8DF"/>
            </w:tcBorders>
          </w:tcPr>
          <w:p>
            <w:pPr>
              <w:pStyle w:val="FieldLabel"/>
              <w:spacing w:after="20"/>
            </w:pPr>
            <w:r>
              <w:t>METRO Großmarkt / Ort (optional)</w:t>
            </w:r>
          </w:p>
          <w:p>
            <w:pPr>
              <w:spacing w:after="0" w:line="240" w:lineRule="auto"/>
            </w:pPr>
            <w:sdt>
              <w:sdtPr>
                <w:alias w:val="Einmalig Markt"/>
                <w:tag w:val="einmalig_markt"/>
                <w:appearance w:val="hidden"/>
                <w:text/>
              </w:sdtPr>
              <w:sdtContent>
                <w:r>
                  <w:rPr>
                    <w:rFonts w:ascii="Carlito" w:hAnsi="Carlito"/>
                    <w:sz w:val="18"/>
                    <w:color w:val="8C9DA9"/>
                  </w:rPr>
                  <w:t>Eintragen …</w:t>
                </w:r>
              </w:sdtContent>
            </w:sdt>
          </w:p>
        </w:tc>
      </w:tr>
    </w:tbl>
    <w:p>
      <w:pPr>
        <w:spacing w:after="40" w:line="48" w:lineRule="auto"/>
      </w:pPr>
      <w:r>
        <w:rPr>
          <w:rFonts w:ascii="Carlito" w:hAnsi="Carlito"/>
          <w:sz w:val="2"/>
        </w:rPr>
        <w:t xml:space="preserve"> </w:t>
      </w:r>
    </w:p>
    <w:p>
      <w:pPr>
        <w:spacing w:before="40" w:after="100"/>
      </w:pPr>
      <w:r>
        <w:rPr>
          <w:rFonts w:ascii="Carlito" w:hAnsi="Carlito"/>
          <w:b/>
          <w:color w:val="607485"/>
          <w:sz w:val="15"/>
        </w:rPr>
        <w:t xml:space="preserve">ZAHLUNGSWEISE  </w:t>
      </w:r>
      <w:sdt>
        <w:sdtPr>
          <w:tag w:val="einmalig_zahlung_direkt"/>
          <w:alias w:val="Bezahlung vor Ort"/>
          <w14:checkbox>
            <w14:checked w14:val="0"/>
            <w14:checkedState w14:val="2612" w14:font="MS Gothic"/>
            <w14:uncheckedState w14:val="2610" w14:font="MS Gothic"/>
          </w14:checkbox>
        </w:sdtPr>
        <w:sdtContent>
          <w:r>
            <w:rPr>
              <w:rFonts w:ascii="DejaVu Sans" w:hAnsi="DejaVu Sans"/>
              <w:color w:val="087B78"/>
              <w:sz w:val="21"/>
            </w:rPr>
            <w:t>☐</w:t>
          </w:r>
        </w:sdtContent>
      </w:sdt>
      <w:r>
        <w:rPr>
          <w:rFonts w:ascii="Carlito" w:hAnsi="Carlito"/>
          <w:color w:val="24374B"/>
          <w:sz w:val="17"/>
        </w:rPr>
        <w:t xml:space="preserve">  Bezahlung vor Ort</w:t>
      </w:r>
      <w:r>
        <w:rPr>
          <w:rFonts w:ascii="Carlito" w:hAnsi="Carlito"/>
          <w:sz w:val="18"/>
        </w:rPr>
        <w:t xml:space="preserve">    </w:t>
      </w:r>
      <w:sdt>
        <w:sdtPr>
          <w:tag w:val="einmalig_zahlung_limit"/>
          <w:alias w:val="Über bestehendes METRO-Limit*"/>
          <w14:checkbox>
            <w14:checked w14:val="0"/>
            <w14:checkedState w14:val="2612" w14:font="MS Gothic"/>
            <w14:uncheckedState w14:val="2610" w14:font="MS Gothic"/>
          </w14:checkbox>
        </w:sdtPr>
        <w:sdtContent>
          <w:r>
            <w:rPr>
              <w:rFonts w:ascii="DejaVu Sans" w:hAnsi="DejaVu Sans"/>
              <w:color w:val="087B78"/>
              <w:sz w:val="21"/>
            </w:rPr>
            <w:t>☐</w:t>
          </w:r>
        </w:sdtContent>
      </w:sdt>
      <w:r>
        <w:rPr>
          <w:rFonts w:ascii="Carlito" w:hAnsi="Carlito"/>
          <w:color w:val="24374B"/>
          <w:sz w:val="17"/>
        </w:rPr>
        <w:t xml:space="preserve">  Über bestehendes METRO-Limit*</w:t>
      </w:r>
    </w:p>
    <w:tbl>
      <w:tblPr>
        <w:tblW w:type="auto" w:w="0"/>
        <w:jc w:val="center"/>
        <w:tblLayout w:type="fixed"/>
        <w:tblLook w:firstColumn="1" w:firstRow="1" w:lastColumn="0" w:lastRow="0" w:noHBand="0" w:noVBand="1" w:val="04A0"/>
      </w:tblPr>
      <w:tblGrid>
        <w:gridCol w:w="9808"/>
      </w:tblGrid>
      <w:tr>
        <w:trPr>
          <w:cantSplit/>
        </w:trPr>
        <w:tc>
          <w:tcPr>
            <w:tcW w:type="dxa" w:w="9808"/>
            <w:vAlign w:val="center"/>
            <w:tcMar>
              <w:top w:w="35" w:type="dxa"/>
              <w:start w:w="110" w:type="dxa"/>
              <w:bottom w:w="35" w:type="dxa"/>
              <w:end w:w="110" w:type="dxa"/>
            </w:tcMar>
            <w:shd w:fill="F5F9FA"/>
            <w:tcBorders>
              <w:bottom w:val="single" w:sz="6" w:color="CBD8DF"/>
            </w:tcBorders>
          </w:tcPr>
          <w:p>
            <w:pPr>
              <w:pStyle w:val="FieldLabel"/>
              <w:spacing w:after="20"/>
            </w:pPr>
            <w:r>
              <w:t>Einkaufsauftrag / ausgewählte Waren (optional)</w:t>
            </w:r>
          </w:p>
          <w:p>
            <w:pPr>
              <w:spacing w:after="0" w:line="240" w:lineRule="auto"/>
            </w:pPr>
            <w:sdt>
              <w:sdtPr>
                <w:alias w:val="Einmalig Waren"/>
                <w:tag w:val="einmalig_waren"/>
                <w:appearance w:val="hidden"/>
                <w:text/>
              </w:sdtPr>
              <w:sdtContent>
                <w:r>
                  <w:rPr>
                    <w:rFonts w:ascii="Carlito" w:hAnsi="Carlito"/>
                    <w:sz w:val="18"/>
                    <w:color w:val="8C9DA9"/>
                  </w:rPr>
                  <w:t>Eintragen …</w:t>
                </w:r>
              </w:sdtContent>
            </w:sdt>
          </w:p>
        </w:tc>
      </w:tr>
    </w:tbl>
    <w:p>
      <w:pPr>
        <w:spacing w:after="40" w:line="48" w:lineRule="auto"/>
      </w:pPr>
      <w:r>
        <w:rPr>
          <w:rFonts w:ascii="Carlito" w:hAnsi="Carlito"/>
          <w:sz w:val="2"/>
        </w:rPr>
        <w:t xml:space="preserve"> </w:t>
      </w:r>
    </w:p>
    <w:p>
      <w:pPr>
        <w:keepNext/>
        <w:spacing w:before="160" w:after="80"/>
      </w:pPr>
      <w:r>
        <w:rPr>
          <w:rFonts w:ascii="Carlito" w:hAnsi="Carlito"/>
          <w:b/>
          <w:color w:val="087B78"/>
          <w:sz w:val="18"/>
        </w:rPr>
        <w:t xml:space="preserve">04  </w:t>
      </w:r>
      <w:r>
        <w:rPr>
          <w:rFonts w:ascii="Carlito" w:hAnsi="Carlito"/>
          <w:b/>
          <w:color w:val="182C41"/>
          <w:sz w:val="20"/>
        </w:rPr>
        <w:t>Erklärung und Bestätigung</w:t>
      </w:r>
    </w:p>
    <w:p>
      <w:pPr>
        <w:spacing w:before="0" w:after="60" w:line="264" w:lineRule="auto"/>
      </w:pPr>
      <w:r>
        <w:rPr>
          <w:rFonts w:ascii="Carlito" w:hAnsi="Carlito"/>
          <w:sz w:val="18"/>
        </w:rPr>
        <w:t xml:space="preserve">Hiermit bevollmächtige ich die oben genannte Person, </w:t>
      </w:r>
      <w:r>
        <w:rPr>
          <w:rFonts w:ascii="Carlito" w:hAnsi="Carlito"/>
          <w:b/>
          <w:color w:val="182C41"/>
          <w:sz w:val="18"/>
        </w:rPr>
        <w:t>ausschließlich am angegebenen Einkaufstag</w:t>
      </w:r>
      <w:r>
        <w:rPr>
          <w:rFonts w:ascii="Carlito" w:hAnsi="Carlito"/>
          <w:sz w:val="18"/>
        </w:rPr>
        <w:t xml:space="preserve"> für das bezeichnete Kundenkonto die von mir ausgewählten Waren bei METRO einzukaufen und entgegenzunehmen. Die Waren sind für den gewerblichen, beruflichen, dienstlichen oder institutionellen Bedarf des registrierten Kunden bestimmt. Die Vollmacht gilt nur für diesen einzelnen Einkauf.</w:t>
      </w:r>
    </w:p>
    <w:p>
      <w:pPr>
        <w:spacing w:before="0" w:after="80" w:line="252" w:lineRule="auto"/>
      </w:pPr>
      <w:r>
        <w:rPr>
          <w:rFonts w:ascii="Carlito" w:hAnsi="Carlito"/>
          <w:color w:val="607485"/>
          <w:sz w:val="17"/>
        </w:rPr>
        <w:t>Die bevollmächtigte Person bestätigt, im Auftrag des genannten Kunden einzukaufen und sich beim Einkauf durch ein amtliches Lichtbilddokument auszuweisen.</w:t>
      </w:r>
    </w:p>
    <w:p>
      <w:pPr>
        <w:spacing w:before="0" w:after="60"/>
      </w:pPr>
      <w:r>
        <w:rPr>
          <w:rFonts w:ascii="Carlito" w:hAnsi="Carlito"/>
          <w:b/>
          <w:color w:val="087B78"/>
          <w:sz w:val="15"/>
        </w:rPr>
        <w:t>UNTERSCHRIFT DES KUNDEN / DER VERTRETUNGSBERECHTIGTEN PERSON</w:t>
      </w:r>
    </w:p>
    <w:tbl>
      <w:tblPr>
        <w:tblW w:type="auto" w:w="0"/>
        <w:jc w:val="center"/>
        <w:tblLayout w:type="fixed"/>
        <w:tblLook w:firstColumn="1" w:firstRow="1" w:lastColumn="0" w:lastRow="0" w:noHBand="0" w:noVBand="1" w:val="04A0"/>
      </w:tblPr>
      <w:tblGrid>
        <w:gridCol w:w="4904"/>
        <w:gridCol w:w="4904"/>
      </w:tblGrid>
      <w:tr>
        <w:tc>
          <w:tcPr>
            <w:tcW w:type="dxa" w:w="4904"/>
            <w:tcMar>
              <w:top w:w="20" w:type="dxa"/>
              <w:start w:w="85" w:type="dxa"/>
              <w:bottom w:w="15" w:type="dxa"/>
              <w:end w:w="110" w:type="dxa"/>
            </w:tcMar>
            <w:tcBorders>
              <w:bottom w:val="single" w:sz="6" w:color="CBD8DF"/>
            </w:tcBorders>
          </w:tcPr>
          <w:p>
            <w:pPr>
              <w:pStyle w:val="FieldLabel"/>
            </w:pPr>
            <w:r>
              <w:t>ORT, DATUM</w:t>
            </w:r>
          </w:p>
          <w:p>
            <w:pPr>
              <w:spacing w:after="60"/>
            </w:pPr>
            <w:sdt>
              <w:sdtPr>
                <w:alias w:val="Einmalig Ort Datum Kunde"/>
                <w:tag w:val="einmalig_ort_datum_kunde"/>
                <w:appearance w:val="hidden"/>
                <w:text/>
              </w:sdtPr>
              <w:sdtContent>
                <w:r>
                  <w:rPr>
                    <w:rFonts w:ascii="Carlito" w:hAnsi="Carlito"/>
                    <w:sz w:val="18"/>
                    <w:color w:val="8C9DA9"/>
                  </w:rPr>
                  <w:t>Ort, Datum</w:t>
                </w:r>
              </w:sdtContent>
            </w:sdt>
          </w:p>
        </w:tc>
        <w:tc>
          <w:tcPr>
            <w:tcW w:type="dxa" w:w="4904"/>
            <w:tcMar>
              <w:top w:w="20" w:type="dxa"/>
              <w:start w:w="85" w:type="dxa"/>
              <w:bottom w:w="15" w:type="dxa"/>
              <w:end w:w="110" w:type="dxa"/>
            </w:tcMar>
          </w:tcPr>
          <w:p>
            <w:pPr>
              <w:pStyle w:val="FieldLabel"/>
            </w:pPr>
            <w:r>
              <w:t>UNTERSCHRIFT</w:t>
            </w:r>
          </w:p>
          <w:p>
            <w:pPr>
              <w:spacing w:before="120" w:after="0"/>
            </w:pPr>
            <w:r>
              <w:rPr>
                <w:rFonts w:ascii="Carlito" w:hAnsi="Carlito"/>
                <w:color w:val="9AAAB5"/>
                <w:sz w:val="18"/>
              </w:rPr>
              <w:t>________________________________</w:t>
            </w:r>
          </w:p>
        </w:tc>
      </w:tr>
    </w:tbl>
    <w:p>
      <w:pPr>
        <w:spacing w:before="80" w:after="40"/>
      </w:pPr>
      <w:r>
        <w:rPr>
          <w:rFonts w:ascii="Carlito" w:hAnsi="Carlito"/>
          <w:b/>
          <w:color w:val="087B78"/>
          <w:sz w:val="15"/>
        </w:rPr>
        <w:t>BESTÄTIGUNG DER BEVOLLMÄCHTIGTEN PERSON</w:t>
      </w:r>
    </w:p>
    <w:tbl>
      <w:tblPr>
        <w:tblW w:type="auto" w:w="0"/>
        <w:jc w:val="center"/>
        <w:tblLayout w:type="fixed"/>
        <w:tblLook w:firstColumn="1" w:firstRow="1" w:lastColumn="0" w:lastRow="0" w:noHBand="0" w:noVBand="1" w:val="04A0"/>
      </w:tblPr>
      <w:tblGrid>
        <w:gridCol w:w="4904"/>
        <w:gridCol w:w="4904"/>
      </w:tblGrid>
      <w:tr>
        <w:tc>
          <w:tcPr>
            <w:tcW w:type="dxa" w:w="4904"/>
            <w:tcMar>
              <w:top w:w="20" w:type="dxa"/>
              <w:start w:w="85" w:type="dxa"/>
              <w:bottom w:w="15" w:type="dxa"/>
              <w:end w:w="110" w:type="dxa"/>
            </w:tcMar>
            <w:tcBorders>
              <w:bottom w:val="single" w:sz="6" w:color="CBD8DF"/>
            </w:tcBorders>
          </w:tcPr>
          <w:p>
            <w:pPr>
              <w:pStyle w:val="FieldLabel"/>
            </w:pPr>
            <w:r>
              <w:t>ORT, DATUM</w:t>
            </w:r>
          </w:p>
          <w:p>
            <w:pPr>
              <w:spacing w:after="60"/>
            </w:pPr>
            <w:sdt>
              <w:sdtPr>
                <w:alias w:val="Einmalig Ort Datum Person"/>
                <w:tag w:val="einmalig_ort_datum_person"/>
                <w:appearance w:val="hidden"/>
                <w:text/>
              </w:sdtPr>
              <w:sdtContent>
                <w:r>
                  <w:rPr>
                    <w:rFonts w:ascii="Carlito" w:hAnsi="Carlito"/>
                    <w:sz w:val="18"/>
                    <w:color w:val="8C9DA9"/>
                  </w:rPr>
                  <w:t>Ort, Datum</w:t>
                </w:r>
              </w:sdtContent>
            </w:sdt>
          </w:p>
        </w:tc>
        <w:tc>
          <w:tcPr>
            <w:tcW w:type="dxa" w:w="4904"/>
            <w:tcMar>
              <w:top w:w="20" w:type="dxa"/>
              <w:start w:w="85" w:type="dxa"/>
              <w:bottom w:w="15" w:type="dxa"/>
              <w:end w:w="110" w:type="dxa"/>
            </w:tcMar>
          </w:tcPr>
          <w:p>
            <w:pPr>
              <w:pStyle w:val="FieldLabel"/>
            </w:pPr>
            <w:r>
              <w:t>UNTERSCHRIFT</w:t>
            </w:r>
          </w:p>
          <w:p>
            <w:pPr>
              <w:spacing w:before="120" w:after="0"/>
            </w:pPr>
            <w:r>
              <w:rPr>
                <w:rFonts w:ascii="Carlito" w:hAnsi="Carlito"/>
                <w:color w:val="9AAAB5"/>
                <w:sz w:val="18"/>
              </w:rPr>
              <w:t>________________________________</w:t>
            </w:r>
          </w:p>
        </w:tc>
      </w:tr>
    </w:tbl>
    <w:p>
      <w:pPr>
        <w:spacing w:before="60" w:after="60"/>
      </w:pPr>
      <w:r>
        <w:rPr>
          <w:rFonts w:ascii="Carlito" w:hAnsi="Carlito"/>
          <w:color w:val="607485"/>
          <w:sz w:val="14"/>
        </w:rPr>
        <w:t>* Zahlung über ein Limit ist nur möglich, sofern diese Zahlungsart für das Kundenkonto und den konkreten Einkauf bei METRO zugelassen ist.</w:t>
      </w:r>
    </w:p>
    <w:tbl>
      <w:tblPr>
        <w:tblW w:type="auto" w:w="0"/>
        <w:tblLayout w:type="fixed"/>
        <w:tblLook w:firstColumn="1" w:firstRow="1" w:lastColumn="0" w:lastRow="0" w:noHBand="0" w:noVBand="1" w:val="04A0"/>
      </w:tblPr>
      <w:tblGrid>
        <w:gridCol w:w="9808"/>
      </w:tblGrid>
      <w:tr>
        <w:tc>
          <w:tcPr>
            <w:tcW w:type="dxa" w:w="9808"/>
            <w:shd w:fill="DBEEEA"/>
            <w:tcMar>
              <w:top w:w="85" w:type="dxa"/>
              <w:start w:w="145" w:type="dxa"/>
              <w:bottom w:w="85" w:type="dxa"/>
              <w:end w:w="145" w:type="dxa"/>
            </w:tcMar>
          </w:tcPr>
          <w:p>
            <w:pPr>
              <w:spacing w:after="60"/>
            </w:pPr>
            <w:r>
              <w:rPr>
                <w:rFonts w:ascii="Carlito" w:hAnsi="Carlito"/>
                <w:b/>
                <w:color w:val="087B78"/>
                <w:sz w:val="16"/>
              </w:rPr>
              <w:t>VOR DEM EINKAUF PRÜFEN</w:t>
            </w:r>
          </w:p>
          <w:p>
            <w:r>
              <w:rPr>
                <w:rFonts w:ascii="Carlito" w:hAnsi="Carlito"/>
                <w:color w:val="24374B"/>
                <w:sz w:val="16"/>
              </w:rPr>
              <w:t>Unterschriebene Vollmacht, gültige METRO Kundenkarte und amtlichen Lichtbildausweis mitnehmen. METRO kann für die Anerkennung der Vollmacht ein eigenes Formular verlangen.</w:t>
            </w:r>
          </w:p>
        </w:tc>
      </w:tr>
    </w:tbl>
    <w:p>
      <w:r>
        <w:br w:type="page"/>
      </w:r>
    </w:p>
    <w:p>
      <w:pPr>
        <w:spacing w:after="60"/>
      </w:pPr>
      <w:r>
        <w:rPr>
          <w:rFonts w:ascii="Carlito" w:hAnsi="Carlito"/>
          <w:b/>
          <w:color w:val="087B78"/>
          <w:sz w:val="16"/>
        </w:rPr>
        <w:t>METRO  /  VOLLMACHTVORLAGE</w:t>
      </w:r>
    </w:p>
    <w:p>
      <w:pPr>
        <w:spacing w:after="80"/>
      </w:pPr>
      <w:r>
        <w:rPr>
          <w:rFonts w:ascii="Lato" w:hAnsi="Lato"/>
          <w:b/>
          <w:color w:val="182C41"/>
          <w:sz w:val="44"/>
        </w:rPr>
        <w:t>Dauerhafte Berechtigung</w:t>
      </w:r>
    </w:p>
    <w:p>
      <w:pPr>
        <w:spacing w:after="80"/>
      </w:pPr>
      <w:r>
        <w:rPr>
          <w:rFonts w:ascii="Carlito" w:hAnsi="Carlito"/>
          <w:color w:val="607485"/>
          <w:sz w:val="18"/>
        </w:rPr>
        <w:t>Auftrag zur Aufnahme weiterer Mitarbeitender in ein bestehendes METRO Kundenkonto.</w:t>
      </w:r>
    </w:p>
    <w:tbl>
      <w:tblPr>
        <w:tblW w:type="auto" w:w="0"/>
        <w:jc w:val="center"/>
        <w:tblLayout w:type="fixed"/>
        <w:tblLook w:firstColumn="1" w:firstRow="1" w:lastColumn="0" w:lastRow="0" w:noHBand="0" w:noVBand="1" w:val="04A0"/>
      </w:tblPr>
      <w:tblGrid>
        <w:gridCol w:w="7200"/>
        <w:gridCol w:w="2608"/>
      </w:tblGrid>
      <w:tr>
        <w:tc>
          <w:tcPr>
            <w:tcW w:type="dxa" w:w="7200"/>
            <w:shd w:fill="182C41"/>
            <w:tcMar>
              <w:top w:w="80" w:type="dxa"/>
              <w:start w:w="180" w:type="dxa"/>
              <w:bottom w:w="80" w:type="dxa"/>
              <w:end w:w="170" w:type="dxa"/>
            </w:tcMar>
          </w:tcPr>
          <w:p>
            <w:r>
              <w:rPr>
                <w:rFonts w:ascii="Carlito" w:hAnsi="Carlito"/>
                <w:b/>
                <w:color w:val="FFFFFF"/>
                <w:sz w:val="17"/>
              </w:rPr>
              <w:t>02    ZUSÄTZLICHE EINKAUFSBERECHTIGUNG</w:t>
            </w:r>
          </w:p>
        </w:tc>
        <w:tc>
          <w:tcPr>
            <w:tcW w:type="dxa" w:w="2608"/>
            <w:shd w:fill="087B78"/>
            <w:tcMar>
              <w:top w:w="80" w:type="dxa"/>
              <w:start w:w="180" w:type="dxa"/>
              <w:bottom w:w="80" w:type="dxa"/>
              <w:end w:w="170" w:type="dxa"/>
            </w:tcMar>
          </w:tcPr>
          <w:p>
            <w:pPr>
              <w:jc w:val="right"/>
            </w:pPr>
            <w:r>
              <w:rPr>
                <w:rFonts w:ascii="Carlito" w:hAnsi="Carlito"/>
                <w:b/>
                <w:color w:val="FFFFFF"/>
                <w:sz w:val="15"/>
              </w:rPr>
              <w:t>SEPARAT VERWENDBAR</w:t>
            </w:r>
          </w:p>
        </w:tc>
      </w:tr>
    </w:tbl>
    <w:tbl>
      <w:tblPr>
        <w:tblW w:type="auto" w:w="0"/>
        <w:tblLayout w:type="fixed"/>
        <w:tblLook w:firstColumn="1" w:firstRow="1" w:lastColumn="0" w:lastRow="0" w:noHBand="0" w:noVBand="1" w:val="04A0"/>
      </w:tblPr>
      <w:tblGrid>
        <w:gridCol w:w="9808"/>
      </w:tblGrid>
      <w:tr>
        <w:tc>
          <w:tcPr>
            <w:tcW w:type="dxa" w:w="9808"/>
            <w:shd w:fill="DBEEEA"/>
            <w:tcMar>
              <w:top w:w="85" w:type="dxa"/>
              <w:start w:w="145" w:type="dxa"/>
              <w:bottom w:w="85" w:type="dxa"/>
              <w:end w:w="145" w:type="dxa"/>
            </w:tcMar>
          </w:tcPr>
          <w:p>
            <w:pPr>
              <w:spacing w:after="60"/>
            </w:pPr>
            <w:r>
              <w:rPr>
                <w:rFonts w:ascii="Carlito" w:hAnsi="Carlito"/>
                <w:b/>
                <w:color w:val="087B78"/>
                <w:sz w:val="16"/>
              </w:rPr>
              <w:t>WICHTIG</w:t>
            </w:r>
          </w:p>
          <w:p>
            <w:r>
              <w:rPr>
                <w:rFonts w:ascii="Carlito" w:hAnsi="Carlito"/>
                <w:color w:val="24374B"/>
                <w:sz w:val="16"/>
              </w:rPr>
              <w:t>Dieses Blatt allein berechtigt nicht zum Einkauf. Eine dauerhafte Einkaufsberechtigung entsteht erst nach Erfassung und Freigabe durch METRO.</w:t>
            </w:r>
          </w:p>
        </w:tc>
      </w:tr>
    </w:tbl>
    <w:p>
      <w:pPr>
        <w:keepNext/>
        <w:spacing w:before="160" w:after="80"/>
      </w:pPr>
      <w:r>
        <w:rPr>
          <w:rFonts w:ascii="Carlito" w:hAnsi="Carlito"/>
          <w:b/>
          <w:color w:val="087B78"/>
          <w:sz w:val="18"/>
        </w:rPr>
        <w:t xml:space="preserve">01  </w:t>
      </w:r>
      <w:r>
        <w:rPr>
          <w:rFonts w:ascii="Carlito" w:hAnsi="Carlito"/>
          <w:b/>
          <w:color w:val="182C41"/>
          <w:sz w:val="20"/>
        </w:rPr>
        <w:t>Angaben zum Unternehmen</w:t>
      </w:r>
    </w:p>
    <w:tbl>
      <w:tblPr>
        <w:tblW w:type="auto" w:w="0"/>
        <w:jc w:val="center"/>
        <w:tblLayout w:type="fixed"/>
        <w:tblLook w:firstColumn="1" w:firstRow="1" w:lastColumn="0" w:lastRow="0" w:noHBand="0" w:noVBand="1" w:val="04A0"/>
      </w:tblPr>
      <w:tblGrid>
        <w:gridCol w:w="5983"/>
        <w:gridCol w:w="3825"/>
      </w:tblGrid>
      <w:tr>
        <w:trPr>
          <w:cantSplit/>
        </w:trPr>
        <w:tc>
          <w:tcPr>
            <w:tcW w:type="dxa" w:w="5983"/>
            <w:vAlign w:val="center"/>
            <w:tcMar>
              <w:top w:w="35" w:type="dxa"/>
              <w:start w:w="110" w:type="dxa"/>
              <w:bottom w:w="35" w:type="dxa"/>
              <w:end w:w="110" w:type="dxa"/>
            </w:tcMar>
            <w:shd w:fill="F5F9FA"/>
            <w:tcBorders>
              <w:bottom w:val="single" w:sz="6" w:color="CBD8DF"/>
            </w:tcBorders>
          </w:tcPr>
          <w:p>
            <w:pPr>
              <w:pStyle w:val="FieldLabel"/>
              <w:spacing w:after="20"/>
            </w:pPr>
            <w:r>
              <w:t>Unternehmen / Einrichtung</w:t>
            </w:r>
          </w:p>
          <w:p>
            <w:pPr>
              <w:spacing w:after="0" w:line="240" w:lineRule="auto"/>
            </w:pPr>
            <w:sdt>
              <w:sdtPr>
                <w:alias w:val="Dauer Unternehmen"/>
                <w:tag w:val="dauer_unternehmen"/>
                <w:appearance w:val="hidden"/>
                <w:text/>
              </w:sdtPr>
              <w:sdtContent>
                <w:r>
                  <w:rPr>
                    <w:rFonts w:ascii="Carlito" w:hAnsi="Carlito"/>
                    <w:sz w:val="18"/>
                    <w:color w:val="8C9DA9"/>
                  </w:rPr>
                  <w:t>Eintragen …</w:t>
                </w:r>
              </w:sdtContent>
            </w:sdt>
          </w:p>
        </w:tc>
        <w:tc>
          <w:tcPr>
            <w:tcW w:type="dxa" w:w="3825"/>
            <w:vAlign w:val="center"/>
            <w:tcMar>
              <w:top w:w="35" w:type="dxa"/>
              <w:start w:w="110" w:type="dxa"/>
              <w:bottom w:w="35" w:type="dxa"/>
              <w:end w:w="110" w:type="dxa"/>
            </w:tcMar>
            <w:shd w:fill="F5F9FA"/>
            <w:tcBorders>
              <w:bottom w:val="single" w:sz="6" w:color="CBD8DF"/>
            </w:tcBorders>
          </w:tcPr>
          <w:p>
            <w:pPr>
              <w:pStyle w:val="FieldLabel"/>
              <w:spacing w:after="20"/>
            </w:pPr>
            <w:r>
              <w:t>METRO Kundennummer</w:t>
            </w:r>
          </w:p>
          <w:p>
            <w:pPr>
              <w:spacing w:after="0" w:line="240" w:lineRule="auto"/>
            </w:pPr>
            <w:sdt>
              <w:sdtPr>
                <w:alias w:val="Dauer Kundennummer"/>
                <w:tag w:val="dauer_kundennummer"/>
                <w:appearance w:val="hidden"/>
                <w:text/>
              </w:sdtPr>
              <w:sdtContent>
                <w:r>
                  <w:rPr>
                    <w:rFonts w:ascii="Carlito" w:hAnsi="Carlito"/>
                    <w:sz w:val="18"/>
                    <w:color w:val="8C9DA9"/>
                  </w:rPr>
                  <w:t>Eintragen …</w:t>
                </w:r>
              </w:sdtContent>
            </w:sdt>
          </w:p>
        </w:tc>
      </w:tr>
    </w:tbl>
    <w:p>
      <w:pPr>
        <w:spacing w:after="40" w:line="48" w:lineRule="auto"/>
      </w:pPr>
      <w:r>
        <w:rPr>
          <w:rFonts w:ascii="Carlito" w:hAnsi="Carlito"/>
          <w:sz w:val="2"/>
        </w:rPr>
        <w:t xml:space="preserve"> </w:t>
      </w:r>
    </w:p>
    <w:tbl>
      <w:tblPr>
        <w:tblW w:type="auto" w:w="0"/>
        <w:jc w:val="center"/>
        <w:tblLayout w:type="fixed"/>
        <w:tblLook w:firstColumn="1" w:firstRow="1" w:lastColumn="0" w:lastRow="0" w:noHBand="0" w:noVBand="1" w:val="04A0"/>
      </w:tblPr>
      <w:tblGrid>
        <w:gridCol w:w="5983"/>
        <w:gridCol w:w="3825"/>
      </w:tblGrid>
      <w:tr>
        <w:trPr>
          <w:cantSplit/>
        </w:trPr>
        <w:tc>
          <w:tcPr>
            <w:tcW w:type="dxa" w:w="5983"/>
            <w:vAlign w:val="center"/>
            <w:tcMar>
              <w:top w:w="35" w:type="dxa"/>
              <w:start w:w="110" w:type="dxa"/>
              <w:bottom w:w="35" w:type="dxa"/>
              <w:end w:w="110" w:type="dxa"/>
            </w:tcMar>
            <w:shd w:fill="F5F9FA"/>
            <w:tcBorders>
              <w:bottom w:val="single" w:sz="6" w:color="CBD8DF"/>
            </w:tcBorders>
          </w:tcPr>
          <w:p>
            <w:pPr>
              <w:pStyle w:val="FieldLabel"/>
              <w:spacing w:after="20"/>
            </w:pPr>
            <w:r>
              <w:t>Straße, Hausnummer</w:t>
            </w:r>
          </w:p>
          <w:p>
            <w:pPr>
              <w:spacing w:after="0" w:line="240" w:lineRule="auto"/>
            </w:pPr>
            <w:sdt>
              <w:sdtPr>
                <w:alias w:val="Dauer Strasse"/>
                <w:tag w:val="dauer_strasse"/>
                <w:appearance w:val="hidden"/>
                <w:text/>
              </w:sdtPr>
              <w:sdtContent>
                <w:r>
                  <w:rPr>
                    <w:rFonts w:ascii="Carlito" w:hAnsi="Carlito"/>
                    <w:sz w:val="18"/>
                    <w:color w:val="8C9DA9"/>
                  </w:rPr>
                  <w:t>Eintragen …</w:t>
                </w:r>
              </w:sdtContent>
            </w:sdt>
          </w:p>
        </w:tc>
        <w:tc>
          <w:tcPr>
            <w:tcW w:type="dxa" w:w="3825"/>
            <w:vAlign w:val="center"/>
            <w:tcMar>
              <w:top w:w="35" w:type="dxa"/>
              <w:start w:w="110" w:type="dxa"/>
              <w:bottom w:w="35" w:type="dxa"/>
              <w:end w:w="110" w:type="dxa"/>
            </w:tcMar>
            <w:shd w:fill="F5F9FA"/>
            <w:tcBorders>
              <w:bottom w:val="single" w:sz="6" w:color="CBD8DF"/>
            </w:tcBorders>
          </w:tcPr>
          <w:p>
            <w:pPr>
              <w:pStyle w:val="FieldLabel"/>
              <w:spacing w:after="20"/>
            </w:pPr>
            <w:r>
              <w:t>PLZ, Ort</w:t>
            </w:r>
          </w:p>
          <w:p>
            <w:pPr>
              <w:spacing w:after="0" w:line="240" w:lineRule="auto"/>
            </w:pPr>
            <w:sdt>
              <w:sdtPr>
                <w:alias w:val="Dauer Plz Ort"/>
                <w:tag w:val="dauer_plz_ort"/>
                <w:appearance w:val="hidden"/>
                <w:text/>
              </w:sdtPr>
              <w:sdtContent>
                <w:r>
                  <w:rPr>
                    <w:rFonts w:ascii="Carlito" w:hAnsi="Carlito"/>
                    <w:sz w:val="18"/>
                    <w:color w:val="8C9DA9"/>
                  </w:rPr>
                  <w:t>Eintragen …</w:t>
                </w:r>
              </w:sdtContent>
            </w:sdt>
          </w:p>
        </w:tc>
      </w:tr>
    </w:tbl>
    <w:p>
      <w:pPr>
        <w:spacing w:after="40" w:line="48" w:lineRule="auto"/>
      </w:pPr>
      <w:r>
        <w:rPr>
          <w:rFonts w:ascii="Carlito" w:hAnsi="Carlito"/>
          <w:sz w:val="2"/>
        </w:rPr>
        <w:t xml:space="preserve"> </w:t>
      </w:r>
    </w:p>
    <w:tbl>
      <w:tblPr>
        <w:tblW w:type="auto" w:w="0"/>
        <w:jc w:val="center"/>
        <w:tblLayout w:type="fixed"/>
        <w:tblLook w:firstColumn="1" w:firstRow="1" w:lastColumn="0" w:lastRow="0" w:noHBand="0" w:noVBand="1" w:val="04A0"/>
      </w:tblPr>
      <w:tblGrid>
        <w:gridCol w:w="9808"/>
      </w:tblGrid>
      <w:tr>
        <w:trPr>
          <w:cantSplit/>
        </w:trPr>
        <w:tc>
          <w:tcPr>
            <w:tcW w:type="dxa" w:w="9808"/>
            <w:vAlign w:val="center"/>
            <w:tcMar>
              <w:top w:w="35" w:type="dxa"/>
              <w:start w:w="110" w:type="dxa"/>
              <w:bottom w:w="35" w:type="dxa"/>
              <w:end w:w="110" w:type="dxa"/>
            </w:tcMar>
            <w:shd w:fill="F5F9FA"/>
            <w:tcBorders>
              <w:bottom w:val="single" w:sz="6" w:color="CBD8DF"/>
            </w:tcBorders>
          </w:tcPr>
          <w:p>
            <w:pPr>
              <w:pStyle w:val="FieldLabel"/>
              <w:spacing w:after="20"/>
            </w:pPr>
            <w:r>
              <w:t>Vertretungsberechtigte Person (Vor- und Nachname)</w:t>
            </w:r>
          </w:p>
          <w:p>
            <w:pPr>
              <w:spacing w:after="0" w:line="240" w:lineRule="auto"/>
            </w:pPr>
            <w:sdt>
              <w:sdtPr>
                <w:alias w:val="Dauer Vertreter"/>
                <w:tag w:val="dauer_vertreter"/>
                <w:appearance w:val="hidden"/>
                <w:text/>
              </w:sdtPr>
              <w:sdtContent>
                <w:r>
                  <w:rPr>
                    <w:rFonts w:ascii="Carlito" w:hAnsi="Carlito"/>
                    <w:sz w:val="18"/>
                    <w:color w:val="8C9DA9"/>
                  </w:rPr>
                  <w:t>Eintragen …</w:t>
                </w:r>
              </w:sdtContent>
            </w:sdt>
          </w:p>
        </w:tc>
      </w:tr>
    </w:tbl>
    <w:p>
      <w:pPr>
        <w:spacing w:after="40" w:line="48" w:lineRule="auto"/>
      </w:pPr>
      <w:r>
        <w:rPr>
          <w:rFonts w:ascii="Carlito" w:hAnsi="Carlito"/>
          <w:sz w:val="2"/>
        </w:rPr>
        <w:t xml:space="preserve"> </w:t>
      </w:r>
    </w:p>
    <w:p>
      <w:pPr>
        <w:keepNext/>
        <w:spacing w:before="160" w:after="80"/>
      </w:pPr>
      <w:r>
        <w:rPr>
          <w:rFonts w:ascii="Carlito" w:hAnsi="Carlito"/>
          <w:b/>
          <w:color w:val="087B78"/>
          <w:sz w:val="18"/>
        </w:rPr>
        <w:t xml:space="preserve">02  </w:t>
      </w:r>
      <w:r>
        <w:rPr>
          <w:rFonts w:ascii="Carlito" w:hAnsi="Carlito"/>
          <w:b/>
          <w:color w:val="182C41"/>
          <w:sz w:val="20"/>
        </w:rPr>
        <w:t>Zusätzlich einzutragende Mitarbeitende</w:t>
      </w:r>
      <w:r>
        <w:rPr>
          <w:rFonts w:ascii="Carlito" w:hAnsi="Carlito"/>
          <w:color w:val="607485"/>
          <w:sz w:val="15"/>
        </w:rPr>
        <w:t xml:space="preserve">   maximal vier Personen</w:t>
      </w:r>
    </w:p>
    <w:tbl>
      <w:tblPr>
        <w:tblW w:type="auto" w:w="0"/>
        <w:tblLayout w:type="fixed"/>
        <w:tblLook w:firstColumn="1" w:firstRow="1" w:lastColumn="0" w:lastRow="0" w:noHBand="0" w:noVBand="1" w:val="04A0"/>
      </w:tblPr>
      <w:tblGrid>
        <w:gridCol w:w="638"/>
        <w:gridCol w:w="5296"/>
        <w:gridCol w:w="3874"/>
      </w:tblGrid>
      <w:tr>
        <w:trPr>
          <w:cantSplit/>
        </w:trPr>
        <w:tc>
          <w:tcPr>
            <w:tcW w:type="dxa" w:w="638"/>
            <w:tcMar>
              <w:top w:w="40" w:type="dxa"/>
              <w:start w:w="85" w:type="dxa"/>
              <w:bottom w:w="40" w:type="dxa"/>
              <w:end w:w="85" w:type="dxa"/>
            </w:tcMar>
            <w:shd w:fill="DBEEEA"/>
          </w:tcPr>
          <w:p>
            <w:pPr>
              <w:jc w:val="center"/>
            </w:pPr>
            <w:r>
              <w:rPr>
                <w:rFonts w:ascii="Carlito" w:hAnsi="Carlito"/>
                <w:b/>
                <w:color w:val="087B78"/>
                <w:sz w:val="17"/>
              </w:rPr>
              <w:t>01</w:t>
            </w:r>
          </w:p>
        </w:tc>
        <w:tc>
          <w:tcPr>
            <w:tcW w:type="dxa" w:w="5296"/>
            <w:tcMar>
              <w:top w:w="40" w:type="dxa"/>
              <w:start w:w="85" w:type="dxa"/>
              <w:bottom w:w="40" w:type="dxa"/>
              <w:end w:w="85" w:type="dxa"/>
            </w:tcMar>
            <w:shd w:fill="F5F9FA"/>
            <w:tcBorders>
              <w:bottom w:val="single" w:sz="6" w:color="CBD8DF"/>
            </w:tcBorders>
          </w:tcPr>
          <w:p>
            <w:pPr>
              <w:pStyle w:val="FieldLabel"/>
            </w:pPr>
            <w:r>
              <w:t>VOR- UND NACHNAME</w:t>
            </w:r>
          </w:p>
          <w:p>
            <w:pPr>
              <w:spacing w:after="20"/>
            </w:pPr>
            <w:sdt>
              <w:sdtPr>
                <w:alias w:val="Dauer Person 1 Name"/>
                <w:tag w:val="dauer_person_1_name"/>
                <w:appearance w:val="hidden"/>
                <w:text/>
              </w:sdtPr>
              <w:sdtContent>
                <w:r>
                  <w:rPr>
                    <w:rFonts w:ascii="Carlito" w:hAnsi="Carlito"/>
                    <w:sz w:val="18"/>
                    <w:color w:val="8C9DA9"/>
                  </w:rPr>
                  <w:t>Eintragen …</w:t>
                </w:r>
              </w:sdtContent>
            </w:sdt>
          </w:p>
        </w:tc>
        <w:tc>
          <w:tcPr>
            <w:tcW w:type="dxa" w:w="3874"/>
            <w:tcMar>
              <w:top w:w="40" w:type="dxa"/>
              <w:start w:w="85" w:type="dxa"/>
              <w:bottom w:w="40" w:type="dxa"/>
              <w:end w:w="85" w:type="dxa"/>
            </w:tcMar>
            <w:shd w:fill="F5F9FA"/>
            <w:tcBorders>
              <w:bottom w:val="single" w:sz="6" w:color="CBD8DF"/>
            </w:tcBorders>
          </w:tcPr>
          <w:p>
            <w:pPr>
              <w:pStyle w:val="FieldLabel"/>
            </w:pPr>
            <w:r>
              <w:t>FUNKTION IM BETRIEB</w:t>
            </w:r>
          </w:p>
          <w:p>
            <w:pPr>
              <w:spacing w:after="20"/>
            </w:pPr>
            <w:sdt>
              <w:sdtPr>
                <w:alias w:val="Dauer Person 1 Funktion"/>
                <w:tag w:val="dauer_person_1_funktion"/>
                <w:appearance w:val="hidden"/>
                <w:text/>
              </w:sdtPr>
              <w:sdtContent>
                <w:r>
                  <w:rPr>
                    <w:rFonts w:ascii="Carlito" w:hAnsi="Carlito"/>
                    <w:sz w:val="18"/>
                    <w:color w:val="8C9DA9"/>
                  </w:rPr>
                  <w:t>Eintragen …</w:t>
                </w:r>
              </w:sdtContent>
            </w:sdt>
          </w:p>
        </w:tc>
      </w:tr>
    </w:tbl>
    <w:p>
      <w:pPr>
        <w:spacing w:after="20"/>
      </w:pPr>
      <w:r>
        <w:rPr>
          <w:rFonts w:ascii="Carlito" w:hAnsi="Carlito"/>
          <w:sz w:val="2"/>
        </w:rPr>
        <w:t xml:space="preserve"> </w:t>
      </w:r>
    </w:p>
    <w:tbl>
      <w:tblPr>
        <w:tblW w:type="auto" w:w="0"/>
        <w:tblLayout w:type="fixed"/>
        <w:tblLook w:firstColumn="1" w:firstRow="1" w:lastColumn="0" w:lastRow="0" w:noHBand="0" w:noVBand="1" w:val="04A0"/>
      </w:tblPr>
      <w:tblGrid>
        <w:gridCol w:w="638"/>
        <w:gridCol w:w="5296"/>
        <w:gridCol w:w="3874"/>
      </w:tblGrid>
      <w:tr>
        <w:trPr>
          <w:cantSplit/>
        </w:trPr>
        <w:tc>
          <w:tcPr>
            <w:tcW w:type="dxa" w:w="638"/>
            <w:tcMar>
              <w:top w:w="40" w:type="dxa"/>
              <w:start w:w="85" w:type="dxa"/>
              <w:bottom w:w="40" w:type="dxa"/>
              <w:end w:w="85" w:type="dxa"/>
            </w:tcMar>
            <w:shd w:fill="DBEEEA"/>
          </w:tcPr>
          <w:p>
            <w:pPr>
              <w:jc w:val="center"/>
            </w:pPr>
            <w:r>
              <w:rPr>
                <w:rFonts w:ascii="Carlito" w:hAnsi="Carlito"/>
                <w:b/>
                <w:color w:val="087B78"/>
                <w:sz w:val="17"/>
              </w:rPr>
              <w:t>02</w:t>
            </w:r>
          </w:p>
        </w:tc>
        <w:tc>
          <w:tcPr>
            <w:tcW w:type="dxa" w:w="5296"/>
            <w:tcMar>
              <w:top w:w="40" w:type="dxa"/>
              <w:start w:w="85" w:type="dxa"/>
              <w:bottom w:w="40" w:type="dxa"/>
              <w:end w:w="85" w:type="dxa"/>
            </w:tcMar>
            <w:shd w:fill="F5F9FA"/>
            <w:tcBorders>
              <w:bottom w:val="single" w:sz="6" w:color="CBD8DF"/>
            </w:tcBorders>
          </w:tcPr>
          <w:p>
            <w:pPr>
              <w:pStyle w:val="FieldLabel"/>
            </w:pPr>
            <w:r>
              <w:t>VOR- UND NACHNAME</w:t>
            </w:r>
          </w:p>
          <w:p>
            <w:pPr>
              <w:spacing w:after="20"/>
            </w:pPr>
            <w:sdt>
              <w:sdtPr>
                <w:alias w:val="Dauer Person 2 Name"/>
                <w:tag w:val="dauer_person_2_name"/>
                <w:appearance w:val="hidden"/>
                <w:text/>
              </w:sdtPr>
              <w:sdtContent>
                <w:r>
                  <w:rPr>
                    <w:rFonts w:ascii="Carlito" w:hAnsi="Carlito"/>
                    <w:sz w:val="18"/>
                    <w:color w:val="8C9DA9"/>
                  </w:rPr>
                  <w:t>Eintragen …</w:t>
                </w:r>
              </w:sdtContent>
            </w:sdt>
          </w:p>
        </w:tc>
        <w:tc>
          <w:tcPr>
            <w:tcW w:type="dxa" w:w="3874"/>
            <w:tcMar>
              <w:top w:w="40" w:type="dxa"/>
              <w:start w:w="85" w:type="dxa"/>
              <w:bottom w:w="40" w:type="dxa"/>
              <w:end w:w="85" w:type="dxa"/>
            </w:tcMar>
            <w:shd w:fill="F5F9FA"/>
            <w:tcBorders>
              <w:bottom w:val="single" w:sz="6" w:color="CBD8DF"/>
            </w:tcBorders>
          </w:tcPr>
          <w:p>
            <w:pPr>
              <w:pStyle w:val="FieldLabel"/>
            </w:pPr>
            <w:r>
              <w:t>FUNKTION IM BETRIEB</w:t>
            </w:r>
          </w:p>
          <w:p>
            <w:pPr>
              <w:spacing w:after="20"/>
            </w:pPr>
            <w:sdt>
              <w:sdtPr>
                <w:alias w:val="Dauer Person 2 Funktion"/>
                <w:tag w:val="dauer_person_2_funktion"/>
                <w:appearance w:val="hidden"/>
                <w:text/>
              </w:sdtPr>
              <w:sdtContent>
                <w:r>
                  <w:rPr>
                    <w:rFonts w:ascii="Carlito" w:hAnsi="Carlito"/>
                    <w:sz w:val="18"/>
                    <w:color w:val="8C9DA9"/>
                  </w:rPr>
                  <w:t>Eintragen …</w:t>
                </w:r>
              </w:sdtContent>
            </w:sdt>
          </w:p>
        </w:tc>
      </w:tr>
    </w:tbl>
    <w:p>
      <w:pPr>
        <w:spacing w:after="20"/>
      </w:pPr>
      <w:r>
        <w:rPr>
          <w:rFonts w:ascii="Carlito" w:hAnsi="Carlito"/>
          <w:sz w:val="2"/>
        </w:rPr>
        <w:t xml:space="preserve"> </w:t>
      </w:r>
    </w:p>
    <w:tbl>
      <w:tblPr>
        <w:tblW w:type="auto" w:w="0"/>
        <w:tblLayout w:type="fixed"/>
        <w:tblLook w:firstColumn="1" w:firstRow="1" w:lastColumn="0" w:lastRow="0" w:noHBand="0" w:noVBand="1" w:val="04A0"/>
      </w:tblPr>
      <w:tblGrid>
        <w:gridCol w:w="638"/>
        <w:gridCol w:w="5296"/>
        <w:gridCol w:w="3874"/>
      </w:tblGrid>
      <w:tr>
        <w:trPr>
          <w:cantSplit/>
        </w:trPr>
        <w:tc>
          <w:tcPr>
            <w:tcW w:type="dxa" w:w="638"/>
            <w:tcMar>
              <w:top w:w="40" w:type="dxa"/>
              <w:start w:w="85" w:type="dxa"/>
              <w:bottom w:w="40" w:type="dxa"/>
              <w:end w:w="85" w:type="dxa"/>
            </w:tcMar>
            <w:shd w:fill="DBEEEA"/>
          </w:tcPr>
          <w:p>
            <w:pPr>
              <w:jc w:val="center"/>
            </w:pPr>
            <w:r>
              <w:rPr>
                <w:rFonts w:ascii="Carlito" w:hAnsi="Carlito"/>
                <w:b/>
                <w:color w:val="087B78"/>
                <w:sz w:val="17"/>
              </w:rPr>
              <w:t>03</w:t>
            </w:r>
          </w:p>
        </w:tc>
        <w:tc>
          <w:tcPr>
            <w:tcW w:type="dxa" w:w="5296"/>
            <w:tcMar>
              <w:top w:w="40" w:type="dxa"/>
              <w:start w:w="85" w:type="dxa"/>
              <w:bottom w:w="40" w:type="dxa"/>
              <w:end w:w="85" w:type="dxa"/>
            </w:tcMar>
            <w:shd w:fill="F5F9FA"/>
            <w:tcBorders>
              <w:bottom w:val="single" w:sz="6" w:color="CBD8DF"/>
            </w:tcBorders>
          </w:tcPr>
          <w:p>
            <w:pPr>
              <w:pStyle w:val="FieldLabel"/>
            </w:pPr>
            <w:r>
              <w:t>VOR- UND NACHNAME</w:t>
            </w:r>
          </w:p>
          <w:p>
            <w:pPr>
              <w:spacing w:after="20"/>
            </w:pPr>
            <w:sdt>
              <w:sdtPr>
                <w:alias w:val="Dauer Person 3 Name"/>
                <w:tag w:val="dauer_person_3_name"/>
                <w:appearance w:val="hidden"/>
                <w:text/>
              </w:sdtPr>
              <w:sdtContent>
                <w:r>
                  <w:rPr>
                    <w:rFonts w:ascii="Carlito" w:hAnsi="Carlito"/>
                    <w:sz w:val="18"/>
                    <w:color w:val="8C9DA9"/>
                  </w:rPr>
                  <w:t>Eintragen …</w:t>
                </w:r>
              </w:sdtContent>
            </w:sdt>
          </w:p>
        </w:tc>
        <w:tc>
          <w:tcPr>
            <w:tcW w:type="dxa" w:w="3874"/>
            <w:tcMar>
              <w:top w:w="40" w:type="dxa"/>
              <w:start w:w="85" w:type="dxa"/>
              <w:bottom w:w="40" w:type="dxa"/>
              <w:end w:w="85" w:type="dxa"/>
            </w:tcMar>
            <w:shd w:fill="F5F9FA"/>
            <w:tcBorders>
              <w:bottom w:val="single" w:sz="6" w:color="CBD8DF"/>
            </w:tcBorders>
          </w:tcPr>
          <w:p>
            <w:pPr>
              <w:pStyle w:val="FieldLabel"/>
            </w:pPr>
            <w:r>
              <w:t>FUNKTION IM BETRIEB</w:t>
            </w:r>
          </w:p>
          <w:p>
            <w:pPr>
              <w:spacing w:after="20"/>
            </w:pPr>
            <w:sdt>
              <w:sdtPr>
                <w:alias w:val="Dauer Person 3 Funktion"/>
                <w:tag w:val="dauer_person_3_funktion"/>
                <w:appearance w:val="hidden"/>
                <w:text/>
              </w:sdtPr>
              <w:sdtContent>
                <w:r>
                  <w:rPr>
                    <w:rFonts w:ascii="Carlito" w:hAnsi="Carlito"/>
                    <w:sz w:val="18"/>
                    <w:color w:val="8C9DA9"/>
                  </w:rPr>
                  <w:t>Eintragen …</w:t>
                </w:r>
              </w:sdtContent>
            </w:sdt>
          </w:p>
        </w:tc>
      </w:tr>
    </w:tbl>
    <w:p>
      <w:pPr>
        <w:spacing w:after="20"/>
      </w:pPr>
      <w:r>
        <w:rPr>
          <w:rFonts w:ascii="Carlito" w:hAnsi="Carlito"/>
          <w:sz w:val="2"/>
        </w:rPr>
        <w:t xml:space="preserve"> </w:t>
      </w:r>
    </w:p>
    <w:tbl>
      <w:tblPr>
        <w:tblW w:type="auto" w:w="0"/>
        <w:tblLayout w:type="fixed"/>
        <w:tblLook w:firstColumn="1" w:firstRow="1" w:lastColumn="0" w:lastRow="0" w:noHBand="0" w:noVBand="1" w:val="04A0"/>
      </w:tblPr>
      <w:tblGrid>
        <w:gridCol w:w="638"/>
        <w:gridCol w:w="5296"/>
        <w:gridCol w:w="3874"/>
      </w:tblGrid>
      <w:tr>
        <w:trPr>
          <w:cantSplit/>
        </w:trPr>
        <w:tc>
          <w:tcPr>
            <w:tcW w:type="dxa" w:w="638"/>
            <w:tcMar>
              <w:top w:w="40" w:type="dxa"/>
              <w:start w:w="85" w:type="dxa"/>
              <w:bottom w:w="40" w:type="dxa"/>
              <w:end w:w="85" w:type="dxa"/>
            </w:tcMar>
            <w:shd w:fill="DBEEEA"/>
          </w:tcPr>
          <w:p>
            <w:pPr>
              <w:jc w:val="center"/>
            </w:pPr>
            <w:r>
              <w:rPr>
                <w:rFonts w:ascii="Carlito" w:hAnsi="Carlito"/>
                <w:b/>
                <w:color w:val="087B78"/>
                <w:sz w:val="17"/>
              </w:rPr>
              <w:t>04</w:t>
            </w:r>
          </w:p>
        </w:tc>
        <w:tc>
          <w:tcPr>
            <w:tcW w:type="dxa" w:w="5296"/>
            <w:tcMar>
              <w:top w:w="40" w:type="dxa"/>
              <w:start w:w="85" w:type="dxa"/>
              <w:bottom w:w="40" w:type="dxa"/>
              <w:end w:w="85" w:type="dxa"/>
            </w:tcMar>
            <w:shd w:fill="F5F9FA"/>
            <w:tcBorders>
              <w:bottom w:val="single" w:sz="6" w:color="CBD8DF"/>
            </w:tcBorders>
          </w:tcPr>
          <w:p>
            <w:pPr>
              <w:pStyle w:val="FieldLabel"/>
            </w:pPr>
            <w:r>
              <w:t>VOR- UND NACHNAME</w:t>
            </w:r>
          </w:p>
          <w:p>
            <w:pPr>
              <w:spacing w:after="20"/>
            </w:pPr>
            <w:sdt>
              <w:sdtPr>
                <w:alias w:val="Dauer Person 4 Name"/>
                <w:tag w:val="dauer_person_4_name"/>
                <w:appearance w:val="hidden"/>
                <w:text/>
              </w:sdtPr>
              <w:sdtContent>
                <w:r>
                  <w:rPr>
                    <w:rFonts w:ascii="Carlito" w:hAnsi="Carlito"/>
                    <w:sz w:val="18"/>
                    <w:color w:val="8C9DA9"/>
                  </w:rPr>
                  <w:t>Eintragen …</w:t>
                </w:r>
              </w:sdtContent>
            </w:sdt>
          </w:p>
        </w:tc>
        <w:tc>
          <w:tcPr>
            <w:tcW w:type="dxa" w:w="3874"/>
            <w:tcMar>
              <w:top w:w="40" w:type="dxa"/>
              <w:start w:w="85" w:type="dxa"/>
              <w:bottom w:w="40" w:type="dxa"/>
              <w:end w:w="85" w:type="dxa"/>
            </w:tcMar>
            <w:shd w:fill="F5F9FA"/>
            <w:tcBorders>
              <w:bottom w:val="single" w:sz="6" w:color="CBD8DF"/>
            </w:tcBorders>
          </w:tcPr>
          <w:p>
            <w:pPr>
              <w:pStyle w:val="FieldLabel"/>
            </w:pPr>
            <w:r>
              <w:t>FUNKTION IM BETRIEB</w:t>
            </w:r>
          </w:p>
          <w:p>
            <w:pPr>
              <w:spacing w:after="20"/>
            </w:pPr>
            <w:sdt>
              <w:sdtPr>
                <w:alias w:val="Dauer Person 4 Funktion"/>
                <w:tag w:val="dauer_person_4_funktion"/>
                <w:appearance w:val="hidden"/>
                <w:text/>
              </w:sdtPr>
              <w:sdtContent>
                <w:r>
                  <w:rPr>
                    <w:rFonts w:ascii="Carlito" w:hAnsi="Carlito"/>
                    <w:sz w:val="18"/>
                    <w:color w:val="8C9DA9"/>
                  </w:rPr>
                  <w:t>Eintragen …</w:t>
                </w:r>
              </w:sdtContent>
            </w:sdt>
          </w:p>
        </w:tc>
      </w:tr>
    </w:tbl>
    <w:p>
      <w:pPr>
        <w:spacing w:after="20"/>
      </w:pPr>
      <w:r>
        <w:rPr>
          <w:rFonts w:ascii="Carlito" w:hAnsi="Carlito"/>
          <w:sz w:val="2"/>
        </w:rPr>
        <w:t xml:space="preserve"> </w:t>
      </w:r>
    </w:p>
    <w:p>
      <w:pPr>
        <w:keepNext/>
        <w:spacing w:before="160" w:after="80"/>
      </w:pPr>
      <w:r>
        <w:rPr>
          <w:rFonts w:ascii="Carlito" w:hAnsi="Carlito"/>
          <w:b/>
          <w:color w:val="087B78"/>
          <w:sz w:val="18"/>
        </w:rPr>
        <w:t xml:space="preserve">03  </w:t>
      </w:r>
      <w:r>
        <w:rPr>
          <w:rFonts w:ascii="Carlito" w:hAnsi="Carlito"/>
          <w:b/>
          <w:color w:val="182C41"/>
          <w:sz w:val="20"/>
        </w:rPr>
        <w:t>Zahlungsberechtigung</w:t>
      </w:r>
    </w:p>
    <w:p>
      <w:pPr>
        <w:spacing w:before="0" w:after="100"/>
      </w:pPr>
      <w:r>
        <w:rPr>
          <w:rFonts w:ascii="Carlito" w:hAnsi="Carlito"/>
          <w:b/>
          <w:color w:val="607485"/>
          <w:sz w:val="15"/>
        </w:rPr>
        <w:t xml:space="preserve">ZAHLUNG AUF RECHNUNG / METRO TOP·DUO·CASH  </w:t>
      </w:r>
      <w:sdt>
        <w:sdtPr>
          <w:tag w:val="dauer_zahlungsarten_ja"/>
          <w:alias w:val="Gewünscht"/>
          <w14:checkbox>
            <w14:checked w14:val="0"/>
            <w14:checkedState w14:val="2612" w14:font="MS Gothic"/>
            <w14:uncheckedState w14:val="2610" w14:font="MS Gothic"/>
          </w14:checkbox>
        </w:sdtPr>
        <w:sdtContent>
          <w:r>
            <w:rPr>
              <w:rFonts w:ascii="DejaVu Sans" w:hAnsi="DejaVu Sans"/>
              <w:color w:val="087B78"/>
              <w:sz w:val="21"/>
            </w:rPr>
            <w:t>☐</w:t>
          </w:r>
        </w:sdtContent>
      </w:sdt>
      <w:r>
        <w:rPr>
          <w:rFonts w:ascii="Carlito" w:hAnsi="Carlito"/>
          <w:color w:val="24374B"/>
          <w:sz w:val="17"/>
        </w:rPr>
        <w:t xml:space="preserve">  Gewünscht</w:t>
      </w:r>
      <w:r>
        <w:rPr>
          <w:rFonts w:ascii="Carlito" w:hAnsi="Carlito"/>
          <w:sz w:val="18"/>
        </w:rPr>
        <w:t xml:space="preserve">     </w:t>
      </w:r>
      <w:sdt>
        <w:sdtPr>
          <w:tag w:val="dauer_zahlungsarten_nein"/>
          <w:alias w:val="Nicht gewünscht"/>
          <w14:checkbox>
            <w14:checked w14:val="0"/>
            <w14:checkedState w14:val="2612" w14:font="MS Gothic"/>
            <w14:uncheckedState w14:val="2610" w14:font="MS Gothic"/>
          </w14:checkbox>
        </w:sdtPr>
        <w:sdtContent>
          <w:r>
            <w:rPr>
              <w:rFonts w:ascii="DejaVu Sans" w:hAnsi="DejaVu Sans"/>
              <w:color w:val="087B78"/>
              <w:sz w:val="21"/>
            </w:rPr>
            <w:t>☐</w:t>
          </w:r>
        </w:sdtContent>
      </w:sdt>
      <w:r>
        <w:rPr>
          <w:rFonts w:ascii="Carlito" w:hAnsi="Carlito"/>
          <w:color w:val="24374B"/>
          <w:sz w:val="17"/>
        </w:rPr>
        <w:t xml:space="preserve">  Nicht gewünscht</w:t>
      </w:r>
    </w:p>
    <w:p>
      <w:pPr>
        <w:spacing w:before="0" w:after="0"/>
      </w:pPr>
      <w:r>
        <w:rPr>
          <w:rFonts w:ascii="Carlito" w:hAnsi="Carlito"/>
          <w:color w:val="607485"/>
          <w:sz w:val="15"/>
        </w:rPr>
        <w:t>Die Freigabe dieser Zahlungsarten richtet sich nach den für das Kundenkonto bestehenden Vereinbarungen.</w:t>
      </w:r>
    </w:p>
    <w:p>
      <w:pPr>
        <w:keepNext/>
        <w:spacing w:before="160" w:after="80"/>
      </w:pPr>
      <w:r>
        <w:rPr>
          <w:rFonts w:ascii="Carlito" w:hAnsi="Carlito"/>
          <w:b/>
          <w:color w:val="087B78"/>
          <w:sz w:val="18"/>
        </w:rPr>
        <w:t xml:space="preserve">04  </w:t>
      </w:r>
      <w:r>
        <w:rPr>
          <w:rFonts w:ascii="Carlito" w:hAnsi="Carlito"/>
          <w:b/>
          <w:color w:val="182C41"/>
          <w:sz w:val="20"/>
        </w:rPr>
        <w:t>Beauftragung und Unterschrift</w:t>
      </w:r>
    </w:p>
    <w:p>
      <w:pPr>
        <w:spacing w:before="0" w:after="160" w:line="276" w:lineRule="auto"/>
      </w:pPr>
      <w:r>
        <w:rPr>
          <w:rFonts w:ascii="Carlito" w:hAnsi="Carlito"/>
          <w:sz w:val="18"/>
        </w:rPr>
        <w:t>Als vertretungsberechtigte Person beantrage ich, die oben genannten Mitarbeitenden als zusätzliche Einkaufsberechtigte für das bezeichnete METRO Kundenkonto zu registrieren. Mir ist bekannt, dass die Erteilung der Berechtigung erst durch die Registrierung und Freigabe seitens METRO erfolgt.</w:t>
      </w:r>
    </w:p>
    <w:tbl>
      <w:tblPr>
        <w:tblW w:type="auto" w:w="0"/>
        <w:jc w:val="center"/>
        <w:tblLayout w:type="fixed"/>
        <w:tblLook w:firstColumn="1" w:firstRow="1" w:lastColumn="0" w:lastRow="0" w:noHBand="0" w:noVBand="1" w:val="04A0"/>
      </w:tblPr>
      <w:tblGrid>
        <w:gridCol w:w="4904"/>
        <w:gridCol w:w="4904"/>
      </w:tblGrid>
      <w:tr>
        <w:tc>
          <w:tcPr>
            <w:tcW w:type="dxa" w:w="4904"/>
            <w:tcMar>
              <w:top w:w="20" w:type="dxa"/>
              <w:start w:w="85" w:type="dxa"/>
              <w:bottom w:w="15" w:type="dxa"/>
              <w:end w:w="110" w:type="dxa"/>
            </w:tcMar>
            <w:tcBorders>
              <w:bottom w:val="single" w:sz="6" w:color="CBD8DF"/>
            </w:tcBorders>
          </w:tcPr>
          <w:p>
            <w:pPr>
              <w:pStyle w:val="FieldLabel"/>
            </w:pPr>
            <w:r>
              <w:t>ORT, DATUM</w:t>
            </w:r>
          </w:p>
          <w:p>
            <w:pPr>
              <w:spacing w:after="60"/>
            </w:pPr>
            <w:sdt>
              <w:sdtPr>
                <w:alias w:val="Dauer Ort Datum"/>
                <w:tag w:val="dauer_ort_datum"/>
                <w:appearance w:val="hidden"/>
                <w:text/>
              </w:sdtPr>
              <w:sdtContent>
                <w:r>
                  <w:rPr>
                    <w:rFonts w:ascii="Carlito" w:hAnsi="Carlito"/>
                    <w:sz w:val="18"/>
                    <w:color w:val="8C9DA9"/>
                  </w:rPr>
                  <w:t>Ort, Datum</w:t>
                </w:r>
              </w:sdtContent>
            </w:sdt>
          </w:p>
        </w:tc>
        <w:tc>
          <w:tcPr>
            <w:tcW w:type="dxa" w:w="4904"/>
            <w:tcMar>
              <w:top w:w="20" w:type="dxa"/>
              <w:start w:w="85" w:type="dxa"/>
              <w:bottom w:w="15" w:type="dxa"/>
              <w:end w:w="110" w:type="dxa"/>
            </w:tcMar>
          </w:tcPr>
          <w:p>
            <w:pPr>
              <w:pStyle w:val="FieldLabel"/>
            </w:pPr>
            <w:r>
              <w:t>UNTERSCHRIFT DER VERTRETUNGSBERECHTIGTEN PERSON</w:t>
            </w:r>
          </w:p>
          <w:p>
            <w:pPr>
              <w:spacing w:before="120" w:after="0"/>
            </w:pPr>
            <w:r>
              <w:rPr>
                <w:rFonts w:ascii="Carlito" w:hAnsi="Carlito"/>
                <w:color w:val="9AAAB5"/>
                <w:sz w:val="18"/>
              </w:rPr>
              <w:t>________________________________</w:t>
            </w:r>
          </w:p>
        </w:tc>
      </w:tr>
    </w:tbl>
    <w:p>
      <w:pPr>
        <w:spacing w:before="100" w:after="80"/>
      </w:pPr>
      <w:r>
        <w:rPr>
          <w:rFonts w:ascii="Carlito" w:hAnsi="Carlito"/>
          <w:b/>
          <w:color w:val="087B78"/>
          <w:sz w:val="15"/>
        </w:rPr>
        <w:t>SO WIRD DIE BERECHTIGUNG EINGERICHTET</w:t>
      </w:r>
    </w:p>
    <w:tbl>
      <w:tblPr>
        <w:tblW w:type="auto" w:w="0"/>
        <w:tblLayout w:type="fixed"/>
        <w:tblLook w:firstColumn="1" w:firstRow="1" w:lastColumn="0" w:lastRow="0" w:noHBand="0" w:noVBand="1" w:val="04A0"/>
      </w:tblPr>
      <w:tblGrid>
        <w:gridCol w:w="9808"/>
      </w:tblGrid>
      <w:tr>
        <w:tc>
          <w:tcPr>
            <w:tcW w:type="dxa" w:w="9808"/>
            <w:shd w:fill="DBEEEA"/>
            <w:tcMar>
              <w:top w:w="85" w:type="dxa"/>
              <w:start w:w="145" w:type="dxa"/>
              <w:bottom w:w="85" w:type="dxa"/>
              <w:end w:w="145" w:type="dxa"/>
            </w:tcMar>
          </w:tcPr>
          <w:p>
            <w:pPr>
              <w:spacing w:after="60"/>
            </w:pPr>
            <w:r>
              <w:rPr>
                <w:rFonts w:ascii="Carlito" w:hAnsi="Carlito"/>
                <w:b/>
                <w:color w:val="087B78"/>
                <w:sz w:val="16"/>
              </w:rPr>
              <w:t>ABGABE UND NACHWEISE</w:t>
            </w:r>
          </w:p>
          <w:p>
            <w:r>
              <w:rPr>
                <w:rFonts w:ascii="Carlito" w:hAnsi="Carlito"/>
                <w:color w:val="24374B"/>
                <w:sz w:val="16"/>
              </w:rPr>
              <w:t>Unterschriebenen Antrag beim Kundenmanagement oder Kundeneingang des METRO Großmarkts vorlegen. Die Mitarbeitenden weisen sich dort mit ihrem Personalausweis aus. Alternativ können Berechtigungen im myMETRO Kundenkonto verwaltet werden.</w:t>
            </w:r>
          </w:p>
        </w:tc>
      </w:tr>
    </w:tbl>
    <w:sectPr w:rsidR="00FC693F" w:rsidRPr="0006063C" w:rsidSect="00034616">
      <w:headerReference w:type="default" r:id="rId9"/>
      <w:footerReference w:type="default" r:id="rId10"/>
      <w:pgSz w:w="11906" w:h="16838"/>
      <w:pgMar w:top="862" w:right="1049" w:bottom="850" w:left="1049" w:header="408"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607485"/>
        <w:sz w:val="14"/>
      </w:rPr>
      <w:t>Freie Muster-Vorlage  ·  Keine Originalvorlage von METRO  ·  Vorgaben des Marktes beachten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jc w:val="right"/>
    </w:pPr>
    <w:r>
      <w:rPr>
        <w:rFonts w:ascii="Carlito" w:hAnsi="Carlito"/>
        <w:b/>
        <w:color w:val="607485"/>
        <w:sz w:val="14"/>
      </w:rPr>
      <w:t>GESCHÄFTLICHE EINKAUFSBERECHTIGUNG  •  DEUTSCHLAND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Carlito" w:hAnsi="Carlito"/>
      <w:color w:val="24374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ato" w:hAnsi="Lato"/>
      <w:b/>
      <w:bCs/>
      <w:color w:val="182C4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ato" w:hAnsi="Lato"/>
      <w:b/>
      <w:bCs/>
      <w:color w:val="182C4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ato" w:hAnsi="Lato"/>
      <w:color w:val="182C4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rPr>
      <w:rFonts w:ascii="Carlito" w:hAnsi="Carlito"/>
      <w:b/>
      <w:color w:val="087B78"/>
      <w:sz w:val="16"/>
    </w:rPr>
  </w:style>
  <w:style w:type="paragraph" w:customStyle="1" w:styleId="Tiny">
    <w:name w:val="Tiny"/>
    <w:rPr>
      <w:rFonts w:ascii="Carlito" w:hAnsi="Carlito"/>
      <w:color w:val="607485"/>
      <w:sz w:val="16"/>
    </w:rPr>
  </w:style>
  <w:style w:type="paragraph" w:customStyle="1" w:styleId="FieldLabel">
    <w:name w:val="FieldLabel"/>
    <w:rPr>
      <w:rFonts w:ascii="Carlito" w:hAnsi="Carlito"/>
      <w:b/>
      <w:color w:val="607485"/>
      <w:sz w:val="14"/>
    </w:rPr>
  </w:style>
  <w:style w:type="paragraph" w:customStyle="1" w:styleId="Note">
    <w:name w:val="Note"/>
    <w:rPr>
      <w:rFonts w:ascii="Carlito" w:hAnsi="Carlito"/>
      <w:color w:val="24374B"/>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 Vollmacht Vorlage – Einkaufsvollmacht und Einkaufsberechtigung</dc:title>
  <dc:subject>Eigenständige Word-Vorlage für einmalige Einkaufsvollmacht und dauerhafte Einkaufsberechtigung</dc:subject>
  <dc:creator/>
  <cp:keywords>METRO Vollmacht; Einkaufsvollmacht; Einkaufsberechtigung; Vorlage</cp:keywords>
  <dc:description>generated by python-docx</dc:description>
  <cp:lastModifiedBy/>
  <cp:revision>1</cp:revision>
  <dcterms:created xsi:type="dcterms:W3CDTF">2013-12-23T23:15:00Z</dcterms:created>
  <dcterms:modified xsi:type="dcterms:W3CDTF">2013-12-23T23:15:00Z</dcterms:modified>
  <cp:category/>
</cp:coreProperties>
</file>