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690"/>
        <w:gridCol w:w="3175"/>
      </w:tblGrid>
      <w:tr>
        <w:tc>
          <w:tcPr>
            <w:tcW w:type="dxa" w:w="6690"/>
            <w:shd w:fill="172238"/>
            <w:tcMar>
              <w:top w:w="160" w:type="dxa"/>
              <w:start w:w="220" w:type="dxa"/>
              <w:bottom w:w="140" w:type="dxa"/>
              <w:end w:w="180" w:type="dxa"/>
            </w:tcMar>
          </w:tcPr>
          <w:p>
            <w:pPr>
              <w:spacing w:before="0" w:after="60" w:line="240" w:lineRule="auto"/>
            </w:pPr>
            <w:r>
              <w:rPr>
                <w:rFonts w:ascii="Inter" w:hAnsi="Inter"/>
                <w:b/>
                <w:color w:val="C8CBDA"/>
                <w:sz w:val="15"/>
              </w:rPr>
              <w:t>DOKUMENT  /  TELEKOM VERTRAGSSERVICE</w:t>
            </w:r>
          </w:p>
          <w:p>
            <w:pPr>
              <w:spacing w:before="0" w:after="0" w:line="240" w:lineRule="auto"/>
            </w:pPr>
            <w:r>
              <w:rPr>
                <w:rFonts w:ascii="Inter Display" w:hAnsi="Inter Display"/>
                <w:b/>
                <w:color w:val="FFFFFF"/>
                <w:sz w:val="39"/>
              </w:rPr>
              <w:t>Vollmacht für Telekom</w:t>
            </w:r>
          </w:p>
        </w:tc>
        <w:tc>
          <w:tcPr>
            <w:tcW w:type="dxa" w:w="3175"/>
            <w:shd w:fill="172238"/>
            <w:tcMar>
              <w:top w:w="160" w:type="dxa"/>
              <w:start w:w="220" w:type="dxa"/>
              <w:bottom w:w="140" w:type="dxa"/>
              <w:end w:w="180" w:type="dxa"/>
            </w:tcMar>
          </w:tcPr>
          <w:p>
            <w:pPr>
              <w:spacing w:before="0" w:after="60" w:line="240" w:lineRule="auto"/>
              <w:jc w:val="right"/>
            </w:pPr>
            <w:r>
              <w:rPr>
                <w:rFonts w:ascii="Inter" w:hAnsi="Inter"/>
                <w:b/>
                <w:color w:val="EDBBD9"/>
                <w:sz w:val="14"/>
              </w:rPr>
              <w:t>PRIVATES MUSTER</w:t>
            </w:r>
          </w:p>
          <w:p>
            <w:pPr>
              <w:spacing w:before="0" w:after="0" w:line="240" w:lineRule="auto"/>
              <w:jc w:val="right"/>
            </w:pPr>
            <w:r>
              <w:rPr>
                <w:rFonts w:ascii="Inter" w:hAnsi="Inter"/>
                <w:b/>
                <w:color w:val="FFFFFF"/>
                <w:sz w:val="22"/>
              </w:rPr>
              <w:t>01 / 02</w:t>
            </w:r>
          </w:p>
        </w:tc>
      </w:tr>
    </w:tbl>
    <w:p>
      <w:pPr>
        <w:spacing w:before="120" w:after="220" w:line="240" w:lineRule="auto"/>
      </w:pPr>
      <w:r>
        <w:rPr>
          <w:rFonts w:ascii="Inter" w:hAnsi="Inter"/>
          <w:b w:val="0"/>
          <w:color w:val="64748B"/>
          <w:sz w:val="16"/>
        </w:rPr>
        <w:t>Zur Vertretung gegenüber der Telekom Deutschland GmbH – nur im ausdrücklich gewählten Umfang.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540"/>
        <w:gridCol w:w="2324"/>
      </w:tblGrid>
      <w:tr>
        <w:tc>
          <w:tcPr>
            <w:tcW w:type="dxa" w:w="7540"/>
            <w:shd w:fill="F5F4F8"/>
            <w:tcMar>
              <w:top w:w="80" w:type="dxa"/>
              <w:start w:w="130" w:type="dxa"/>
              <w:bottom w:w="75" w:type="dxa"/>
              <w:end w:w="130" w:type="dxa"/>
            </w:tcMar>
          </w:tcPr>
          <w:p>
            <w:pPr>
              <w:spacing w:before="0" w:after="0" w:line="240" w:lineRule="auto"/>
            </w:pPr>
            <w:r>
              <w:rPr>
                <w:rFonts w:ascii="Inter" w:hAnsi="Inter"/>
                <w:b/>
                <w:color w:val="D23C85"/>
                <w:sz w:val="16"/>
              </w:rPr>
              <w:t xml:space="preserve">01  </w:t>
            </w:r>
            <w:r>
              <w:rPr>
                <w:rFonts w:ascii="Inter" w:hAnsi="Inter"/>
                <w:b/>
                <w:color w:val="172238"/>
                <w:sz w:val="19"/>
              </w:rPr>
              <w:t>Vertragsinhaber / Vollmachtgeber</w:t>
            </w:r>
          </w:p>
        </w:tc>
        <w:tc>
          <w:tcPr>
            <w:tcW w:type="dxa" w:w="2324"/>
            <w:shd w:fill="F5F4F8"/>
            <w:tcMar>
              <w:top w:w="80" w:type="dxa"/>
              <w:start w:w="130" w:type="dxa"/>
              <w:bottom w:w="75" w:type="dxa"/>
              <w:end w:w="13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Inter" w:hAnsi="Inter"/>
                <w:b w:val="0"/>
                <w:color w:val="64748B"/>
                <w:sz w:val="13"/>
              </w:rPr>
              <w:t>Identifikation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919"/>
        <w:gridCol w:w="3946"/>
      </w:tblGrid>
      <w:tr>
        <w:tc>
          <w:tcPr>
            <w:tcW w:type="dxa" w:w="5919"/>
            <w:shd w:fill="FBFBFD"/>
            <w:tcBorders>
              <w:bottom w:val="single" w:sz="6" w:color="DCE2EA"/>
            </w:tcBorders>
            <w:tcMar>
              <w:top w:w="70" w:type="dxa"/>
              <w:start w:w="110" w:type="dxa"/>
              <w:bottom w:w="65" w:type="dxa"/>
              <w:end w:w="90" w:type="dxa"/>
            </w:tcMar>
          </w:tcPr>
          <w:p>
            <w:pPr>
              <w:spacing w:before="0" w:after="40" w:line="240" w:lineRule="auto"/>
            </w:pPr>
            <w:r>
              <w:rPr>
                <w:rFonts w:ascii="Inter" w:hAnsi="Inter"/>
                <w:b/>
                <w:color w:val="64748B"/>
                <w:sz w:val="14"/>
              </w:rPr>
              <w:t>Vor- und Nachname / Firma</w:t>
            </w:r>
          </w:p>
          <w:p>
            <w:pPr>
              <w:spacing w:before="0" w:after="0" w:line="240" w:lineRule="auto"/>
            </w:pPr>
            <w:sdt>
              <w:sdtPr>
                <w:id w:val="100"/>
                <w:tag w:val="VG_NAME"/>
                <w:alias w:val="Vg Name"/>
                <w:text/>
              </w:sdtPr>
              <w:sdtContent>
                <w:r>
                  <w:rPr>
                    <w:color w:val="8B91A2"/>
                    <w:sz w:val="18"/>
                    <w:rFonts w:ascii="Inter" w:hAnsi="Inter"/>
                  </w:rPr>
                  <w:t>Hier eingeben</w:t>
                </w:r>
              </w:sdtContent>
            </w:sdt>
          </w:p>
        </w:tc>
        <w:tc>
          <w:tcPr>
            <w:tcW w:type="dxa" w:w="3946"/>
            <w:shd w:fill="FBFBFD"/>
            <w:tcBorders>
              <w:bottom w:val="single" w:sz="6" w:color="DCE2EA"/>
            </w:tcBorders>
            <w:tcMar>
              <w:top w:w="70" w:type="dxa"/>
              <w:start w:w="110" w:type="dxa"/>
              <w:bottom w:w="65" w:type="dxa"/>
              <w:end w:w="90" w:type="dxa"/>
            </w:tcMar>
          </w:tcPr>
          <w:p>
            <w:pPr>
              <w:spacing w:before="0" w:after="40" w:line="240" w:lineRule="auto"/>
            </w:pPr>
            <w:r>
              <w:rPr>
                <w:rFonts w:ascii="Inter" w:hAnsi="Inter"/>
                <w:b/>
                <w:color w:val="64748B"/>
                <w:sz w:val="14"/>
              </w:rPr>
              <w:t>Geburtsdatum (bei Privatkunden)</w:t>
            </w:r>
          </w:p>
          <w:p>
            <w:pPr>
              <w:spacing w:before="0" w:after="0" w:line="240" w:lineRule="auto"/>
            </w:pPr>
            <w:sdt>
              <w:sdtPr>
                <w:id w:val="101"/>
                <w:tag w:val="VG_DOB"/>
                <w:alias w:val="Vg Dob"/>
                <w:text/>
              </w:sdtPr>
              <w:sdtContent>
                <w:r>
                  <w:rPr>
                    <w:color w:val="8B91A2"/>
                    <w:sz w:val="18"/>
                    <w:rFonts w:ascii="Inter" w:hAnsi="Inter"/>
                  </w:rPr>
                  <w:t>TT.MM.JJJJ</w:t>
                </w:r>
              </w:sdtContent>
            </w:sdt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fill="FBFBFD"/>
            <w:tcBorders>
              <w:bottom w:val="single" w:sz="6" w:color="DCE2EA"/>
            </w:tcBorders>
            <w:tcMar>
              <w:top w:w="70" w:type="dxa"/>
              <w:start w:w="110" w:type="dxa"/>
              <w:bottom w:w="65" w:type="dxa"/>
              <w:end w:w="90" w:type="dxa"/>
            </w:tcMar>
          </w:tcPr>
          <w:p>
            <w:pPr>
              <w:spacing w:before="0" w:after="40" w:line="240" w:lineRule="auto"/>
            </w:pPr>
            <w:r>
              <w:rPr>
                <w:rFonts w:ascii="Inter" w:hAnsi="Inter"/>
                <w:b/>
                <w:color w:val="64748B"/>
                <w:sz w:val="14"/>
              </w:rPr>
              <w:t>Straße, Hausnummer, PLZ, Ort</w:t>
            </w:r>
          </w:p>
          <w:p>
            <w:pPr>
              <w:spacing w:before="0" w:after="0" w:line="240" w:lineRule="auto"/>
            </w:pPr>
            <w:sdt>
              <w:sdtPr>
                <w:id w:val="102"/>
                <w:tag w:val="VG_ADRESSE"/>
                <w:alias w:val="Vg Adresse"/>
                <w:text/>
              </w:sdtPr>
              <w:sdtContent>
                <w:r>
                  <w:rPr>
                    <w:color w:val="8B91A2"/>
                    <w:sz w:val="18"/>
                    <w:rFonts w:ascii="Inter" w:hAnsi="Inter"/>
                  </w:rPr>
                  <w:t>Hier eingeben</w:t>
                </w:r>
              </w:sdtContent>
            </w:sdt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c>
          <w:tcPr>
            <w:tcW w:type="dxa" w:w="4932"/>
            <w:shd w:fill="FBFBFD"/>
            <w:tcBorders>
              <w:bottom w:val="single" w:sz="6" w:color="DCE2EA"/>
            </w:tcBorders>
            <w:tcMar>
              <w:top w:w="70" w:type="dxa"/>
              <w:start w:w="110" w:type="dxa"/>
              <w:bottom w:w="65" w:type="dxa"/>
              <w:end w:w="90" w:type="dxa"/>
            </w:tcMar>
          </w:tcPr>
          <w:p>
            <w:pPr>
              <w:spacing w:before="0" w:after="40" w:line="240" w:lineRule="auto"/>
            </w:pPr>
            <w:r>
              <w:rPr>
                <w:rFonts w:ascii="Inter" w:hAnsi="Inter"/>
                <w:b/>
                <w:color w:val="64748B"/>
                <w:sz w:val="14"/>
              </w:rPr>
              <w:t>Telekom-Kundennummer</w:t>
            </w:r>
          </w:p>
          <w:p>
            <w:pPr>
              <w:spacing w:before="0" w:after="0" w:line="240" w:lineRule="auto"/>
            </w:pPr>
            <w:sdt>
              <w:sdtPr>
                <w:id w:val="103"/>
                <w:tag w:val="KUNDEN_NR"/>
                <w:alias w:val="Kunden Nr"/>
                <w:text/>
              </w:sdtPr>
              <w:sdtContent>
                <w:r>
                  <w:rPr>
                    <w:color w:val="8B91A2"/>
                    <w:sz w:val="18"/>
                    <w:rFonts w:ascii="Inter" w:hAnsi="Inter"/>
                  </w:rPr>
                  <w:t>Hier eingeben</w:t>
                </w:r>
              </w:sdtContent>
            </w:sdt>
          </w:p>
        </w:tc>
        <w:tc>
          <w:tcPr>
            <w:tcW w:type="dxa" w:w="4932"/>
            <w:shd w:fill="FBFBFD"/>
            <w:tcBorders>
              <w:bottom w:val="single" w:sz="6" w:color="DCE2EA"/>
            </w:tcBorders>
            <w:tcMar>
              <w:top w:w="70" w:type="dxa"/>
              <w:start w:w="110" w:type="dxa"/>
              <w:bottom w:w="65" w:type="dxa"/>
              <w:end w:w="90" w:type="dxa"/>
            </w:tcMar>
          </w:tcPr>
          <w:p>
            <w:pPr>
              <w:spacing w:before="0" w:after="40" w:line="240" w:lineRule="auto"/>
            </w:pPr>
            <w:r>
              <w:rPr>
                <w:rFonts w:ascii="Inter" w:hAnsi="Inter"/>
                <w:b/>
                <w:color w:val="64748B"/>
                <w:sz w:val="14"/>
              </w:rPr>
              <w:t>Rufnummer / Vertragskennung</w:t>
            </w:r>
          </w:p>
          <w:p>
            <w:pPr>
              <w:spacing w:before="0" w:after="0" w:line="240" w:lineRule="auto"/>
            </w:pPr>
            <w:sdt>
              <w:sdtPr>
                <w:id w:val="104"/>
                <w:tag w:val="VERTRAG_NR"/>
                <w:alias w:val="Vertrag Nr"/>
                <w:text/>
              </w:sdtPr>
              <w:sdtContent>
                <w:r>
                  <w:rPr>
                    <w:color w:val="8B91A2"/>
                    <w:sz w:val="18"/>
                    <w:rFonts w:ascii="Inter" w:hAnsi="Inter"/>
                  </w:rPr>
                  <w:t>Hier eingeben</w:t>
                </w:r>
              </w:sdtContent>
            </w:sdt>
          </w:p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540"/>
        <w:gridCol w:w="2324"/>
      </w:tblGrid>
      <w:tr>
        <w:tc>
          <w:tcPr>
            <w:tcW w:type="dxa" w:w="7540"/>
            <w:shd w:fill="F5F4F8"/>
            <w:tcMar>
              <w:top w:w="80" w:type="dxa"/>
              <w:start w:w="130" w:type="dxa"/>
              <w:bottom w:w="75" w:type="dxa"/>
              <w:end w:w="130" w:type="dxa"/>
            </w:tcMar>
          </w:tcPr>
          <w:p>
            <w:pPr>
              <w:spacing w:before="0" w:after="0" w:line="240" w:lineRule="auto"/>
            </w:pPr>
            <w:r>
              <w:rPr>
                <w:rFonts w:ascii="Inter" w:hAnsi="Inter"/>
                <w:b/>
                <w:color w:val="D23C85"/>
                <w:sz w:val="16"/>
              </w:rPr>
              <w:t xml:space="preserve">02  </w:t>
            </w:r>
            <w:r>
              <w:rPr>
                <w:rFonts w:ascii="Inter" w:hAnsi="Inter"/>
                <w:b/>
                <w:color w:val="172238"/>
                <w:sz w:val="19"/>
              </w:rPr>
              <w:t>Bevollmächtigte Person</w:t>
            </w:r>
          </w:p>
        </w:tc>
        <w:tc>
          <w:tcPr>
            <w:tcW w:type="dxa" w:w="2324"/>
            <w:shd w:fill="F5F4F8"/>
            <w:tcMar>
              <w:top w:w="80" w:type="dxa"/>
              <w:start w:w="130" w:type="dxa"/>
              <w:bottom w:w="75" w:type="dxa"/>
              <w:end w:w="13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Inter" w:hAnsi="Inter"/>
                <w:b w:val="0"/>
                <w:color w:val="64748B"/>
                <w:sz w:val="13"/>
              </w:rPr>
              <w:t>Identifikation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919"/>
        <w:gridCol w:w="3946"/>
      </w:tblGrid>
      <w:tr>
        <w:tc>
          <w:tcPr>
            <w:tcW w:type="dxa" w:w="5919"/>
            <w:shd w:fill="FBFBFD"/>
            <w:tcBorders>
              <w:bottom w:val="single" w:sz="6" w:color="DCE2EA"/>
            </w:tcBorders>
            <w:tcMar>
              <w:top w:w="70" w:type="dxa"/>
              <w:start w:w="110" w:type="dxa"/>
              <w:bottom w:w="65" w:type="dxa"/>
              <w:end w:w="90" w:type="dxa"/>
            </w:tcMar>
          </w:tcPr>
          <w:p>
            <w:pPr>
              <w:spacing w:before="0" w:after="40" w:line="240" w:lineRule="auto"/>
            </w:pPr>
            <w:r>
              <w:rPr>
                <w:rFonts w:ascii="Inter" w:hAnsi="Inter"/>
                <w:b/>
                <w:color w:val="64748B"/>
                <w:sz w:val="14"/>
              </w:rPr>
              <w:t>Vor- und Nachname</w:t>
            </w:r>
          </w:p>
          <w:p>
            <w:pPr>
              <w:spacing w:before="0" w:after="0" w:line="240" w:lineRule="auto"/>
            </w:pPr>
            <w:sdt>
              <w:sdtPr>
                <w:id w:val="105"/>
                <w:tag w:val="BV_NAME"/>
                <w:alias w:val="Bv Name"/>
                <w:text/>
              </w:sdtPr>
              <w:sdtContent>
                <w:r>
                  <w:rPr>
                    <w:color w:val="8B91A2"/>
                    <w:sz w:val="18"/>
                    <w:rFonts w:ascii="Inter" w:hAnsi="Inter"/>
                  </w:rPr>
                  <w:t>Hier eingeben</w:t>
                </w:r>
              </w:sdtContent>
            </w:sdt>
          </w:p>
        </w:tc>
        <w:tc>
          <w:tcPr>
            <w:tcW w:type="dxa" w:w="3946"/>
            <w:shd w:fill="FBFBFD"/>
            <w:tcBorders>
              <w:bottom w:val="single" w:sz="6" w:color="DCE2EA"/>
            </w:tcBorders>
            <w:tcMar>
              <w:top w:w="70" w:type="dxa"/>
              <w:start w:w="110" w:type="dxa"/>
              <w:bottom w:w="65" w:type="dxa"/>
              <w:end w:w="90" w:type="dxa"/>
            </w:tcMar>
          </w:tcPr>
          <w:p>
            <w:pPr>
              <w:spacing w:before="0" w:after="40" w:line="240" w:lineRule="auto"/>
            </w:pPr>
            <w:r>
              <w:rPr>
                <w:rFonts w:ascii="Inter" w:hAnsi="Inter"/>
                <w:b/>
                <w:color w:val="64748B"/>
                <w:sz w:val="14"/>
              </w:rPr>
              <w:t>Geburtsdatum</w:t>
            </w:r>
          </w:p>
          <w:p>
            <w:pPr>
              <w:spacing w:before="0" w:after="0" w:line="240" w:lineRule="auto"/>
            </w:pPr>
            <w:sdt>
              <w:sdtPr>
                <w:id w:val="106"/>
                <w:tag w:val="BV_DOB"/>
                <w:alias w:val="Bv Dob"/>
                <w:text/>
              </w:sdtPr>
              <w:sdtContent>
                <w:r>
                  <w:rPr>
                    <w:color w:val="8B91A2"/>
                    <w:sz w:val="18"/>
                    <w:rFonts w:ascii="Inter" w:hAnsi="Inter"/>
                  </w:rPr>
                  <w:t>TT.MM.JJJJ</w:t>
                </w:r>
              </w:sdtContent>
            </w:sdt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fill="FBFBFD"/>
            <w:tcBorders>
              <w:bottom w:val="single" w:sz="6" w:color="DCE2EA"/>
            </w:tcBorders>
            <w:tcMar>
              <w:top w:w="70" w:type="dxa"/>
              <w:start w:w="110" w:type="dxa"/>
              <w:bottom w:w="65" w:type="dxa"/>
              <w:end w:w="90" w:type="dxa"/>
            </w:tcMar>
          </w:tcPr>
          <w:p>
            <w:pPr>
              <w:spacing w:before="0" w:after="40" w:line="240" w:lineRule="auto"/>
            </w:pPr>
            <w:r>
              <w:rPr>
                <w:rFonts w:ascii="Inter" w:hAnsi="Inter"/>
                <w:b/>
                <w:color w:val="64748B"/>
                <w:sz w:val="14"/>
              </w:rPr>
              <w:t>Straße, Hausnummer, PLZ, Ort</w:t>
            </w:r>
          </w:p>
          <w:p>
            <w:pPr>
              <w:spacing w:before="0" w:after="0" w:line="240" w:lineRule="auto"/>
            </w:pPr>
            <w:sdt>
              <w:sdtPr>
                <w:id w:val="107"/>
                <w:tag w:val="BV_ADRESSE"/>
                <w:alias w:val="Bv Adresse"/>
                <w:text/>
              </w:sdtPr>
              <w:sdtContent>
                <w:r>
                  <w:rPr>
                    <w:color w:val="8B91A2"/>
                    <w:sz w:val="18"/>
                    <w:rFonts w:ascii="Inter" w:hAnsi="Inter"/>
                  </w:rPr>
                  <w:t>Hier eingeben</w:t>
                </w:r>
              </w:sdtContent>
            </w:sdt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fill="FBFBFD"/>
            <w:tcBorders>
              <w:bottom w:val="single" w:sz="6" w:color="DCE2EA"/>
            </w:tcBorders>
            <w:tcMar>
              <w:top w:w="70" w:type="dxa"/>
              <w:start w:w="110" w:type="dxa"/>
              <w:bottom w:w="65" w:type="dxa"/>
              <w:end w:w="90" w:type="dxa"/>
            </w:tcMar>
          </w:tcPr>
          <w:p>
            <w:pPr>
              <w:spacing w:before="0" w:after="40" w:line="240" w:lineRule="auto"/>
            </w:pPr>
            <w:r>
              <w:rPr>
                <w:rFonts w:ascii="Inter" w:hAnsi="Inter"/>
                <w:b/>
                <w:color w:val="64748B"/>
                <w:sz w:val="14"/>
              </w:rPr>
              <w:t>Telefon oder E-Mail für Rückfragen</w:t>
            </w:r>
          </w:p>
          <w:p>
            <w:pPr>
              <w:spacing w:before="0" w:after="0" w:line="240" w:lineRule="auto"/>
            </w:pPr>
            <w:sdt>
              <w:sdtPr>
                <w:id w:val="108"/>
                <w:tag w:val="BV_CONTACT"/>
                <w:alias w:val="Bv Contact"/>
                <w:text/>
              </w:sdtPr>
              <w:sdtContent>
                <w:r>
                  <w:rPr>
                    <w:color w:val="8B91A2"/>
                    <w:sz w:val="18"/>
                    <w:rFonts w:ascii="Inter" w:hAnsi="Inter"/>
                  </w:rPr>
                  <w:t>Hier eingeben</w:t>
                </w:r>
              </w:sdtContent>
            </w:sdt>
          </w:p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540"/>
        <w:gridCol w:w="2324"/>
      </w:tblGrid>
      <w:tr>
        <w:tc>
          <w:tcPr>
            <w:tcW w:type="dxa" w:w="7540"/>
            <w:shd w:fill="F5F4F8"/>
            <w:tcMar>
              <w:top w:w="80" w:type="dxa"/>
              <w:start w:w="130" w:type="dxa"/>
              <w:bottom w:w="75" w:type="dxa"/>
              <w:end w:w="130" w:type="dxa"/>
            </w:tcMar>
          </w:tcPr>
          <w:p>
            <w:pPr>
              <w:spacing w:before="0" w:after="0" w:line="240" w:lineRule="auto"/>
            </w:pPr>
            <w:r>
              <w:rPr>
                <w:rFonts w:ascii="Inter" w:hAnsi="Inter"/>
                <w:b/>
                <w:color w:val="D23C85"/>
                <w:sz w:val="16"/>
              </w:rPr>
              <w:t xml:space="preserve">03  </w:t>
            </w:r>
            <w:r>
              <w:rPr>
                <w:rFonts w:ascii="Inter" w:hAnsi="Inter"/>
                <w:b/>
                <w:color w:val="172238"/>
                <w:sz w:val="19"/>
              </w:rPr>
              <w:t>Betroffene Verträge / Produkte</w:t>
            </w:r>
          </w:p>
        </w:tc>
        <w:tc>
          <w:tcPr>
            <w:tcW w:type="dxa" w:w="2324"/>
            <w:shd w:fill="F5F4F8"/>
            <w:tcMar>
              <w:top w:w="80" w:type="dxa"/>
              <w:start w:w="130" w:type="dxa"/>
              <w:bottom w:w="75" w:type="dxa"/>
              <w:end w:w="13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Inter" w:hAnsi="Inter"/>
                <w:b w:val="0"/>
                <w:color w:val="64748B"/>
                <w:sz w:val="13"/>
              </w:rPr>
              <w:t>Auswahl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tcMar>
              <w:top w:w="60" w:type="dxa"/>
              <w:start w:w="90" w:type="dxa"/>
              <w:bottom w:w="55" w:type="dxa"/>
              <w:end w:w="60" w:type="dxa"/>
            </w:tcMar>
          </w:tcPr>
          <w:p>
            <w:pPr>
              <w:spacing w:before="0" w:after="0" w:line="269" w:lineRule="auto"/>
            </w:pPr>
            <w:r/>
            <w:sdt>
              <w:sdtPr>
                <w:id w:val="109"/>
                <w:tag w:val="V_FEST"/>
                <w:alias w:val="V Fest"/>
                <w14:checkbox>
                  <w14:checked w14:val="0"/>
                  <w14:uncheckedState w14:val="2610" w14:font="DejaVu Sans"/>
                  <w14:checkedState w14:val="2612" w14:font="DejaVu Sans"/>
                </w14:checkbox>
              </w:sdtPr>
              <w:sdtContent>
                <w:r>
                  <w:rPr>
                    <w:color w:val="D23C85"/>
                    <w:rFonts w:ascii="DejaVu Sans" w:hAnsi="DejaVu Sans"/>
                    <w:sz w:val="22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color w:val="334155"/>
                <w:sz w:val="16"/>
              </w:rPr>
              <w:t xml:space="preserve">  Festnetz / Internet</w:t>
            </w:r>
            <w:r>
              <w:t xml:space="preserve">    </w:t>
            </w:r>
            <w:sdt>
              <w:sdtPr>
                <w:id w:val="110"/>
                <w:tag w:val="V_MOBIL"/>
                <w:alias w:val="V Mobil"/>
                <w14:checkbox>
                  <w14:checked w14:val="0"/>
                  <w14:uncheckedState w14:val="2610" w14:font="DejaVu Sans"/>
                  <w14:checkedState w14:val="2612" w14:font="DejaVu Sans"/>
                </w14:checkbox>
              </w:sdtPr>
              <w:sdtContent>
                <w:r>
                  <w:rPr>
                    <w:color w:val="D23C85"/>
                    <w:rFonts w:ascii="DejaVu Sans" w:hAnsi="DejaVu Sans"/>
                    <w:sz w:val="22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color w:val="334155"/>
                <w:sz w:val="16"/>
              </w:rPr>
              <w:t xml:space="preserve">  Mobilfunk</w:t>
            </w:r>
            <w:r>
              <w:t xml:space="preserve">    </w:t>
            </w:r>
            <w:sdt>
              <w:sdtPr>
                <w:id w:val="111"/>
                <w:tag w:val="V_TV"/>
                <w:alias w:val="V Tv"/>
                <w14:checkbox>
                  <w14:checked w14:val="0"/>
                  <w14:uncheckedState w14:val="2610" w14:font="DejaVu Sans"/>
                  <w14:checkedState w14:val="2612" w14:font="DejaVu Sans"/>
                </w14:checkbox>
              </w:sdtPr>
              <w:sdtContent>
                <w:r>
                  <w:rPr>
                    <w:color w:val="D23C85"/>
                    <w:rFonts w:ascii="DejaVu Sans" w:hAnsi="DejaVu Sans"/>
                    <w:sz w:val="22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color w:val="334155"/>
                <w:sz w:val="16"/>
              </w:rPr>
              <w:t xml:space="preserve">  MagentaTV / andere Dienste</w:t>
            </w:r>
          </w:p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540"/>
        <w:gridCol w:w="2324"/>
      </w:tblGrid>
      <w:tr>
        <w:tc>
          <w:tcPr>
            <w:tcW w:type="dxa" w:w="7540"/>
            <w:shd w:fill="F5F4F8"/>
            <w:tcMar>
              <w:top w:w="80" w:type="dxa"/>
              <w:start w:w="130" w:type="dxa"/>
              <w:bottom w:w="75" w:type="dxa"/>
              <w:end w:w="130" w:type="dxa"/>
            </w:tcMar>
          </w:tcPr>
          <w:p>
            <w:pPr>
              <w:spacing w:before="0" w:after="0" w:line="240" w:lineRule="auto"/>
            </w:pPr>
            <w:r>
              <w:rPr>
                <w:rFonts w:ascii="Inter" w:hAnsi="Inter"/>
                <w:b/>
                <w:color w:val="D23C85"/>
                <w:sz w:val="16"/>
              </w:rPr>
              <w:t xml:space="preserve">04  </w:t>
            </w:r>
            <w:r>
              <w:rPr>
                <w:rFonts w:ascii="Inter" w:hAnsi="Inter"/>
                <w:b/>
                <w:color w:val="172238"/>
                <w:sz w:val="19"/>
              </w:rPr>
              <w:t>Umfang der Bevollmächtigung</w:t>
            </w:r>
          </w:p>
        </w:tc>
        <w:tc>
          <w:tcPr>
            <w:tcW w:type="dxa" w:w="2324"/>
            <w:shd w:fill="F5F4F8"/>
            <w:tcMar>
              <w:top w:w="80" w:type="dxa"/>
              <w:start w:w="130" w:type="dxa"/>
              <w:bottom w:w="75" w:type="dxa"/>
              <w:end w:w="13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Inter" w:hAnsi="Inter"/>
                <w:b w:val="0"/>
                <w:color w:val="64748B"/>
                <w:sz w:val="13"/>
              </w:rPr>
              <w:t>Nur angekreuzte Rechte</w:t>
            </w:r>
          </w:p>
        </w:tc>
      </w:tr>
    </w:tbl>
    <w:p>
      <w:pPr>
        <w:spacing w:before="100" w:after="60" w:line="283" w:lineRule="auto"/>
      </w:pPr>
      <w:r>
        <w:rPr>
          <w:rFonts w:ascii="Inter" w:hAnsi="Inter"/>
          <w:b w:val="0"/>
          <w:color w:val="334155"/>
          <w:sz w:val="16"/>
        </w:rPr>
        <w:t>Ich bevollmächtige die oben genannte Person, mich gegenüber der Telekom Deutschland GmbH ausschließlich bei den folgenden angekreuzten Angelegenheiten zu vertreten: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c>
          <w:tcPr>
            <w:tcW w:type="dxa" w:w="4933"/>
            <w:shd w:fill="FFFFFF"/>
            <w:tcBorders>
              <w:bottom w:val="single" w:sz="4" w:color="E7E4ED"/>
            </w:tcBorders>
            <w:tcMar>
              <w:top w:w="62" w:type="dxa"/>
              <w:start w:w="90" w:type="dxa"/>
              <w:bottom w:w="70" w:type="dxa"/>
              <w:end w:w="110" w:type="dxa"/>
            </w:tcMar>
          </w:tcPr>
          <w:p>
            <w:pPr>
              <w:spacing w:before="0" w:after="0" w:line="264" w:lineRule="auto"/>
            </w:pPr>
            <w:sdt>
              <w:sdtPr>
                <w:id w:val="112"/>
                <w:tag w:val="P_AUSK"/>
                <w:alias w:val="P Ausk"/>
                <w14:checkbox>
                  <w14:checked w14:val="0"/>
                  <w14:uncheckedState w14:val="2610" w14:font="DejaVu Sans"/>
                  <w14:checkedState w14:val="2612" w14:font="DejaVu Sans"/>
                </w14:checkbox>
              </w:sdtPr>
              <w:sdtContent>
                <w:r>
                  <w:rPr>
                    <w:color w:val="D23C85"/>
                    <w:rFonts w:ascii="DejaVu Sans" w:hAnsi="DejaVu Sans"/>
                    <w:sz w:val="22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color w:val="334155"/>
                <w:sz w:val="16"/>
              </w:rPr>
              <w:t xml:space="preserve">  Auskünfte zu Vertrags- und Auftragsstatus</w:t>
            </w:r>
          </w:p>
        </w:tc>
        <w:tc>
          <w:tcPr>
            <w:tcW w:type="dxa" w:w="4933"/>
            <w:shd w:fill="FFFFFF"/>
            <w:tcBorders>
              <w:bottom w:val="single" w:sz="4" w:color="E7E4ED"/>
            </w:tcBorders>
            <w:tcMar>
              <w:top w:w="62" w:type="dxa"/>
              <w:start w:w="90" w:type="dxa"/>
              <w:bottom w:w="70" w:type="dxa"/>
              <w:end w:w="110" w:type="dxa"/>
            </w:tcMar>
          </w:tcPr>
          <w:p>
            <w:pPr>
              <w:spacing w:before="0" w:after="0" w:line="264" w:lineRule="auto"/>
            </w:pPr>
            <w:sdt>
              <w:sdtPr>
                <w:id w:val="113"/>
                <w:tag w:val="P_STOER"/>
                <w:alias w:val="P Stoer"/>
                <w14:checkbox>
                  <w14:checked w14:val="0"/>
                  <w14:uncheckedState w14:val="2610" w14:font="DejaVu Sans"/>
                  <w14:checkedState w14:val="2612" w14:font="DejaVu Sans"/>
                </w14:checkbox>
              </w:sdtPr>
              <w:sdtContent>
                <w:r>
                  <w:rPr>
                    <w:color w:val="D23C85"/>
                    <w:rFonts w:ascii="DejaVu Sans" w:hAnsi="DejaVu Sans"/>
                    <w:sz w:val="22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color w:val="334155"/>
                <w:sz w:val="16"/>
              </w:rPr>
              <w:t xml:space="preserve">  Störungen melden / Termine vereinbaren</w:t>
            </w:r>
          </w:p>
        </w:tc>
      </w:tr>
      <w:tr>
        <w:tc>
          <w:tcPr>
            <w:tcW w:type="dxa" w:w="4933"/>
            <w:shd w:fill="FFFFFF"/>
            <w:tcBorders>
              <w:bottom w:val="single" w:sz="4" w:color="E7E4ED"/>
            </w:tcBorders>
            <w:tcMar>
              <w:top w:w="62" w:type="dxa"/>
              <w:start w:w="90" w:type="dxa"/>
              <w:bottom w:w="70" w:type="dxa"/>
              <w:end w:w="110" w:type="dxa"/>
            </w:tcMar>
          </w:tcPr>
          <w:p>
            <w:pPr>
              <w:spacing w:before="0" w:after="0" w:line="264" w:lineRule="auto"/>
            </w:pPr>
            <w:sdt>
              <w:sdtPr>
                <w:id w:val="114"/>
                <w:tag w:val="P_RECH"/>
                <w:alias w:val="P Rech"/>
                <w14:checkbox>
                  <w14:checked w14:val="0"/>
                  <w14:uncheckedState w14:val="2610" w14:font="DejaVu Sans"/>
                  <w14:checkedState w14:val="2612" w14:font="DejaVu Sans"/>
                </w14:checkbox>
              </w:sdtPr>
              <w:sdtContent>
                <w:r>
                  <w:rPr>
                    <w:color w:val="D23C85"/>
                    <w:rFonts w:ascii="DejaVu Sans" w:hAnsi="DejaVu Sans"/>
                    <w:sz w:val="22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color w:val="334155"/>
                <w:sz w:val="16"/>
              </w:rPr>
              <w:t xml:space="preserve">  Rechnungen und Entgelte einsehen</w:t>
            </w:r>
          </w:p>
        </w:tc>
        <w:tc>
          <w:tcPr>
            <w:tcW w:type="dxa" w:w="4933"/>
            <w:shd w:fill="FFFFFF"/>
            <w:tcBorders>
              <w:bottom w:val="single" w:sz="4" w:color="E7E4ED"/>
            </w:tcBorders>
            <w:tcMar>
              <w:top w:w="62" w:type="dxa"/>
              <w:start w:w="90" w:type="dxa"/>
              <w:bottom w:w="70" w:type="dxa"/>
              <w:end w:w="110" w:type="dxa"/>
            </w:tcMar>
          </w:tcPr>
          <w:p>
            <w:pPr>
              <w:spacing w:before="0" w:after="0" w:line="264" w:lineRule="auto"/>
            </w:pPr>
            <w:sdt>
              <w:sdtPr>
                <w:id w:val="115"/>
                <w:tag w:val="P_DATEN"/>
                <w:alias w:val="P Daten"/>
                <w14:checkbox>
                  <w14:checked w14:val="0"/>
                  <w14:uncheckedState w14:val="2610" w14:font="DejaVu Sans"/>
                  <w14:checkedState w14:val="2612" w14:font="DejaVu Sans"/>
                </w14:checkbox>
              </w:sdtPr>
              <w:sdtContent>
                <w:r>
                  <w:rPr>
                    <w:color w:val="D23C85"/>
                    <w:rFonts w:ascii="DejaVu Sans" w:hAnsi="DejaVu Sans"/>
                    <w:sz w:val="22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color w:val="334155"/>
                <w:sz w:val="16"/>
              </w:rPr>
              <w:t xml:space="preserve">  Kontaktdaten / Anschrift ändern</w:t>
            </w:r>
          </w:p>
        </w:tc>
      </w:tr>
    </w:tbl>
    <w:p>
      <w:pPr>
        <w:spacing w:before="80" w:after="40" w:line="240" w:lineRule="auto"/>
      </w:pPr>
      <w:r>
        <w:rPr>
          <w:rFonts w:ascii="Inter" w:hAnsi="Inter"/>
          <w:b/>
          <w:color w:val="5D327D"/>
          <w:sz w:val="14"/>
        </w:rPr>
        <w:t>RECHTSVERBINDLICHE ÄNDERUNGEN  –  NUR BEI AUSDRÜCKLICHEM KREUZ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c>
          <w:tcPr>
            <w:tcW w:type="dxa" w:w="4933"/>
            <w:shd w:fill="FFF5FA"/>
            <w:tcBorders>
              <w:bottom w:val="single" w:sz="4" w:color="E7E4ED"/>
            </w:tcBorders>
            <w:tcMar>
              <w:top w:w="62" w:type="dxa"/>
              <w:start w:w="90" w:type="dxa"/>
              <w:bottom w:w="70" w:type="dxa"/>
              <w:end w:w="110" w:type="dxa"/>
            </w:tcMar>
          </w:tcPr>
          <w:p>
            <w:pPr>
              <w:spacing w:before="0" w:after="0" w:line="264" w:lineRule="auto"/>
            </w:pPr>
            <w:sdt>
              <w:sdtPr>
                <w:id w:val="116"/>
                <w:tag w:val="P_TARIF"/>
                <w:alias w:val="P Tarif"/>
                <w14:checkbox>
                  <w14:checked w14:val="0"/>
                  <w14:uncheckedState w14:val="2610" w14:font="DejaVu Sans"/>
                  <w14:checkedState w14:val="2612" w14:font="DejaVu Sans"/>
                </w14:checkbox>
              </w:sdtPr>
              <w:sdtContent>
                <w:r>
                  <w:rPr>
                    <w:color w:val="D23C85"/>
                    <w:rFonts w:ascii="DejaVu Sans" w:hAnsi="DejaVu Sans"/>
                    <w:sz w:val="22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color w:val="334155"/>
                <w:sz w:val="16"/>
              </w:rPr>
              <w:t xml:space="preserve">  Tarif oder kostenpflichtige Optionen ändern</w:t>
            </w:r>
          </w:p>
        </w:tc>
        <w:tc>
          <w:tcPr>
            <w:tcW w:type="dxa" w:w="4933"/>
            <w:shd w:fill="FFF5FA"/>
            <w:tcBorders>
              <w:bottom w:val="single" w:sz="4" w:color="E7E4ED"/>
            </w:tcBorders>
            <w:tcMar>
              <w:top w:w="62" w:type="dxa"/>
              <w:start w:w="90" w:type="dxa"/>
              <w:bottom w:w="70" w:type="dxa"/>
              <w:end w:w="110" w:type="dxa"/>
            </w:tcMar>
          </w:tcPr>
          <w:p>
            <w:pPr>
              <w:spacing w:before="0" w:after="0" w:line="264" w:lineRule="auto"/>
            </w:pPr>
            <w:sdt>
              <w:sdtPr>
                <w:id w:val="117"/>
                <w:tag w:val="P_VERL"/>
                <w:alias w:val="P Verl"/>
                <w14:checkbox>
                  <w14:checked w14:val="0"/>
                  <w14:uncheckedState w14:val="2610" w14:font="DejaVu Sans"/>
                  <w14:checkedState w14:val="2612" w14:font="DejaVu Sans"/>
                </w14:checkbox>
              </w:sdtPr>
              <w:sdtContent>
                <w:r>
                  <w:rPr>
                    <w:color w:val="D23C85"/>
                    <w:rFonts w:ascii="DejaVu Sans" w:hAnsi="DejaVu Sans"/>
                    <w:sz w:val="22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color w:val="334155"/>
                <w:sz w:val="16"/>
              </w:rPr>
              <w:t xml:space="preserve">  Vertragsverlängerung veranlassen</w:t>
            </w:r>
          </w:p>
        </w:tc>
      </w:tr>
      <w:tr>
        <w:tc>
          <w:tcPr>
            <w:tcW w:type="dxa" w:w="4933"/>
            <w:shd w:fill="FFF5FA"/>
            <w:tcBorders>
              <w:bottom w:val="single" w:sz="4" w:color="E7E4ED"/>
            </w:tcBorders>
            <w:tcMar>
              <w:top w:w="62" w:type="dxa"/>
              <w:start w:w="90" w:type="dxa"/>
              <w:bottom w:w="70" w:type="dxa"/>
              <w:end w:w="110" w:type="dxa"/>
            </w:tcMar>
          </w:tcPr>
          <w:p>
            <w:pPr>
              <w:spacing w:before="0" w:after="0" w:line="264" w:lineRule="auto"/>
            </w:pPr>
            <w:sdt>
              <w:sdtPr>
                <w:id w:val="118"/>
                <w:tag w:val="P_KUEND"/>
                <w:alias w:val="P Kuend"/>
                <w14:checkbox>
                  <w14:checked w14:val="0"/>
                  <w14:uncheckedState w14:val="2610" w14:font="DejaVu Sans"/>
                  <w14:checkedState w14:val="2612" w14:font="DejaVu Sans"/>
                </w14:checkbox>
              </w:sdtPr>
              <w:sdtContent>
                <w:r>
                  <w:rPr>
                    <w:color w:val="D23C85"/>
                    <w:rFonts w:ascii="DejaVu Sans" w:hAnsi="DejaVu Sans"/>
                    <w:sz w:val="22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color w:val="334155"/>
                <w:sz w:val="16"/>
              </w:rPr>
              <w:t xml:space="preserve">  Kündigung eines Vertrags erklären</w:t>
            </w:r>
          </w:p>
        </w:tc>
        <w:tc>
          <w:tcPr>
            <w:tcW w:type="dxa" w:w="4933"/>
            <w:shd w:fill="FFF5FA"/>
            <w:tcBorders>
              <w:bottom w:val="single" w:sz="4" w:color="E7E4ED"/>
            </w:tcBorders>
            <w:tcMar>
              <w:top w:w="62" w:type="dxa"/>
              <w:start w:w="90" w:type="dxa"/>
              <w:bottom w:w="70" w:type="dxa"/>
              <w:end w:w="110" w:type="dxa"/>
            </w:tcMar>
          </w:tcPr>
          <w:p>
            <w:pPr>
              <w:spacing w:before="0" w:after="0" w:line="264" w:lineRule="auto"/>
            </w:pPr>
            <w:sdt>
              <w:sdtPr>
                <w:id w:val="119"/>
                <w:tag w:val="P_UMZUG"/>
                <w:alias w:val="P Umzug"/>
                <w14:checkbox>
                  <w14:checked w14:val="0"/>
                  <w14:uncheckedState w14:val="2610" w14:font="DejaVu Sans"/>
                  <w14:checkedState w14:val="2612" w14:font="DejaVu Sans"/>
                </w14:checkbox>
              </w:sdtPr>
              <w:sdtContent>
                <w:r>
                  <w:rPr>
                    <w:color w:val="D23C85"/>
                    <w:rFonts w:ascii="DejaVu Sans" w:hAnsi="DejaVu Sans"/>
                    <w:sz w:val="22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color w:val="334155"/>
                <w:sz w:val="16"/>
              </w:rPr>
              <w:t xml:space="preserve">  Umzug des Anschlusses beauftragen</w:t>
            </w:r>
          </w:p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540"/>
        <w:gridCol w:w="2324"/>
      </w:tblGrid>
      <w:tr>
        <w:tc>
          <w:tcPr>
            <w:tcW w:type="dxa" w:w="7540"/>
            <w:shd w:fill="F5F4F8"/>
            <w:tcMar>
              <w:top w:w="80" w:type="dxa"/>
              <w:start w:w="130" w:type="dxa"/>
              <w:bottom w:w="75" w:type="dxa"/>
              <w:end w:w="130" w:type="dxa"/>
            </w:tcMar>
          </w:tcPr>
          <w:p>
            <w:pPr>
              <w:spacing w:before="0" w:after="0" w:line="240" w:lineRule="auto"/>
            </w:pPr>
            <w:r>
              <w:rPr>
                <w:rFonts w:ascii="Inter" w:hAnsi="Inter"/>
                <w:b/>
                <w:color w:val="D23C85"/>
                <w:sz w:val="16"/>
              </w:rPr>
              <w:t xml:space="preserve">05  </w:t>
            </w:r>
            <w:r>
              <w:rPr>
                <w:rFonts w:ascii="Inter" w:hAnsi="Inter"/>
                <w:b/>
                <w:color w:val="172238"/>
                <w:sz w:val="19"/>
              </w:rPr>
              <w:t>Zeitliche Geltung und Grenzen</w:t>
            </w:r>
          </w:p>
        </w:tc>
        <w:tc>
          <w:tcPr>
            <w:tcW w:type="dxa" w:w="2324"/>
            <w:shd w:fill="F5F4F8"/>
            <w:tcMar>
              <w:top w:w="80" w:type="dxa"/>
              <w:start w:w="130" w:type="dxa"/>
              <w:bottom w:w="75" w:type="dxa"/>
              <w:end w:w="13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Inter" w:hAnsi="Inter"/>
                <w:b w:val="0"/>
                <w:color w:val="64748B"/>
                <w:sz w:val="13"/>
              </w:rPr>
              <w:t>Auswahl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tcMar>
              <w:top w:w="60" w:type="dxa"/>
              <w:start w:w="90" w:type="dxa"/>
              <w:bottom w:w="55" w:type="dxa"/>
              <w:end w:w="60" w:type="dxa"/>
            </w:tcMar>
          </w:tcPr>
          <w:p>
            <w:pPr>
              <w:spacing w:before="0" w:after="0" w:line="269" w:lineRule="auto"/>
            </w:pPr>
            <w:r/>
            <w:sdt>
              <w:sdtPr>
                <w:id w:val="120"/>
                <w:tag w:val="G_EIN"/>
                <w:alias w:val="G Ein"/>
                <w14:checkbox>
                  <w14:checked w14:val="0"/>
                  <w14:uncheckedState w14:val="2610" w14:font="DejaVu Sans"/>
                  <w14:checkedState w14:val="2612" w14:font="DejaVu Sans"/>
                </w14:checkbox>
              </w:sdtPr>
              <w:sdtContent>
                <w:r>
                  <w:rPr>
                    <w:color w:val="D23C85"/>
                    <w:rFonts w:ascii="DejaVu Sans" w:hAnsi="DejaVu Sans"/>
                    <w:sz w:val="22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color w:val="334155"/>
                <w:sz w:val="16"/>
              </w:rPr>
              <w:t xml:space="preserve">  Einmalig für den bezeichneten Vorgang</w:t>
            </w:r>
            <w:r>
              <w:t xml:space="preserve">    </w:t>
            </w:r>
            <w:sdt>
              <w:sdtPr>
                <w:id w:val="121"/>
                <w:tag w:val="G_BIS"/>
                <w:alias w:val="G Bis"/>
                <w14:checkbox>
                  <w14:checked w14:val="0"/>
                  <w14:uncheckedState w14:val="2610" w14:font="DejaVu Sans"/>
                  <w14:checkedState w14:val="2612" w14:font="DejaVu Sans"/>
                </w14:checkbox>
              </w:sdtPr>
              <w:sdtContent>
                <w:r>
                  <w:rPr>
                    <w:color w:val="D23C85"/>
                    <w:rFonts w:ascii="DejaVu Sans" w:hAnsi="DejaVu Sans"/>
                    <w:sz w:val="22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color w:val="334155"/>
                <w:sz w:val="16"/>
              </w:rPr>
              <w:t xml:space="preserve">  Bis zum genannten Enddatum</w:t>
            </w:r>
            <w:r>
              <w:t xml:space="preserve">    </w:t>
            </w:r>
            <w:sdt>
              <w:sdtPr>
                <w:id w:val="122"/>
                <w:tag w:val="G_WID"/>
                <w:alias w:val="G Wid"/>
                <w14:checkbox>
                  <w14:checked w14:val="0"/>
                  <w14:uncheckedState w14:val="2610" w14:font="DejaVu Sans"/>
                  <w14:checkedState w14:val="2612" w14:font="DejaVu Sans"/>
                </w14:checkbox>
              </w:sdtPr>
              <w:sdtContent>
                <w:r>
                  <w:rPr>
                    <w:color w:val="D23C85"/>
                    <w:rFonts w:ascii="DejaVu Sans" w:hAnsi="DejaVu Sans"/>
                    <w:sz w:val="22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color w:val="334155"/>
                <w:sz w:val="16"/>
              </w:rPr>
              <w:t xml:space="preserve">  Bis auf Widerruf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18"/>
        <w:gridCol w:w="2818"/>
        <w:gridCol w:w="4228"/>
      </w:tblGrid>
      <w:tr>
        <w:tc>
          <w:tcPr>
            <w:tcW w:type="dxa" w:w="2818"/>
            <w:shd w:fill="FBFBFD"/>
            <w:tcBorders>
              <w:bottom w:val="single" w:sz="6" w:color="DCE2EA"/>
            </w:tcBorders>
            <w:tcMar>
              <w:top w:w="70" w:type="dxa"/>
              <w:start w:w="110" w:type="dxa"/>
              <w:bottom w:w="65" w:type="dxa"/>
              <w:end w:w="90" w:type="dxa"/>
            </w:tcMar>
          </w:tcPr>
          <w:p>
            <w:pPr>
              <w:spacing w:before="0" w:after="40" w:line="240" w:lineRule="auto"/>
            </w:pPr>
            <w:r>
              <w:rPr>
                <w:rFonts w:ascii="Inter" w:hAnsi="Inter"/>
                <w:b/>
                <w:color w:val="64748B"/>
                <w:sz w:val="14"/>
              </w:rPr>
              <w:t>Beginn der Vollmacht</w:t>
            </w:r>
          </w:p>
          <w:p>
            <w:pPr>
              <w:spacing w:before="0" w:after="0" w:line="240" w:lineRule="auto"/>
            </w:pPr>
            <w:sdt>
              <w:sdtPr>
                <w:id w:val="123"/>
                <w:tag w:val="START"/>
                <w:alias w:val="Start"/>
                <w:text/>
              </w:sdtPr>
              <w:sdtContent>
                <w:r>
                  <w:rPr>
                    <w:color w:val="8B91A2"/>
                    <w:sz w:val="18"/>
                    <w:rFonts w:ascii="Inter" w:hAnsi="Inter"/>
                  </w:rPr>
                  <w:t>TT.MM.JJJJ</w:t>
                </w:r>
              </w:sdtContent>
            </w:sdt>
          </w:p>
        </w:tc>
        <w:tc>
          <w:tcPr>
            <w:tcW w:type="dxa" w:w="2818"/>
            <w:shd w:fill="FBFBFD"/>
            <w:tcBorders>
              <w:bottom w:val="single" w:sz="6" w:color="DCE2EA"/>
            </w:tcBorders>
            <w:tcMar>
              <w:top w:w="70" w:type="dxa"/>
              <w:start w:w="110" w:type="dxa"/>
              <w:bottom w:w="65" w:type="dxa"/>
              <w:end w:w="90" w:type="dxa"/>
            </w:tcMar>
          </w:tcPr>
          <w:p>
            <w:pPr>
              <w:spacing w:before="0" w:after="40" w:line="240" w:lineRule="auto"/>
            </w:pPr>
            <w:r>
              <w:rPr>
                <w:rFonts w:ascii="Inter" w:hAnsi="Inter"/>
                <w:b/>
                <w:color w:val="64748B"/>
                <w:sz w:val="14"/>
              </w:rPr>
              <w:t>Enddatum (falls zutreffend)</w:t>
            </w:r>
          </w:p>
          <w:p>
            <w:pPr>
              <w:spacing w:before="0" w:after="0" w:line="240" w:lineRule="auto"/>
            </w:pPr>
            <w:sdt>
              <w:sdtPr>
                <w:id w:val="124"/>
                <w:tag w:val="END"/>
                <w:alias w:val="End"/>
                <w:text/>
              </w:sdtPr>
              <w:sdtContent>
                <w:r>
                  <w:rPr>
                    <w:color w:val="8B91A2"/>
                    <w:sz w:val="18"/>
                    <w:rFonts w:ascii="Inter" w:hAnsi="Inter"/>
                  </w:rPr>
                  <w:t>TT.MM.JJJJ</w:t>
                </w:r>
              </w:sdtContent>
            </w:sdt>
          </w:p>
        </w:tc>
        <w:tc>
          <w:tcPr>
            <w:tcW w:type="dxa" w:w="4228"/>
            <w:shd w:fill="FBFBFD"/>
            <w:tcBorders>
              <w:bottom w:val="single" w:sz="6" w:color="DCE2EA"/>
            </w:tcBorders>
            <w:tcMar>
              <w:top w:w="70" w:type="dxa"/>
              <w:start w:w="110" w:type="dxa"/>
              <w:bottom w:w="65" w:type="dxa"/>
              <w:end w:w="90" w:type="dxa"/>
            </w:tcMar>
          </w:tcPr>
          <w:p>
            <w:pPr>
              <w:spacing w:before="0" w:after="40" w:line="240" w:lineRule="auto"/>
            </w:pPr>
            <w:r>
              <w:rPr>
                <w:rFonts w:ascii="Inter" w:hAnsi="Inter"/>
                <w:b/>
                <w:color w:val="64748B"/>
                <w:sz w:val="14"/>
              </w:rPr>
              <w:t>Zusätzliche Beschränkung (optional)</w:t>
            </w:r>
          </w:p>
          <w:p>
            <w:pPr>
              <w:spacing w:before="0" w:after="0" w:line="240" w:lineRule="auto"/>
            </w:pPr>
            <w:sdt>
              <w:sdtPr>
                <w:id w:val="125"/>
                <w:tag w:val="LIMIT"/>
                <w:alias w:val="Limit"/>
                <w:text/>
              </w:sdtPr>
              <w:sdtContent>
                <w:r>
                  <w:rPr>
                    <w:color w:val="8B91A2"/>
                    <w:sz w:val="18"/>
                    <w:rFonts w:ascii="Inter" w:hAnsi="Inter"/>
                  </w:rPr>
                  <w:t>Keine / Text eingeben</w:t>
                </w:r>
              </w:sdtContent>
            </w:sdt>
          </w:p>
        </w:tc>
      </w:tr>
    </w:tbl>
    <w:p>
      <w:pPr>
        <w:spacing w:before="120" w:after="60" w:line="283" w:lineRule="auto"/>
      </w:pPr>
      <w:r>
        <w:rPr>
          <w:rFonts w:ascii="Inter" w:hAnsi="Inter"/>
          <w:b w:val="0"/>
          <w:color w:val="334155"/>
          <w:sz w:val="15"/>
        </w:rPr>
        <w:t>Die Telekom darf der bevollmächtigten Person die zur Ausübung der angekreuzten Befugnisse erforderlichen Vertrags- und Rechnungsinformationen mitteilen. Eine Weitergabe von Passwörtern oder Login-Zugangsdaten ist nicht umfasst. Bankverbindungsänderungen, Vertragsübernahmen und Untervollmachten sind nicht gestattet. Die Vollmacht ist jederzeit widerruflich.</w:t>
      </w:r>
    </w:p>
    <w:p>
      <w:pPr>
        <w:spacing w:before="20" w:after="20" w:line="240" w:lineRule="auto"/>
      </w:pPr>
      <w:sdt>
        <w:sdtPr>
          <w:id w:val="126"/>
          <w:tag w:val="BEILAGE"/>
          <w:alias w:val="Beilage"/>
          <w14:checkbox>
            <w14:checked w14:val="0"/>
            <w14:uncheckedState w14:val="2610" w14:font="DejaVu Sans"/>
            <w14:checkedState w14:val="2612" w14:font="DejaVu Sans"/>
          </w14:checkbox>
        </w:sdtPr>
        <w:sdtContent>
          <w:r>
            <w:rPr>
              <w:color w:val="D23C85"/>
              <w:rFonts w:ascii="DejaVu Sans" w:hAnsi="DejaVu Sans"/>
              <w:sz w:val="22"/>
            </w:rPr>
            <w:t>☐</w:t>
          </w:r>
        </w:sdtContent>
      </w:sdt>
      <w:r>
        <w:rPr>
          <w:rFonts w:ascii="Inter" w:hAnsi="Inter"/>
          <w:b w:val="0"/>
          <w:color w:val="334155"/>
          <w:sz w:val="15"/>
        </w:rPr>
        <w:t xml:space="preserve">  Optionales Auftragsblatt (Seite 2) ist beigefügt.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c>
          <w:tcPr>
            <w:tcW w:type="dxa" w:w="4933"/>
            <w:tcMar>
              <w:top w:w="120" w:type="dxa"/>
              <w:start w:w="0" w:type="dxa"/>
              <w:bottom w:w="60" w:type="dxa"/>
              <w:end w:w="180" w:type="dxa"/>
            </w:tcMar>
            <w:tcBorders>
              <w:bottom w:val="single" w:sz="7" w:color="7D8492"/>
            </w:tcBorders>
          </w:tcPr>
          <w:p>
            <w:pPr>
              <w:spacing w:before="0" w:after="60" w:line="240" w:lineRule="auto"/>
            </w:pPr>
            <w:sdt>
              <w:sdtPr>
                <w:id w:val="127"/>
                <w:tag w:val="ORT_DATUM"/>
                <w:alias w:val="Ort Datum"/>
                <w:text/>
              </w:sdtPr>
              <w:sdtContent>
                <w:r>
                  <w:rPr>
                    <w:color w:val="8B91A2"/>
                    <w:sz w:val="17"/>
                    <w:rFonts w:ascii="Inter" w:hAnsi="Inter"/>
                  </w:rPr>
                  <w:t>Ort, Datum</w:t>
                </w:r>
              </w:sdtContent>
            </w:sdt>
          </w:p>
          <w:p>
            <w:pPr>
              <w:spacing w:before="40" w:after="0" w:line="240" w:lineRule="auto"/>
            </w:pPr>
            <w:r>
              <w:rPr>
                <w:rFonts w:ascii="Inter" w:hAnsi="Inter"/>
                <w:b w:val="0"/>
                <w:color w:val="64748B"/>
                <w:sz w:val="14"/>
              </w:rPr>
              <w:t>Ort und Datum</w:t>
            </w:r>
          </w:p>
        </w:tc>
        <w:tc>
          <w:tcPr>
            <w:tcW w:type="dxa" w:w="4933"/>
            <w:tcMar>
              <w:top w:w="120" w:type="dxa"/>
              <w:start w:w="0" w:type="dxa"/>
              <w:bottom w:w="60" w:type="dxa"/>
              <w:end w:w="180" w:type="dxa"/>
            </w:tcMar>
            <w:tcBorders>
              <w:bottom w:val="single" w:sz="7" w:color="7D8492"/>
            </w:tcBorders>
          </w:tcPr>
          <w:p>
            <w:pPr>
              <w:spacing w:before="0" w:after="60" w:line="240" w:lineRule="auto"/>
            </w:pPr>
            <w:sdt>
              <w:sdtPr>
                <w:id w:val="128"/>
                <w:tag w:val="UNTERSCHRIFT"/>
                <w:alias w:val="Unterschrift"/>
                <w:text/>
              </w:sdtPr>
              <w:sdtContent>
                <w:r>
                  <w:rPr>
                    <w:color w:val="8B91A2"/>
                    <w:sz w:val="17"/>
                    <w:rFonts w:ascii="Inter" w:hAnsi="Inter"/>
                  </w:rPr>
                  <w:t>Unterschrift</w:t>
                </w:r>
              </w:sdtContent>
            </w:sdt>
          </w:p>
          <w:p>
            <w:pPr>
              <w:spacing w:before="40" w:after="0" w:line="240" w:lineRule="auto"/>
            </w:pPr>
            <w:r>
              <w:rPr>
                <w:rFonts w:ascii="Inter" w:hAnsi="Inter"/>
                <w:b w:val="0"/>
                <w:color w:val="64748B"/>
                <w:sz w:val="14"/>
              </w:rPr>
              <w:t>Unterschrift der vollmachtgebenden Person</w:t>
            </w:r>
          </w:p>
        </w:tc>
      </w:tr>
    </w:tbl>
    <w:p>
      <w:pPr>
        <w:spacing w:before="0" w:after="0" w:line="240" w:lineRule="auto"/>
      </w:pPr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690"/>
        <w:gridCol w:w="3175"/>
      </w:tblGrid>
      <w:tr>
        <w:tc>
          <w:tcPr>
            <w:tcW w:type="dxa" w:w="6690"/>
            <w:shd w:fill="172238"/>
            <w:tcMar>
              <w:top w:w="160" w:type="dxa"/>
              <w:start w:w="220" w:type="dxa"/>
              <w:bottom w:w="140" w:type="dxa"/>
              <w:end w:w="180" w:type="dxa"/>
            </w:tcMar>
          </w:tcPr>
          <w:p>
            <w:pPr>
              <w:spacing w:before="0" w:after="60" w:line="240" w:lineRule="auto"/>
            </w:pPr>
            <w:r>
              <w:rPr>
                <w:rFonts w:ascii="Inter" w:hAnsi="Inter"/>
                <w:b/>
                <w:color w:val="C8CBDA"/>
                <w:sz w:val="15"/>
              </w:rPr>
              <w:t>DOKUMENT  /  TELEKOM VERTRAGSSERVICE</w:t>
            </w:r>
          </w:p>
          <w:p>
            <w:pPr>
              <w:spacing w:before="0" w:after="0" w:line="240" w:lineRule="auto"/>
            </w:pPr>
            <w:r>
              <w:rPr>
                <w:rFonts w:ascii="Inter Display" w:hAnsi="Inter Display"/>
                <w:b/>
                <w:color w:val="FFFFFF"/>
                <w:sz w:val="39"/>
              </w:rPr>
              <w:t>Auftragsblatt</w:t>
            </w:r>
          </w:p>
        </w:tc>
        <w:tc>
          <w:tcPr>
            <w:tcW w:type="dxa" w:w="3175"/>
            <w:shd w:fill="172238"/>
            <w:tcMar>
              <w:top w:w="160" w:type="dxa"/>
              <w:start w:w="220" w:type="dxa"/>
              <w:bottom w:w="140" w:type="dxa"/>
              <w:end w:w="180" w:type="dxa"/>
            </w:tcMar>
          </w:tcPr>
          <w:p>
            <w:pPr>
              <w:spacing w:before="0" w:after="60" w:line="240" w:lineRule="auto"/>
              <w:jc w:val="right"/>
            </w:pPr>
            <w:r>
              <w:rPr>
                <w:rFonts w:ascii="Inter" w:hAnsi="Inter"/>
                <w:b/>
                <w:color w:val="EDBBD9"/>
                <w:sz w:val="14"/>
              </w:rPr>
              <w:t>PRIVATES MUSTER</w:t>
            </w:r>
          </w:p>
          <w:p>
            <w:pPr>
              <w:spacing w:before="0" w:after="0" w:line="240" w:lineRule="auto"/>
              <w:jc w:val="right"/>
            </w:pPr>
            <w:r>
              <w:rPr>
                <w:rFonts w:ascii="Inter" w:hAnsi="Inter"/>
                <w:b/>
                <w:color w:val="FFFFFF"/>
                <w:sz w:val="22"/>
              </w:rPr>
              <w:t>02 / 02</w:t>
            </w:r>
          </w:p>
        </w:tc>
      </w:tr>
    </w:tbl>
    <w:p>
      <w:pPr>
        <w:spacing w:before="120" w:after="220" w:line="240" w:lineRule="auto"/>
      </w:pPr>
      <w:r>
        <w:rPr>
          <w:rFonts w:ascii="Inter" w:hAnsi="Inter"/>
          <w:b w:val="0"/>
          <w:color w:val="64748B"/>
          <w:sz w:val="16"/>
        </w:rPr>
        <w:t>Optionale Anlage zur Vollmacht – nur ausfüllen, wenn ein konkreter Vorgang dokumentiert werden soll.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540"/>
        <w:gridCol w:w="2324"/>
      </w:tblGrid>
      <w:tr>
        <w:tc>
          <w:tcPr>
            <w:tcW w:type="dxa" w:w="7540"/>
            <w:shd w:fill="F5F4F8"/>
            <w:tcMar>
              <w:top w:w="80" w:type="dxa"/>
              <w:start w:w="130" w:type="dxa"/>
              <w:bottom w:w="75" w:type="dxa"/>
              <w:end w:w="130" w:type="dxa"/>
            </w:tcMar>
          </w:tcPr>
          <w:p>
            <w:pPr>
              <w:spacing w:before="0" w:after="0" w:line="240" w:lineRule="auto"/>
            </w:pPr>
            <w:r>
              <w:rPr>
                <w:rFonts w:ascii="Inter" w:hAnsi="Inter"/>
                <w:b/>
                <w:color w:val="D23C85"/>
                <w:sz w:val="16"/>
              </w:rPr>
              <w:t xml:space="preserve">A  </w:t>
            </w:r>
            <w:r>
              <w:rPr>
                <w:rFonts w:ascii="Inter" w:hAnsi="Inter"/>
                <w:b/>
                <w:color w:val="172238"/>
                <w:sz w:val="19"/>
              </w:rPr>
              <w:t>Zuordnung und Vorgangsart</w:t>
            </w:r>
          </w:p>
        </w:tc>
        <w:tc>
          <w:tcPr>
            <w:tcW w:type="dxa" w:w="2324"/>
            <w:shd w:fill="F5F4F8"/>
            <w:tcMar>
              <w:top w:w="80" w:type="dxa"/>
              <w:start w:w="130" w:type="dxa"/>
              <w:bottom w:w="75" w:type="dxa"/>
              <w:end w:w="13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Inter" w:hAnsi="Inter"/>
                <w:b w:val="0"/>
                <w:color w:val="64748B"/>
                <w:sz w:val="13"/>
              </w:rPr>
              <w:t>Optional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c>
          <w:tcPr>
            <w:tcW w:type="dxa" w:w="4932"/>
            <w:shd w:fill="FBFBFD"/>
            <w:tcBorders>
              <w:bottom w:val="single" w:sz="6" w:color="DCE2EA"/>
            </w:tcBorders>
            <w:tcMar>
              <w:top w:w="70" w:type="dxa"/>
              <w:start w:w="110" w:type="dxa"/>
              <w:bottom w:w="65" w:type="dxa"/>
              <w:end w:w="90" w:type="dxa"/>
            </w:tcMar>
          </w:tcPr>
          <w:p>
            <w:pPr>
              <w:spacing w:before="0" w:after="40" w:line="240" w:lineRule="auto"/>
            </w:pPr>
            <w:r>
              <w:rPr>
                <w:rFonts w:ascii="Inter" w:hAnsi="Inter"/>
                <w:b/>
                <w:color w:val="64748B"/>
                <w:sz w:val="14"/>
              </w:rPr>
              <w:t>Name der vollmachtgebenden Person</w:t>
            </w:r>
          </w:p>
          <w:p>
            <w:pPr>
              <w:spacing w:before="0" w:after="0" w:line="240" w:lineRule="auto"/>
            </w:pPr>
            <w:sdt>
              <w:sdtPr>
                <w:id w:val="129"/>
                <w:tag w:val="ANL_NAME"/>
                <w:alias w:val="Anl Name"/>
                <w:text/>
              </w:sdtPr>
              <w:sdtContent>
                <w:r>
                  <w:rPr>
                    <w:color w:val="8B91A2"/>
                    <w:sz w:val="18"/>
                    <w:rFonts w:ascii="Inter" w:hAnsi="Inter"/>
                  </w:rPr>
                  <w:t>Hier eingeben</w:t>
                </w:r>
              </w:sdtContent>
            </w:sdt>
          </w:p>
        </w:tc>
        <w:tc>
          <w:tcPr>
            <w:tcW w:type="dxa" w:w="4932"/>
            <w:shd w:fill="FBFBFD"/>
            <w:tcBorders>
              <w:bottom w:val="single" w:sz="6" w:color="DCE2EA"/>
            </w:tcBorders>
            <w:tcMar>
              <w:top w:w="70" w:type="dxa"/>
              <w:start w:w="110" w:type="dxa"/>
              <w:bottom w:w="65" w:type="dxa"/>
              <w:end w:w="90" w:type="dxa"/>
            </w:tcMar>
          </w:tcPr>
          <w:p>
            <w:pPr>
              <w:spacing w:before="0" w:after="40" w:line="240" w:lineRule="auto"/>
            </w:pPr>
            <w:r>
              <w:rPr>
                <w:rFonts w:ascii="Inter" w:hAnsi="Inter"/>
                <w:b/>
                <w:color w:val="64748B"/>
                <w:sz w:val="14"/>
              </w:rPr>
              <w:t>Kundennummer oder Rufnummer</w:t>
            </w:r>
          </w:p>
          <w:p>
            <w:pPr>
              <w:spacing w:before="0" w:after="0" w:line="240" w:lineRule="auto"/>
            </w:pPr>
            <w:sdt>
              <w:sdtPr>
                <w:id w:val="130"/>
                <w:tag w:val="ANL_KND"/>
                <w:alias w:val="Anl Knd"/>
                <w:text/>
              </w:sdtPr>
              <w:sdtContent>
                <w:r>
                  <w:rPr>
                    <w:color w:val="8B91A2"/>
                    <w:sz w:val="18"/>
                    <w:rFonts w:ascii="Inter" w:hAnsi="Inter"/>
                  </w:rPr>
                  <w:t>Hier eingeben</w:t>
                </w:r>
              </w:sdtContent>
            </w:sdt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tcMar>
              <w:top w:w="60" w:type="dxa"/>
              <w:start w:w="90" w:type="dxa"/>
              <w:bottom w:w="55" w:type="dxa"/>
              <w:end w:w="60" w:type="dxa"/>
            </w:tcMar>
          </w:tcPr>
          <w:p>
            <w:pPr>
              <w:spacing w:before="0" w:after="0" w:line="269" w:lineRule="auto"/>
            </w:pPr>
            <w:r/>
            <w:sdt>
              <w:sdtPr>
                <w:id w:val="131"/>
                <w:tag w:val="A_SVC"/>
                <w:alias w:val="A Svc"/>
                <w14:checkbox>
                  <w14:checked w14:val="0"/>
                  <w14:uncheckedState w14:val="2610" w14:font="DejaVu Sans"/>
                  <w14:checkedState w14:val="2612" w14:font="DejaVu Sans"/>
                </w14:checkbox>
              </w:sdtPr>
              <w:sdtContent>
                <w:r>
                  <w:rPr>
                    <w:color w:val="D23C85"/>
                    <w:rFonts w:ascii="DejaVu Sans" w:hAnsi="DejaVu Sans"/>
                    <w:sz w:val="22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color w:val="334155"/>
                <w:sz w:val="16"/>
              </w:rPr>
              <w:t xml:space="preserve">  Kundenservice / Auskunft</w:t>
            </w:r>
            <w:r>
              <w:t xml:space="preserve">    </w:t>
            </w:r>
            <w:sdt>
              <w:sdtPr>
                <w:id w:val="132"/>
                <w:tag w:val="A_TAR"/>
                <w:alias w:val="A Tar"/>
                <w14:checkbox>
                  <w14:checked w14:val="0"/>
                  <w14:uncheckedState w14:val="2610" w14:font="DejaVu Sans"/>
                  <w14:checkedState w14:val="2612" w14:font="DejaVu Sans"/>
                </w14:checkbox>
              </w:sdtPr>
              <w:sdtContent>
                <w:r>
                  <w:rPr>
                    <w:color w:val="D23C85"/>
                    <w:rFonts w:ascii="DejaVu Sans" w:hAnsi="DejaVu Sans"/>
                    <w:sz w:val="22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color w:val="334155"/>
                <w:sz w:val="16"/>
              </w:rPr>
              <w:t xml:space="preserve">  Vertrags- / Tarifänderung</w:t>
            </w:r>
            <w:r>
              <w:t xml:space="preserve">    </w:t>
            </w:r>
            <w:sdt>
              <w:sdtPr>
                <w:id w:val="133"/>
                <w:tag w:val="A_TER"/>
                <w:alias w:val="A Ter"/>
                <w14:checkbox>
                  <w14:checked w14:val="0"/>
                  <w14:uncheckedState w14:val="2610" w14:font="DejaVu Sans"/>
                  <w14:checkedState w14:val="2612" w14:font="DejaVu Sans"/>
                </w14:checkbox>
              </w:sdtPr>
              <w:sdtContent>
                <w:r>
                  <w:rPr>
                    <w:color w:val="D23C85"/>
                    <w:rFonts w:ascii="DejaVu Sans" w:hAnsi="DejaVu Sans"/>
                    <w:sz w:val="22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color w:val="334155"/>
                <w:sz w:val="16"/>
              </w:rPr>
              <w:t xml:space="preserve">  Technischer Termin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tcMar>
              <w:top w:w="60" w:type="dxa"/>
              <w:start w:w="90" w:type="dxa"/>
              <w:bottom w:w="55" w:type="dxa"/>
              <w:end w:w="60" w:type="dxa"/>
            </w:tcMar>
          </w:tcPr>
          <w:p>
            <w:pPr>
              <w:spacing w:before="0" w:after="0" w:line="269" w:lineRule="auto"/>
            </w:pPr>
            <w:r/>
            <w:sdt>
              <w:sdtPr>
                <w:id w:val="134"/>
                <w:tag w:val="A_KUE"/>
                <w:alias w:val="A Kue"/>
                <w14:checkbox>
                  <w14:checked w14:val="0"/>
                  <w14:uncheckedState w14:val="2610" w14:font="DejaVu Sans"/>
                  <w14:checkedState w14:val="2612" w14:font="DejaVu Sans"/>
                </w14:checkbox>
              </w:sdtPr>
              <w:sdtContent>
                <w:r>
                  <w:rPr>
                    <w:color w:val="D23C85"/>
                    <w:rFonts w:ascii="DejaVu Sans" w:hAnsi="DejaVu Sans"/>
                    <w:sz w:val="22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color w:val="334155"/>
                <w:sz w:val="16"/>
              </w:rPr>
              <w:t xml:space="preserve">  Kündigung</w:t>
            </w:r>
            <w:r>
              <w:t xml:space="preserve">    </w:t>
            </w:r>
            <w:sdt>
              <w:sdtPr>
                <w:id w:val="135"/>
                <w:tag w:val="A_UM"/>
                <w:alias w:val="A Um"/>
                <w14:checkbox>
                  <w14:checked w14:val="0"/>
                  <w14:uncheckedState w14:val="2610" w14:font="DejaVu Sans"/>
                  <w14:checkedState w14:val="2612" w14:font="DejaVu Sans"/>
                </w14:checkbox>
              </w:sdtPr>
              <w:sdtContent>
                <w:r>
                  <w:rPr>
                    <w:color w:val="D23C85"/>
                    <w:rFonts w:ascii="DejaVu Sans" w:hAnsi="DejaVu Sans"/>
                    <w:sz w:val="22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color w:val="334155"/>
                <w:sz w:val="16"/>
              </w:rPr>
              <w:t xml:space="preserve">  Umzug</w:t>
            </w:r>
            <w:r>
              <w:t xml:space="preserve">    </w:t>
            </w:r>
            <w:sdt>
              <w:sdtPr>
                <w:id w:val="136"/>
                <w:tag w:val="A_AND"/>
                <w:alias w:val="A And"/>
                <w14:checkbox>
                  <w14:checked w14:val="0"/>
                  <w14:uncheckedState w14:val="2610" w14:font="DejaVu Sans"/>
                  <w14:checkedState w14:val="2612" w14:font="DejaVu Sans"/>
                </w14:checkbox>
              </w:sdtPr>
              <w:sdtContent>
                <w:r>
                  <w:rPr>
                    <w:color w:val="D23C85"/>
                    <w:rFonts w:ascii="DejaVu Sans" w:hAnsi="DejaVu Sans"/>
                    <w:sz w:val="22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color w:val="334155"/>
                <w:sz w:val="16"/>
              </w:rPr>
              <w:t xml:space="preserve">  Sonstiger Vorgang</w:t>
            </w:r>
          </w:p>
        </w:tc>
      </w:tr>
    </w:tbl>
    <w:p>
      <w:pPr>
        <w:spacing w:after="8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540"/>
        <w:gridCol w:w="2324"/>
      </w:tblGrid>
      <w:tr>
        <w:tc>
          <w:tcPr>
            <w:tcW w:type="dxa" w:w="7540"/>
            <w:shd w:fill="F5F4F8"/>
            <w:tcMar>
              <w:top w:w="80" w:type="dxa"/>
              <w:start w:w="130" w:type="dxa"/>
              <w:bottom w:w="75" w:type="dxa"/>
              <w:end w:w="130" w:type="dxa"/>
            </w:tcMar>
          </w:tcPr>
          <w:p>
            <w:pPr>
              <w:spacing w:before="0" w:after="0" w:line="240" w:lineRule="auto"/>
            </w:pPr>
            <w:r>
              <w:rPr>
                <w:rFonts w:ascii="Inter" w:hAnsi="Inter"/>
                <w:b/>
                <w:color w:val="D23C85"/>
                <w:sz w:val="16"/>
              </w:rPr>
              <w:t xml:space="preserve">B  </w:t>
            </w:r>
            <w:r>
              <w:rPr>
                <w:rFonts w:ascii="Inter" w:hAnsi="Inter"/>
                <w:b/>
                <w:color w:val="172238"/>
                <w:sz w:val="19"/>
              </w:rPr>
              <w:t>Konkreter Auftrag</w:t>
            </w:r>
          </w:p>
        </w:tc>
        <w:tc>
          <w:tcPr>
            <w:tcW w:type="dxa" w:w="2324"/>
            <w:shd w:fill="F5F4F8"/>
            <w:tcMar>
              <w:top w:w="80" w:type="dxa"/>
              <w:start w:w="130" w:type="dxa"/>
              <w:bottom w:w="75" w:type="dxa"/>
              <w:end w:w="13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Inter" w:hAnsi="Inter"/>
                <w:b w:val="0"/>
                <w:color w:val="64748B"/>
                <w:sz w:val="13"/>
              </w:rPr>
              <w:t>Eindeutige Angaben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919"/>
        <w:gridCol w:w="3946"/>
      </w:tblGrid>
      <w:tr>
        <w:tc>
          <w:tcPr>
            <w:tcW w:type="dxa" w:w="5919"/>
            <w:shd w:fill="FBFBFD"/>
            <w:tcBorders>
              <w:bottom w:val="single" w:sz="6" w:color="DCE2EA"/>
            </w:tcBorders>
            <w:tcMar>
              <w:top w:w="70" w:type="dxa"/>
              <w:start w:w="110" w:type="dxa"/>
              <w:bottom w:w="65" w:type="dxa"/>
              <w:end w:w="90" w:type="dxa"/>
            </w:tcMar>
          </w:tcPr>
          <w:p>
            <w:pPr>
              <w:spacing w:before="0" w:after="40" w:line="240" w:lineRule="auto"/>
            </w:pPr>
            <w:r>
              <w:rPr>
                <w:rFonts w:ascii="Inter" w:hAnsi="Inter"/>
                <w:b/>
                <w:color w:val="64748B"/>
                <w:sz w:val="14"/>
              </w:rPr>
              <w:t>Betroffener Vertrag / Rufnummer</w:t>
            </w:r>
          </w:p>
          <w:p>
            <w:pPr>
              <w:spacing w:before="0" w:after="0" w:line="240" w:lineRule="auto"/>
            </w:pPr>
            <w:sdt>
              <w:sdtPr>
                <w:id w:val="137"/>
                <w:tag w:val="A_VERTRAG"/>
                <w:alias w:val="A Vertrag"/>
                <w:text/>
              </w:sdtPr>
              <w:sdtContent>
                <w:r>
                  <w:rPr>
                    <w:color w:val="8B91A2"/>
                    <w:sz w:val="18"/>
                    <w:rFonts w:ascii="Inter" w:hAnsi="Inter"/>
                  </w:rPr>
                  <w:t>Hier eingeben</w:t>
                </w:r>
              </w:sdtContent>
            </w:sdt>
          </w:p>
        </w:tc>
        <w:tc>
          <w:tcPr>
            <w:tcW w:type="dxa" w:w="3946"/>
            <w:shd w:fill="FBFBFD"/>
            <w:tcBorders>
              <w:bottom w:val="single" w:sz="6" w:color="DCE2EA"/>
            </w:tcBorders>
            <w:tcMar>
              <w:top w:w="70" w:type="dxa"/>
              <w:start w:w="110" w:type="dxa"/>
              <w:bottom w:w="65" w:type="dxa"/>
              <w:end w:w="90" w:type="dxa"/>
            </w:tcMar>
          </w:tcPr>
          <w:p>
            <w:pPr>
              <w:spacing w:before="0" w:after="40" w:line="240" w:lineRule="auto"/>
            </w:pPr>
            <w:r>
              <w:rPr>
                <w:rFonts w:ascii="Inter" w:hAnsi="Inter"/>
                <w:b/>
                <w:color w:val="64748B"/>
                <w:sz w:val="14"/>
              </w:rPr>
              <w:t>Wunschdatum / Frist</w:t>
            </w:r>
          </w:p>
          <w:p>
            <w:pPr>
              <w:spacing w:before="0" w:after="0" w:line="240" w:lineRule="auto"/>
            </w:pPr>
            <w:sdt>
              <w:sdtPr>
                <w:id w:val="138"/>
                <w:tag w:val="A_DATUM"/>
                <w:alias w:val="A Datum"/>
                <w:text/>
              </w:sdtPr>
              <w:sdtContent>
                <w:r>
                  <w:rPr>
                    <w:color w:val="8B91A2"/>
                    <w:sz w:val="18"/>
                    <w:rFonts w:ascii="Inter" w:hAnsi="Inter"/>
                  </w:rPr>
                  <w:t>TT.MM.JJJJ</w:t>
                </w:r>
              </w:sdtContent>
            </w:sdt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fill="FBFBFD"/>
            <w:tcBorders>
              <w:bottom w:val="single" w:sz="6" w:color="DCE2EA"/>
            </w:tcBorders>
            <w:tcMar>
              <w:top w:w="70" w:type="dxa"/>
              <w:start w:w="110" w:type="dxa"/>
              <w:bottom w:w="65" w:type="dxa"/>
              <w:end w:w="90" w:type="dxa"/>
            </w:tcMar>
          </w:tcPr>
          <w:p>
            <w:pPr>
              <w:spacing w:before="0" w:after="40" w:line="240" w:lineRule="auto"/>
            </w:pPr>
            <w:r>
              <w:rPr>
                <w:rFonts w:ascii="Inter" w:hAnsi="Inter"/>
                <w:b/>
                <w:color w:val="64748B"/>
                <w:sz w:val="14"/>
              </w:rPr>
              <w:t>Gewünschte Maßnahme / zu klärendes Anliegen</w:t>
            </w:r>
          </w:p>
          <w:p>
            <w:pPr>
              <w:spacing w:before="0" w:after="0" w:line="240" w:lineRule="auto"/>
            </w:pPr>
            <w:sdt>
              <w:sdtPr>
                <w:id w:val="139"/>
                <w:tag w:val="A_BESCHR"/>
                <w:alias w:val="A Beschr"/>
                <w:text/>
              </w:sdtPr>
              <w:sdtContent>
                <w:r>
                  <w:rPr>
                    <w:color w:val="8B91A2"/>
                    <w:sz w:val="18"/>
                    <w:rFonts w:ascii="Inter" w:hAnsi="Inter"/>
                  </w:rPr>
                  <w:t>Beschreiben Sie den gewünschten Vorgang</w:t>
                </w:r>
              </w:sdtContent>
            </w:sdt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fill="FBFBFD"/>
            <w:tcBorders>
              <w:bottom w:val="single" w:sz="6" w:color="DCE2EA"/>
            </w:tcBorders>
            <w:tcMar>
              <w:top w:w="70" w:type="dxa"/>
              <w:start w:w="110" w:type="dxa"/>
              <w:bottom w:w="65" w:type="dxa"/>
              <w:end w:w="90" w:type="dxa"/>
            </w:tcMar>
          </w:tcPr>
          <w:p>
            <w:pPr>
              <w:spacing w:before="0" w:after="40" w:line="240" w:lineRule="auto"/>
            </w:pPr>
            <w:r>
              <w:rPr>
                <w:rFonts w:ascii="Inter" w:hAnsi="Inter"/>
                <w:b/>
                <w:color w:val="64748B"/>
                <w:sz w:val="14"/>
              </w:rPr>
              <w:t>Wichtige Einzelheiten / Produkt / Tarif (optional)</w:t>
            </w:r>
          </w:p>
          <w:p>
            <w:pPr>
              <w:spacing w:before="0" w:after="0" w:line="240" w:lineRule="auto"/>
            </w:pPr>
            <w:sdt>
              <w:sdtPr>
                <w:id w:val="140"/>
                <w:tag w:val="A_DETAILS"/>
                <w:alias w:val="A Details"/>
                <w:text/>
              </w:sdtPr>
              <w:sdtContent>
                <w:r>
                  <w:rPr>
                    <w:color w:val="8B91A2"/>
                    <w:sz w:val="18"/>
                    <w:rFonts w:ascii="Inter" w:hAnsi="Inter"/>
                  </w:rPr>
                  <w:t>Zusätzliche Informationen</w:t>
                </w:r>
              </w:sdtContent>
            </w:sdt>
          </w:p>
        </w:tc>
      </w:tr>
    </w:tbl>
    <w:p>
      <w:pPr>
        <w:spacing w:after="10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540"/>
        <w:gridCol w:w="2324"/>
      </w:tblGrid>
      <w:tr>
        <w:tc>
          <w:tcPr>
            <w:tcW w:type="dxa" w:w="7540"/>
            <w:shd w:fill="F5F4F8"/>
            <w:tcMar>
              <w:top w:w="80" w:type="dxa"/>
              <w:start w:w="130" w:type="dxa"/>
              <w:bottom w:w="75" w:type="dxa"/>
              <w:end w:w="130" w:type="dxa"/>
            </w:tcMar>
          </w:tcPr>
          <w:p>
            <w:pPr>
              <w:spacing w:before="0" w:after="0" w:line="240" w:lineRule="auto"/>
            </w:pPr>
            <w:r>
              <w:rPr>
                <w:rFonts w:ascii="Inter" w:hAnsi="Inter"/>
                <w:b/>
                <w:color w:val="D23C85"/>
                <w:sz w:val="16"/>
              </w:rPr>
              <w:t xml:space="preserve">C  </w:t>
            </w:r>
            <w:r>
              <w:rPr>
                <w:rFonts w:ascii="Inter" w:hAnsi="Inter"/>
                <w:b/>
                <w:color w:val="172238"/>
                <w:sz w:val="19"/>
              </w:rPr>
              <w:t>Kosten und Schutzvorgaben</w:t>
            </w:r>
          </w:p>
        </w:tc>
        <w:tc>
          <w:tcPr>
            <w:tcW w:type="dxa" w:w="2324"/>
            <w:shd w:fill="F5F4F8"/>
            <w:tcMar>
              <w:top w:w="80" w:type="dxa"/>
              <w:start w:w="130" w:type="dxa"/>
              <w:bottom w:w="75" w:type="dxa"/>
              <w:end w:w="13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Inter" w:hAnsi="Inter"/>
                <w:b w:val="0"/>
                <w:color w:val="64748B"/>
                <w:sz w:val="13"/>
              </w:rPr>
              <w:t>Optional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tcMar>
              <w:top w:w="60" w:type="dxa"/>
              <w:start w:w="90" w:type="dxa"/>
              <w:bottom w:w="55" w:type="dxa"/>
              <w:end w:w="60" w:type="dxa"/>
            </w:tcMar>
          </w:tcPr>
          <w:p>
            <w:pPr>
              <w:spacing w:before="0" w:after="0" w:line="269" w:lineRule="auto"/>
            </w:pPr>
            <w:r/>
            <w:sdt>
              <w:sdtPr>
                <w:id w:val="141"/>
                <w:tag w:val="A_NOEX"/>
                <w:alias w:val="A Noex"/>
                <w14:checkbox>
                  <w14:checked w14:val="0"/>
                  <w14:uncheckedState w14:val="2610" w14:font="DejaVu Sans"/>
                  <w14:checkedState w14:val="2612" w14:font="DejaVu Sans"/>
                </w14:checkbox>
              </w:sdtPr>
              <w:sdtContent>
                <w:r>
                  <w:rPr>
                    <w:color w:val="D23C85"/>
                    <w:rFonts w:ascii="DejaVu Sans" w:hAnsi="DejaVu Sans"/>
                    <w:sz w:val="22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color w:val="334155"/>
                <w:sz w:val="16"/>
              </w:rPr>
              <w:t xml:space="preserve">  Keine kostenpflichtigen Zusatzleistungen beauftragen</w:t>
            </w:r>
            <w:r>
              <w:t xml:space="preserve">    </w:t>
            </w:r>
            <w:sdt>
              <w:sdtPr>
                <w:id w:val="142"/>
                <w:tag w:val="A_MAX"/>
                <w:alias w:val="A Max"/>
                <w14:checkbox>
                  <w14:checked w14:val="0"/>
                  <w14:uncheckedState w14:val="2610" w14:font="DejaVu Sans"/>
                  <w14:checkedState w14:val="2612" w14:font="DejaVu Sans"/>
                </w14:checkbox>
              </w:sdtPr>
              <w:sdtContent>
                <w:r>
                  <w:rPr>
                    <w:color w:val="D23C85"/>
                    <w:rFonts w:ascii="DejaVu Sans" w:hAnsi="DejaVu Sans"/>
                    <w:sz w:val="22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color w:val="334155"/>
                <w:sz w:val="16"/>
              </w:rPr>
              <w:t xml:space="preserve">  Kostenlimit gilt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c>
          <w:tcPr>
            <w:tcW w:type="dxa" w:w="4932"/>
            <w:shd w:fill="FBFBFD"/>
            <w:tcBorders>
              <w:bottom w:val="single" w:sz="6" w:color="DCE2EA"/>
            </w:tcBorders>
            <w:tcMar>
              <w:top w:w="70" w:type="dxa"/>
              <w:start w:w="110" w:type="dxa"/>
              <w:bottom w:w="65" w:type="dxa"/>
              <w:end w:w="90" w:type="dxa"/>
            </w:tcMar>
          </w:tcPr>
          <w:p>
            <w:pPr>
              <w:spacing w:before="0" w:after="40" w:line="240" w:lineRule="auto"/>
            </w:pPr>
            <w:r>
              <w:rPr>
                <w:rFonts w:ascii="Inter" w:hAnsi="Inter"/>
                <w:b/>
                <w:color w:val="64748B"/>
                <w:sz w:val="14"/>
              </w:rPr>
              <w:t>Höchstens zulässige einmalige Kosten (EUR)</w:t>
            </w:r>
          </w:p>
          <w:p>
            <w:pPr>
              <w:spacing w:before="0" w:after="0" w:line="240" w:lineRule="auto"/>
            </w:pPr>
            <w:sdt>
              <w:sdtPr>
                <w:id w:val="143"/>
                <w:tag w:val="A_EINMAL"/>
                <w:alias w:val="A Einmal"/>
                <w:text/>
              </w:sdtPr>
              <w:sdtContent>
                <w:r>
                  <w:rPr>
                    <w:color w:val="8B91A2"/>
                    <w:sz w:val="18"/>
                    <w:rFonts w:ascii="Inter" w:hAnsi="Inter"/>
                  </w:rPr>
                  <w:t>Betrag in EUR</w:t>
                </w:r>
              </w:sdtContent>
            </w:sdt>
          </w:p>
        </w:tc>
        <w:tc>
          <w:tcPr>
            <w:tcW w:type="dxa" w:w="4932"/>
            <w:shd w:fill="FBFBFD"/>
            <w:tcBorders>
              <w:bottom w:val="single" w:sz="6" w:color="DCE2EA"/>
            </w:tcBorders>
            <w:tcMar>
              <w:top w:w="70" w:type="dxa"/>
              <w:start w:w="110" w:type="dxa"/>
              <w:bottom w:w="65" w:type="dxa"/>
              <w:end w:w="90" w:type="dxa"/>
            </w:tcMar>
          </w:tcPr>
          <w:p>
            <w:pPr>
              <w:spacing w:before="0" w:after="40" w:line="240" w:lineRule="auto"/>
            </w:pPr>
            <w:r>
              <w:rPr>
                <w:rFonts w:ascii="Inter" w:hAnsi="Inter"/>
                <w:b/>
                <w:color w:val="64748B"/>
                <w:sz w:val="14"/>
              </w:rPr>
              <w:t>Maximal zusätzliche monatliche Kosten (EUR)</w:t>
            </w:r>
          </w:p>
          <w:p>
            <w:pPr>
              <w:spacing w:before="0" w:after="0" w:line="240" w:lineRule="auto"/>
            </w:pPr>
            <w:sdt>
              <w:sdtPr>
                <w:id w:val="144"/>
                <w:tag w:val="A_MONAT"/>
                <w:alias w:val="A Monat"/>
                <w:text/>
              </w:sdtPr>
              <w:sdtContent>
                <w:r>
                  <w:rPr>
                    <w:color w:val="8B91A2"/>
                    <w:sz w:val="18"/>
                    <w:rFonts w:ascii="Inter" w:hAnsi="Inter"/>
                  </w:rPr>
                  <w:t>Betrag in EUR</w:t>
                </w:r>
              </w:sdtContent>
            </w:sdt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fill="FBFBFD"/>
            <w:tcBorders>
              <w:bottom w:val="single" w:sz="6" w:color="DCE2EA"/>
            </w:tcBorders>
            <w:tcMar>
              <w:top w:w="70" w:type="dxa"/>
              <w:start w:w="110" w:type="dxa"/>
              <w:bottom w:w="65" w:type="dxa"/>
              <w:end w:w="90" w:type="dxa"/>
            </w:tcMar>
          </w:tcPr>
          <w:p>
            <w:pPr>
              <w:spacing w:before="0" w:after="40" w:line="240" w:lineRule="auto"/>
            </w:pPr>
            <w:r>
              <w:rPr>
                <w:rFonts w:ascii="Inter" w:hAnsi="Inter"/>
                <w:b/>
                <w:color w:val="64748B"/>
                <w:sz w:val="14"/>
              </w:rPr>
              <w:t>Weitere Vorgaben / ausdrücklich ausgeschlossene Handlungen</w:t>
            </w:r>
          </w:p>
          <w:p>
            <w:pPr>
              <w:spacing w:before="0" w:after="0" w:line="240" w:lineRule="auto"/>
            </w:pPr>
            <w:sdt>
              <w:sdtPr>
                <w:id w:val="145"/>
                <w:tag w:val="A_SCHRANKEN"/>
                <w:alias w:val="A Schranken"/>
                <w:text/>
              </w:sdtPr>
              <w:sdtContent>
                <w:r>
                  <w:rPr>
                    <w:color w:val="8B91A2"/>
                    <w:sz w:val="18"/>
                    <w:rFonts w:ascii="Inter" w:hAnsi="Inter"/>
                  </w:rPr>
                  <w:t>Weitere Einschränkungen</w:t>
                </w:r>
              </w:sdtContent>
            </w:sdt>
          </w:p>
        </w:tc>
      </w:tr>
    </w:tbl>
    <w:p>
      <w:pPr>
        <w:spacing w:after="10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540"/>
        <w:gridCol w:w="2324"/>
      </w:tblGrid>
      <w:tr>
        <w:tc>
          <w:tcPr>
            <w:tcW w:type="dxa" w:w="7540"/>
            <w:shd w:fill="F5F4F8"/>
            <w:tcMar>
              <w:top w:w="80" w:type="dxa"/>
              <w:start w:w="130" w:type="dxa"/>
              <w:bottom w:w="75" w:type="dxa"/>
              <w:end w:w="130" w:type="dxa"/>
            </w:tcMar>
          </w:tcPr>
          <w:p>
            <w:pPr>
              <w:spacing w:before="0" w:after="0" w:line="240" w:lineRule="auto"/>
            </w:pPr>
            <w:r>
              <w:rPr>
                <w:rFonts w:ascii="Inter" w:hAnsi="Inter"/>
                <w:b/>
                <w:color w:val="D23C85"/>
                <w:sz w:val="16"/>
              </w:rPr>
              <w:t xml:space="preserve">D  </w:t>
            </w:r>
            <w:r>
              <w:rPr>
                <w:rFonts w:ascii="Inter" w:hAnsi="Inter"/>
                <w:b/>
                <w:color w:val="172238"/>
                <w:sz w:val="19"/>
              </w:rPr>
              <w:t>Kommunikation und Nachweis</w:t>
            </w:r>
          </w:p>
        </w:tc>
        <w:tc>
          <w:tcPr>
            <w:tcW w:type="dxa" w:w="2324"/>
            <w:shd w:fill="F5F4F8"/>
            <w:tcMar>
              <w:top w:w="80" w:type="dxa"/>
              <w:start w:w="130" w:type="dxa"/>
              <w:bottom w:w="75" w:type="dxa"/>
              <w:end w:w="13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Inter" w:hAnsi="Inter"/>
                <w:b w:val="0"/>
                <w:color w:val="64748B"/>
                <w:sz w:val="13"/>
              </w:rPr>
              <w:t>Optional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c>
          <w:tcPr>
            <w:tcW w:type="dxa" w:w="4932"/>
            <w:shd w:fill="FBFBFD"/>
            <w:tcBorders>
              <w:bottom w:val="single" w:sz="6" w:color="DCE2EA"/>
            </w:tcBorders>
            <w:tcMar>
              <w:top w:w="70" w:type="dxa"/>
              <w:start w:w="110" w:type="dxa"/>
              <w:bottom w:w="65" w:type="dxa"/>
              <w:end w:w="90" w:type="dxa"/>
            </w:tcMar>
          </w:tcPr>
          <w:p>
            <w:pPr>
              <w:spacing w:before="0" w:after="40" w:line="240" w:lineRule="auto"/>
            </w:pPr>
            <w:r>
              <w:rPr>
                <w:rFonts w:ascii="Inter" w:hAnsi="Inter"/>
                <w:b/>
                <w:color w:val="64748B"/>
                <w:sz w:val="14"/>
              </w:rPr>
              <w:t>Telefon / E-Mail für Rückmeldung</w:t>
            </w:r>
          </w:p>
          <w:p>
            <w:pPr>
              <w:spacing w:before="0" w:after="0" w:line="240" w:lineRule="auto"/>
            </w:pPr>
            <w:sdt>
              <w:sdtPr>
                <w:id w:val="146"/>
                <w:tag w:val="A_RUECK"/>
                <w:alias w:val="A Rueck"/>
                <w:text/>
              </w:sdtPr>
              <w:sdtContent>
                <w:r>
                  <w:rPr>
                    <w:color w:val="8B91A2"/>
                    <w:sz w:val="18"/>
                    <w:rFonts w:ascii="Inter" w:hAnsi="Inter"/>
                  </w:rPr>
                  <w:t>Kontakt</w:t>
                </w:r>
              </w:sdtContent>
            </w:sdt>
          </w:p>
        </w:tc>
        <w:tc>
          <w:tcPr>
            <w:tcW w:type="dxa" w:w="4932"/>
            <w:shd w:fill="FBFBFD"/>
            <w:tcBorders>
              <w:bottom w:val="single" w:sz="6" w:color="DCE2EA"/>
            </w:tcBorders>
            <w:tcMar>
              <w:top w:w="70" w:type="dxa"/>
              <w:start w:w="110" w:type="dxa"/>
              <w:bottom w:w="65" w:type="dxa"/>
              <w:end w:w="90" w:type="dxa"/>
            </w:tcMar>
          </w:tcPr>
          <w:p>
            <w:pPr>
              <w:spacing w:before="0" w:after="40" w:line="240" w:lineRule="auto"/>
            </w:pPr>
            <w:r>
              <w:rPr>
                <w:rFonts w:ascii="Inter" w:hAnsi="Inter"/>
                <w:b/>
                <w:color w:val="64748B"/>
                <w:sz w:val="14"/>
              </w:rPr>
              <w:t>Bestätigungs- / Vorgangsnummer</w:t>
            </w:r>
          </w:p>
          <w:p>
            <w:pPr>
              <w:spacing w:before="0" w:after="0" w:line="240" w:lineRule="auto"/>
            </w:pPr>
            <w:sdt>
              <w:sdtPr>
                <w:id w:val="147"/>
                <w:tag w:val="A_TICKET"/>
                <w:alias w:val="A Ticket"/>
                <w:text/>
              </w:sdtPr>
              <w:sdtContent>
                <w:r>
                  <w:rPr>
                    <w:color w:val="8B91A2"/>
                    <w:sz w:val="18"/>
                    <w:rFonts w:ascii="Inter" w:hAnsi="Inter"/>
                  </w:rPr>
                  <w:t>Bei Bedarf ergänzen</w:t>
                </w:r>
              </w:sdtContent>
            </w:sdt>
          </w:p>
        </w:tc>
      </w:tr>
    </w:tbl>
    <w:p>
      <w:pPr>
        <w:spacing w:before="240" w:after="200" w:line="283" w:lineRule="auto"/>
      </w:pPr>
      <w:r>
        <w:rPr>
          <w:rFonts w:ascii="Inter" w:hAnsi="Inter"/>
          <w:b w:val="0"/>
          <w:color w:val="334155"/>
          <w:sz w:val="16"/>
        </w:rPr>
        <w:t>Dieses Auftragsblatt konkretisiert nur eine bereits erteilte Vollmacht. Es erweitert die auf Seite 1 angekreuzten Befugnisse nicht. Ob und in welcher Form Telekom eine Vertretung akzeptiert, hängt vom Vorgang und von der erforderlichen Identitätsprüfung ab.</w:t>
      </w:r>
    </w:p>
    <w:p>
      <w:pPr>
        <w:spacing w:before="60" w:after="100" w:line="240" w:lineRule="auto"/>
      </w:pPr>
      <w:r>
        <w:rPr>
          <w:rFonts w:ascii="Inter" w:hAnsi="Inter"/>
          <w:b/>
          <w:color w:val="172238"/>
          <w:sz w:val="17"/>
        </w:rPr>
        <w:t>BESTÄTIGUNG DES KONKRETEN AUFTRAGS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c>
          <w:tcPr>
            <w:tcW w:type="dxa" w:w="4933"/>
            <w:tcMar>
              <w:top w:w="120" w:type="dxa"/>
              <w:start w:w="0" w:type="dxa"/>
              <w:bottom w:w="60" w:type="dxa"/>
              <w:end w:w="180" w:type="dxa"/>
            </w:tcMar>
            <w:tcBorders>
              <w:bottom w:val="single" w:sz="7" w:color="7D8492"/>
            </w:tcBorders>
          </w:tcPr>
          <w:p>
            <w:pPr>
              <w:spacing w:before="0" w:after="60" w:line="240" w:lineRule="auto"/>
            </w:pPr>
            <w:sdt>
              <w:sdtPr>
                <w:id w:val="148"/>
                <w:tag w:val="ORT_DATUM_2"/>
                <w:alias w:val="Ort Datum 2"/>
                <w:text/>
              </w:sdtPr>
              <w:sdtContent>
                <w:r>
                  <w:rPr>
                    <w:color w:val="8B91A2"/>
                    <w:sz w:val="17"/>
                    <w:rFonts w:ascii="Inter" w:hAnsi="Inter"/>
                  </w:rPr>
                  <w:t>Ort, Datum</w:t>
                </w:r>
              </w:sdtContent>
            </w:sdt>
          </w:p>
          <w:p>
            <w:pPr>
              <w:spacing w:before="40" w:after="0" w:line="240" w:lineRule="auto"/>
            </w:pPr>
            <w:r>
              <w:rPr>
                <w:rFonts w:ascii="Inter" w:hAnsi="Inter"/>
                <w:b w:val="0"/>
                <w:color w:val="64748B"/>
                <w:sz w:val="14"/>
              </w:rPr>
              <w:t>Ort und Datum</w:t>
            </w:r>
          </w:p>
        </w:tc>
        <w:tc>
          <w:tcPr>
            <w:tcW w:type="dxa" w:w="4933"/>
            <w:tcMar>
              <w:top w:w="120" w:type="dxa"/>
              <w:start w:w="0" w:type="dxa"/>
              <w:bottom w:w="60" w:type="dxa"/>
              <w:end w:w="180" w:type="dxa"/>
            </w:tcMar>
            <w:tcBorders>
              <w:bottom w:val="single" w:sz="7" w:color="7D8492"/>
            </w:tcBorders>
          </w:tcPr>
          <w:p>
            <w:pPr>
              <w:spacing w:before="0" w:after="60" w:line="240" w:lineRule="auto"/>
            </w:pPr>
            <w:sdt>
              <w:sdtPr>
                <w:id w:val="149"/>
                <w:tag w:val="SIGNATUR_2"/>
                <w:alias w:val="Signatur 2"/>
                <w:text/>
              </w:sdtPr>
              <w:sdtContent>
                <w:r>
                  <w:rPr>
                    <w:color w:val="8B91A2"/>
                    <w:sz w:val="17"/>
                    <w:rFonts w:ascii="Inter" w:hAnsi="Inter"/>
                  </w:rPr>
                  <w:t>Unterschrift</w:t>
                </w:r>
              </w:sdtContent>
            </w:sdt>
          </w:p>
          <w:p>
            <w:pPr>
              <w:spacing w:before="40" w:after="0" w:line="240" w:lineRule="auto"/>
            </w:pPr>
            <w:r>
              <w:rPr>
                <w:rFonts w:ascii="Inter" w:hAnsi="Inter"/>
                <w:b w:val="0"/>
                <w:color w:val="64748B"/>
                <w:sz w:val="14"/>
              </w:rPr>
              <w:t>Unterschrift der vollmachtgebenden Person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22" w:right="1020" w:bottom="85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</w:pPr>
    <w:r>
      <w:rPr>
        <w:rFonts w:ascii="Inter" w:hAnsi="Inter"/>
        <w:b/>
        <w:color w:val="64748B"/>
        <w:sz w:val="13"/>
      </w:rPr>
      <w:t>VORLAGE · KEIN OFFIZIELLES TELEKOM-FORMULAR</w:t>
    </w:r>
    <w:r>
      <w:t xml:space="preserve">       </w:t>
    </w:r>
    <w:r>
      <w:rPr>
        <w:rFonts w:ascii="Inter" w:hAnsi="Inter"/>
        <w:b w:val="0"/>
        <w:color w:val="64748B"/>
        <w:sz w:val="13"/>
      </w:rPr>
      <w:t>Vollmacht ausschließlich für die bezeichneten Verträge und Befugnisse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Inter" w:hAnsi="Inter"/>
      <w:color w:val="334155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Vollmacht Telekom – Vertragsangelegenheiten</dc:title>
  <dc:subject>Editierbare Vollmacht für Telekom-Verträge</dc:subject>
  <dc:creator/>
  <cp:keywords>Vollmacht, Telekom, Vorlage, Word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