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CellSpacing w:w="0" w:type="dxa"/>
      </w:tblPr>
      <w:tblGrid>
        <w:gridCol w:w="7710"/>
        <w:gridCol w:w="2268"/>
      </w:tblGrid>
      <w:tr>
        <w:trPr>
          <w:cantSplit/>
          <w:cantSplit/>
        </w:trPr>
        <w:tc>
          <w:tcPr>
            <w:tcW w:type="dxa" w:w="7710"/>
            <w:shd w:fill="1C3340" w:val="clear"/>
            <w:tcMar>
              <w:top w:w="190" w:type="dxa"/>
              <w:start w:w="230" w:type="dxa"/>
              <w:bottom w:w="165" w:type="dxa"/>
              <w:end w:w="50" w:type="dxa"/>
            </w:tcMar>
          </w:tcPr>
          <w:p>
            <w:pPr>
              <w:spacing w:after="120"/>
            </w:pPr>
            <w:r>
              <w:rPr>
                <w:rFonts w:ascii="Aptos" w:hAnsi="Aptos" w:eastAsia="Aptos"/>
                <w:b/>
                <w:i w:val="0"/>
                <w:color w:val="8CD3CC"/>
                <w:sz w:val="14"/>
              </w:rPr>
              <w:t>VOLLMACHT  /  PATIENTENORGANISATION</w:t>
            </w:r>
          </w:p>
          <w:p>
            <w:pPr>
              <w:spacing w:after="100"/>
            </w:pPr>
            <w:r>
              <w:rPr>
                <w:rFonts w:ascii="Aptos Display" w:hAnsi="Aptos Display" w:eastAsia="Aptos Display"/>
                <w:b/>
                <w:i w:val="0"/>
                <w:color w:val="FFFFFF"/>
                <w:sz w:val="44"/>
              </w:rPr>
              <w:t>Arztvollmacht</w:t>
            </w:r>
          </w:p>
          <w:p>
            <w:pPr>
              <w:spacing w:after="0"/>
            </w:pPr>
            <w:r>
              <w:rPr>
                <w:rFonts w:ascii="Aptos" w:hAnsi="Aptos" w:eastAsia="Aptos"/>
                <w:b w:val="0"/>
                <w:i w:val="0"/>
                <w:color w:val="D4E8E8"/>
                <w:sz w:val="17"/>
              </w:rPr>
              <w:t>Für eine namentlich benannte Vertrauensperson – gezielt und nachvollziehbar.</w:t>
            </w:r>
          </w:p>
        </w:tc>
        <w:tc>
          <w:tcPr>
            <w:tcW w:type="dxa" w:w="2268"/>
            <w:shd w:fill="1C3340" w:val="clear"/>
            <w:tcMar>
              <w:top w:w="190" w:type="dxa"/>
              <w:start w:w="50" w:type="dxa"/>
              <w:bottom w:w="150" w:type="dxa"/>
              <w:end w:w="180" w:type="dxa"/>
            </w:tcMar>
          </w:tcPr>
          <w:p>
            <w:pPr>
              <w:spacing w:after="320"/>
              <w:jc w:val="right"/>
            </w:pPr>
            <w:r>
              <w:rPr>
                <w:rFonts w:ascii="Aptos" w:hAnsi="Aptos" w:eastAsia="Aptos"/>
                <w:b/>
                <w:i w:val="0"/>
                <w:color w:val="FFFFFF"/>
                <w:sz w:val="16"/>
              </w:rPr>
              <w:t>FORMULAR</w:t>
              <w:br/>
            </w:r>
            <w:r>
              <w:rPr>
                <w:rFonts w:ascii="Aptos" w:hAnsi="Aptos" w:eastAsia="Aptos"/>
                <w:b/>
                <w:i w:val="0"/>
                <w:color w:val="8CD3CC"/>
                <w:sz w:val="16"/>
              </w:rPr>
              <w:t>01 / 02</w:t>
            </w:r>
          </w:p>
          <w:p>
            <w:pPr>
              <w:jc w:val="right"/>
            </w:pPr>
            <w:r>
              <w:rPr>
                <w:rFonts w:ascii="Aptos" w:hAnsi="Aptos" w:eastAsia="Aptos"/>
                <w:b/>
                <w:i w:val="0"/>
                <w:color w:val="D6B879"/>
                <w:sz w:val="15"/>
              </w:rPr>
              <w:t>●   ARZTPRAXIS</w:t>
            </w:r>
          </w:p>
        </w:tc>
      </w:tr>
    </w:tbl>
    <w:tbl>
      <w:tblPr>
        <w:tblW w:type="auto" w:w="0"/>
        <w:tblLayout w:type="fixed"/>
        <w:tblLook w:firstColumn="1" w:firstRow="1" w:lastColumn="0" w:lastRow="0" w:noHBand="0" w:noVBand="1" w:val="04A0"/>
        <w:tblCellSpacing w:w="0" w:type="dxa"/>
      </w:tblPr>
      <w:tblGrid>
        <w:gridCol w:w="68"/>
        <w:gridCol w:w="9893"/>
      </w:tblGrid>
      <w:tr>
        <w:trPr>
          <w:cantSplit/>
          <w:cantSplit/>
        </w:trPr>
        <w:tc>
          <w:tcPr>
            <w:tcW w:type="dxa" w:w="4989"/>
            <w:shd w:fill="176D74" w:val="clear"/>
            <w:tcMar>
              <w:top w:w="0" w:type="dxa"/>
              <w:start w:w="0" w:type="dxa"/>
              <w:bottom w:w="0" w:type="dxa"/>
              <w:end w:w="0" w:type="dxa"/>
            </w:tcMar>
          </w:tcPr>
          <w:p/>
        </w:tc>
        <w:tc>
          <w:tcPr>
            <w:tcW w:type="dxa" w:w="4989"/>
            <w:shd w:fill="EAF4F2" w:val="clear"/>
            <w:tcMar>
              <w:top w:w="100" w:type="dxa"/>
              <w:start w:w="150" w:type="dxa"/>
              <w:bottom w:w="100" w:type="dxa"/>
              <w:end w:w="150" w:type="dxa"/>
            </w:tcMar>
          </w:tcPr>
          <w:p>
            <w:r>
              <w:rPr>
                <w:rFonts w:ascii="Aptos" w:hAnsi="Aptos" w:eastAsia="Aptos"/>
                <w:b/>
                <w:i w:val="0"/>
                <w:color w:val="1C3340"/>
                <w:sz w:val="16"/>
              </w:rPr>
              <w:t xml:space="preserve">SO FUNKTIONIERT ES  </w:t>
            </w:r>
            <w:r>
              <w:rPr>
                <w:rFonts w:ascii="Aptos" w:hAnsi="Aptos" w:eastAsia="Aptos"/>
                <w:b w:val="0"/>
                <w:i w:val="0"/>
                <w:color w:val="1C3340"/>
                <w:sz w:val="16"/>
              </w:rPr>
              <w:t>Daten ergänzen, gewünschte Befugnisse ankreuzen und unterschreiben. Für mündliche medizinische Auskünfte bei Bedarf zusätzlich Seite 2 ausfüllen.</w:t>
            </w:r>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01</w:t>
            </w:r>
          </w:p>
        </w:tc>
        <w:tc>
          <w:tcPr>
            <w:tcW w:type="dxa" w:w="9524"/>
            <w:tcMar>
              <w:top w:w="5" w:type="dxa"/>
              <w:start w:w="140" w:type="dxa"/>
              <w:bottom w:w="20" w:type="dxa"/>
              <w:end w:w="0" w:type="dxa"/>
            </w:tcMar>
          </w:tcPr>
          <w:p>
            <w:r>
              <w:rPr>
                <w:rFonts w:ascii="Aptos" w:hAnsi="Aptos" w:eastAsia="Aptos"/>
                <w:b/>
                <w:i w:val="0"/>
                <w:color w:val="1C3340"/>
                <w:sz w:val="20"/>
              </w:rPr>
              <w:t>Patientin / Patient</w:t>
            </w:r>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VOR- UND NACHNAME</w:t>
            </w:r>
          </w:p>
          <w:p>
            <w:pPr>
              <w:spacing w:after="0" w:before="0"/>
            </w:pPr>
            <w:sdt>
              <w:sdtPr>
                <w:alias w:val="patient_name"/>
                <w:tag w:val="patient_name"/>
                <w:id w:val="2174674"/>
                <w:text/>
              </w:sdtPr>
              <w:sdtContent>
                <w:r>
                  <w:rPr>
                    <w:color w:val="7B9499"/>
                    <w:sz w:val="17"/>
                  </w:rPr>
                  <w:t>Vor- und Nachname</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GEBURTSDATUM</w:t>
            </w:r>
          </w:p>
          <w:p>
            <w:pPr>
              <w:spacing w:after="0" w:before="0"/>
            </w:pPr>
            <w:sdt>
              <w:sdtPr>
                <w:alias w:val="patient_birth"/>
                <w:tag w:val="patient_birth"/>
                <w:id w:val="4652930"/>
                <w:text/>
              </w:sdtPr>
              <w:sdtContent>
                <w:r>
                  <w:rPr>
                    <w:color w:val="7B9499"/>
                    <w:sz w:val="17"/>
                  </w:rPr>
                  <w:t>TT.MM.JJJJ</w:t>
                </w:r>
              </w:sdtContent>
            </w:sdt>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STRASSE UND HAUSNUMMER</w:t>
            </w:r>
          </w:p>
          <w:p>
            <w:pPr>
              <w:spacing w:after="0" w:before="0"/>
            </w:pPr>
            <w:sdt>
              <w:sdtPr>
                <w:alias w:val="patient_street"/>
                <w:tag w:val="patient_street"/>
                <w:id w:val="672553"/>
                <w:text/>
              </w:sdtPr>
              <w:sdtContent>
                <w:r>
                  <w:rPr>
                    <w:color w:val="7B9499"/>
                    <w:sz w:val="17"/>
                  </w:rPr>
                  <w:t>Straße und Hausnummer</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PLZ UND ORT</w:t>
            </w:r>
          </w:p>
          <w:p>
            <w:pPr>
              <w:spacing w:after="0" w:before="0"/>
            </w:pPr>
            <w:sdt>
              <w:sdtPr>
                <w:alias w:val="patient_city"/>
                <w:tag w:val="patient_city"/>
                <w:id w:val="7565724"/>
                <w:text/>
              </w:sdtPr>
              <w:sdtContent>
                <w:r>
                  <w:rPr>
                    <w:color w:val="7B9499"/>
                    <w:sz w:val="17"/>
                  </w:rPr>
                  <w:t>PLZ, Ort</w:t>
                </w:r>
              </w:sdtContent>
            </w:sdt>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02</w:t>
            </w:r>
          </w:p>
        </w:tc>
        <w:tc>
          <w:tcPr>
            <w:tcW w:type="dxa" w:w="9524"/>
            <w:tcMar>
              <w:top w:w="5" w:type="dxa"/>
              <w:start w:w="140" w:type="dxa"/>
              <w:bottom w:w="20" w:type="dxa"/>
              <w:end w:w="0" w:type="dxa"/>
            </w:tcMar>
          </w:tcPr>
          <w:p>
            <w:r>
              <w:rPr>
                <w:rFonts w:ascii="Aptos" w:hAnsi="Aptos" w:eastAsia="Aptos"/>
                <w:b/>
                <w:i w:val="0"/>
                <w:color w:val="1C3340"/>
                <w:sz w:val="20"/>
              </w:rPr>
              <w:t>Bevollmächtigte Person</w:t>
            </w:r>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VOR- UND NACHNAME</w:t>
            </w:r>
          </w:p>
          <w:p>
            <w:pPr>
              <w:spacing w:after="0" w:before="0"/>
            </w:pPr>
            <w:sdt>
              <w:sdtPr>
                <w:alias w:val="agent_name"/>
                <w:tag w:val="agent_name"/>
                <w:id w:val="3007118"/>
                <w:text/>
              </w:sdtPr>
              <w:sdtContent>
                <w:r>
                  <w:rPr>
                    <w:color w:val="7B9499"/>
                    <w:sz w:val="17"/>
                  </w:rPr>
                  <w:t>Vor- und Nachname</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GEBURTSDATUM</w:t>
            </w:r>
          </w:p>
          <w:p>
            <w:pPr>
              <w:spacing w:after="0" w:before="0"/>
            </w:pPr>
            <w:sdt>
              <w:sdtPr>
                <w:alias w:val="agent_birth"/>
                <w:tag w:val="agent_birth"/>
                <w:id w:val="8619513"/>
                <w:text/>
              </w:sdtPr>
              <w:sdtContent>
                <w:r>
                  <w:rPr>
                    <w:color w:val="7B9499"/>
                    <w:sz w:val="17"/>
                  </w:rPr>
                  <w:t>TT.MM.JJJJ</w:t>
                </w:r>
              </w:sdtContent>
            </w:sdt>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STRASSE UND HAUSNUMMER</w:t>
            </w:r>
          </w:p>
          <w:p>
            <w:pPr>
              <w:spacing w:after="0" w:before="0"/>
            </w:pPr>
            <w:sdt>
              <w:sdtPr>
                <w:alias w:val="agent_street"/>
                <w:tag w:val="agent_street"/>
                <w:id w:val="1135478"/>
                <w:text/>
              </w:sdtPr>
              <w:sdtContent>
                <w:r>
                  <w:rPr>
                    <w:color w:val="7B9499"/>
                    <w:sz w:val="17"/>
                  </w:rPr>
                  <w:t>Straße und Hausnummer</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PLZ UND ORT</w:t>
            </w:r>
          </w:p>
          <w:p>
            <w:pPr>
              <w:spacing w:after="0" w:before="0"/>
            </w:pPr>
            <w:sdt>
              <w:sdtPr>
                <w:alias w:val="agent_city"/>
                <w:tag w:val="agent_city"/>
                <w:id w:val="4358354"/>
                <w:text/>
              </w:sdtPr>
              <w:sdtContent>
                <w:r>
                  <w:rPr>
                    <w:color w:val="7B9499"/>
                    <w:sz w:val="17"/>
                  </w:rPr>
                  <w:t>PLZ, Ort</w:t>
                </w:r>
              </w:sdtContent>
            </w:sdt>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03</w:t>
            </w:r>
          </w:p>
        </w:tc>
        <w:tc>
          <w:tcPr>
            <w:tcW w:type="dxa" w:w="9524"/>
            <w:tcMar>
              <w:top w:w="5" w:type="dxa"/>
              <w:start w:w="140" w:type="dxa"/>
              <w:bottom w:w="20" w:type="dxa"/>
              <w:end w:w="0" w:type="dxa"/>
            </w:tcMar>
          </w:tcPr>
          <w:p>
            <w:r>
              <w:rPr>
                <w:rFonts w:ascii="Aptos" w:hAnsi="Aptos" w:eastAsia="Aptos"/>
                <w:b/>
                <w:i w:val="0"/>
                <w:color w:val="1C3340"/>
                <w:sz w:val="20"/>
              </w:rPr>
              <w:t>Geltungsbereich</w:t>
            </w:r>
            <w:r>
              <w:rPr>
                <w:rFonts w:ascii="Aptos" w:hAnsi="Aptos" w:eastAsia="Aptos"/>
                <w:b w:val="0"/>
                <w:i w:val="0"/>
                <w:color w:val="667A83"/>
                <w:sz w:val="14"/>
              </w:rPr>
              <w:t xml:space="preserve">   Nur für die benannte Einrichtung</w:t>
            </w:r>
          </w:p>
        </w:tc>
      </w:tr>
    </w:tbl>
    <w:tbl>
      <w:tblPr>
        <w:tblW w:type="auto" w:w="0"/>
        <w:jc w:val="center"/>
        <w:tblLayout w:type="fixed"/>
        <w:tblLook w:firstColumn="1" w:firstRow="1" w:lastColumn="0" w:lastRow="0" w:noHBand="0" w:noVBand="1" w:val="04A0"/>
        <w:tblCellSpacing w:w="0" w:type="dxa"/>
      </w:tblPr>
      <w:tblGrid>
        <w:gridCol w:w="9978"/>
      </w:tblGrid>
      <w:tr>
        <w:trPr>
          <w:cantSplit/>
          <w:cantSplit/>
        </w:trPr>
        <w:tc>
          <w:tcPr>
            <w:tcW w:type="dxa" w:w="9978"/>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ARZTPRAXIS / EINRICHTUNG</w:t>
            </w:r>
          </w:p>
          <w:p>
            <w:pPr>
              <w:spacing w:after="0" w:before="0"/>
            </w:pPr>
            <w:sdt>
              <w:sdtPr>
                <w:alias w:val="practice_name"/>
                <w:tag w:val="practice_name"/>
                <w:id w:val="6191072"/>
                <w:text/>
              </w:sdtPr>
              <w:sdtContent>
                <w:r>
                  <w:rPr>
                    <w:color w:val="7B9499"/>
                    <w:sz w:val="17"/>
                  </w:rPr>
                  <w:t>Name der Praxis oder Einrichtung</w:t>
                </w:r>
              </w:sdtContent>
            </w:sdt>
          </w:p>
        </w:tc>
      </w:tr>
    </w:tbl>
    <w:tbl>
      <w:tblPr>
        <w:tblW w:type="auto" w:w="0"/>
        <w:jc w:val="center"/>
        <w:tblLayout w:type="fixed"/>
        <w:tblLook w:firstColumn="1" w:firstRow="1" w:lastColumn="0" w:lastRow="0" w:noHBand="0" w:noVBand="1" w:val="04A0"/>
        <w:tblCellSpacing w:w="0" w:type="dxa"/>
      </w:tblPr>
      <w:tblGrid>
        <w:gridCol w:w="9978"/>
      </w:tblGrid>
      <w:tr>
        <w:trPr>
          <w:cantSplit/>
          <w:cantSplit/>
        </w:trPr>
        <w:tc>
          <w:tcPr>
            <w:tcW w:type="dxa" w:w="9978"/>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ANSCHRIFT DER PRAXIS</w:t>
            </w:r>
          </w:p>
          <w:p>
            <w:pPr>
              <w:spacing w:after="0" w:before="0"/>
            </w:pPr>
            <w:sdt>
              <w:sdtPr>
                <w:alias w:val="practice_address"/>
                <w:tag w:val="practice_address"/>
                <w:id w:val="6164069"/>
                <w:text/>
              </w:sdtPr>
              <w:sdtContent>
                <w:r>
                  <w:rPr>
                    <w:color w:val="7B9499"/>
                    <w:sz w:val="17"/>
                  </w:rPr>
                  <w:t>Straße, PLZ und Ort</w:t>
                </w:r>
              </w:sdtContent>
            </w:sdt>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04</w:t>
            </w:r>
          </w:p>
        </w:tc>
        <w:tc>
          <w:tcPr>
            <w:tcW w:type="dxa" w:w="9524"/>
            <w:tcMar>
              <w:top w:w="5" w:type="dxa"/>
              <w:start w:w="140" w:type="dxa"/>
              <w:bottom w:w="20" w:type="dxa"/>
              <w:end w:w="0" w:type="dxa"/>
            </w:tcMar>
          </w:tcPr>
          <w:p>
            <w:r>
              <w:rPr>
                <w:rFonts w:ascii="Aptos" w:hAnsi="Aptos" w:eastAsia="Aptos"/>
                <w:b/>
                <w:i w:val="0"/>
                <w:color w:val="1C3340"/>
                <w:sz w:val="20"/>
              </w:rPr>
              <w:t>Welche Handlungen sind erlaubt?</w:t>
            </w:r>
            <w:r>
              <w:rPr>
                <w:rFonts w:ascii="Aptos" w:hAnsi="Aptos" w:eastAsia="Aptos"/>
                <w:b w:val="0"/>
                <w:i w:val="0"/>
                <w:color w:val="667A83"/>
                <w:sz w:val="14"/>
              </w:rPr>
              <w:t xml:space="preserve">   Nur angekreuzte Befugnisse gelten</w:t>
            </w:r>
          </w:p>
        </w:tc>
      </w:tr>
    </w:tbl>
    <w:tbl>
      <w:tblPr>
        <w:tblW w:type="auto" w:w="0"/>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Termine vereinbaren oder verschieben"/>
                <w:tag w:val="auth_appointments"/>
                <w:id w:val="4998617"/>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Termine vereinbaren oder verschieben</w:t>
            </w:r>
          </w:p>
        </w:tc>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Rezepte und Überweisungen abholen"/>
                <w:tag w:val="auth_prescription"/>
                <w:id w:val="8152598"/>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Rezepte und Überweisungen abholen</w:t>
            </w:r>
          </w:p>
        </w:tc>
      </w:tr>
      <w:tr>
        <w:trPr>
          <w:cantSplit/>
          <w:cantSplit/>
        </w:trPr>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Bescheinigungen / Verordnungen abholen"/>
                <w:tag w:val="auth_certificates"/>
                <w:id w:val="7157451"/>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Bescheinigungen / Verordnungen abholen</w:t>
            </w:r>
          </w:p>
        </w:tc>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Befunde und Arztbriefe entgegennehmen"/>
                <w:tag w:val="auth_reports"/>
                <w:id w:val="6657464"/>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Befunde und Arztbriefe entgegennehmen</w:t>
            </w:r>
          </w:p>
        </w:tc>
      </w:tr>
      <w:tr>
        <w:trPr>
          <w:cantSplit/>
          <w:cantSplit/>
        </w:trPr>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Kopien der Behandlungsakte anfordern"/>
                <w:tag w:val="auth_requestcopies"/>
                <w:id w:val="7276089"/>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Kopien der Behandlungsakte anfordern</w:t>
            </w:r>
          </w:p>
        </w:tc>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Angeforderte Kopien entgegennehmen"/>
                <w:tag w:val="auth_getcopies"/>
                <w:id w:val="7145943"/>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Angeforderte Kopien entgegennehmen</w:t>
            </w:r>
          </w:p>
        </w:tc>
      </w:tr>
    </w:tbl>
    <w:p>
      <w:pPr>
        <w:spacing w:before="100" w:after="80"/>
      </w:pPr>
      <w:sdt>
        <w:sdtPr>
          <w:alias w:val="Ich willige in die für die angekreuzten Handlungen notwendige Übergabe meiner Gesundheitsdaten an die benannte Person ein."/>
          <w:tag w:val="auth_consent_handover"/>
          <w:id w:val="3546014"/>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Ich willige in die für die angekreuzten Handlungen notwendige Übergabe meiner Gesundheitsdaten an die benannte Person ein.</w:t>
      </w:r>
    </w:p>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05</w:t>
            </w:r>
          </w:p>
        </w:tc>
        <w:tc>
          <w:tcPr>
            <w:tcW w:type="dxa" w:w="9524"/>
            <w:tcMar>
              <w:top w:w="5" w:type="dxa"/>
              <w:start w:w="140" w:type="dxa"/>
              <w:bottom w:w="20" w:type="dxa"/>
              <w:end w:w="0" w:type="dxa"/>
            </w:tcMar>
          </w:tcPr>
          <w:p>
            <w:r>
              <w:rPr>
                <w:rFonts w:ascii="Aptos" w:hAnsi="Aptos" w:eastAsia="Aptos"/>
                <w:b/>
                <w:i w:val="0"/>
                <w:color w:val="1C3340"/>
                <w:sz w:val="20"/>
              </w:rPr>
              <w:t>Gültigkeitsdauer</w:t>
            </w:r>
            <w:r>
              <w:rPr>
                <w:rFonts w:ascii="Aptos" w:hAnsi="Aptos" w:eastAsia="Aptos"/>
                <w:b w:val="0"/>
                <w:i w:val="0"/>
                <w:color w:val="667A83"/>
                <w:sz w:val="14"/>
              </w:rPr>
              <w:t xml:space="preserve">   Bitte eine Variante wählen</w:t>
            </w:r>
          </w:p>
        </w:tc>
      </w:tr>
    </w:tbl>
    <w:tbl>
      <w:tblPr>
        <w:tblW w:type="auto" w:w="0"/>
        <w:tblLayout w:type="fixed"/>
        <w:tblLook w:firstColumn="1" w:firstRow="1" w:lastColumn="0" w:lastRow="0" w:noHBand="0" w:noVBand="1" w:val="04A0"/>
        <w:tblCellSpacing w:w="0" w:type="dxa"/>
      </w:tblPr>
      <w:tblGrid>
        <w:gridCol w:w="3326"/>
        <w:gridCol w:w="3326"/>
        <w:gridCol w:w="3326"/>
      </w:tblGrid>
      <w:tr>
        <w:trPr>
          <w:cantSplit/>
          <w:cantSplit/>
        </w:trPr>
        <w:tc>
          <w:tcPr>
            <w:tcW w:type="dxa" w:w="3326"/>
            <w:shd w:fill="F6F9F8" w:val="clear"/>
            <w:tcMar>
              <w:top w:w="100" w:type="dxa"/>
              <w:start w:w="105" w:type="dxa"/>
              <w:bottom w:w="75" w:type="dxa"/>
              <w:end w:w="80" w:type="dxa"/>
            </w:tcMar>
            <w:tcBorders>
              <w:bottom w:val="single" w:sz="4" w:color="D8E6E5"/>
              <w:right w:val="single" w:sz="3" w:color="D8E6E5"/>
            </w:tcBorders>
          </w:tcPr>
          <w:p>
            <w:sdt>
              <w:sdtPr>
                <w:alias w:val="Einmalig am"/>
                <w:tag w:val="valid_once"/>
                <w:id w:val="1103148"/>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6"/>
              </w:rPr>
              <w:t xml:space="preserve">  Einmalig am</w:t>
            </w:r>
          </w:p>
          <w:p>
            <w:pPr>
              <w:spacing w:before="80" w:after="0"/>
            </w:pPr>
            <w:sdt>
              <w:sdtPr>
                <w:alias w:val="valid_0_date"/>
                <w:tag w:val="valid_0_date"/>
                <w:id w:val="4842162"/>
                <w:text/>
              </w:sdtPr>
              <w:sdtContent>
                <w:r>
                  <w:rPr>
                    <w:color w:val="7B9499"/>
                    <w:sz w:val="16"/>
                  </w:rPr>
                  <w:t>TT.MM.JJJJ</w:t>
                </w:r>
              </w:sdtContent>
            </w:sdt>
          </w:p>
        </w:tc>
        <w:tc>
          <w:tcPr>
            <w:tcW w:type="dxa" w:w="3326"/>
            <w:shd w:fill="F6F9F8" w:val="clear"/>
            <w:tcMar>
              <w:top w:w="100" w:type="dxa"/>
              <w:start w:w="105" w:type="dxa"/>
              <w:bottom w:w="75" w:type="dxa"/>
              <w:end w:w="80" w:type="dxa"/>
            </w:tcMar>
            <w:tcBorders>
              <w:bottom w:val="single" w:sz="4" w:color="D8E6E5"/>
              <w:right w:val="single" w:sz="3" w:color="D8E6E5"/>
            </w:tcBorders>
          </w:tcPr>
          <w:p>
            <w:sdt>
              <w:sdtPr>
                <w:alias w:val="Vom / bis"/>
                <w:tag w:val="valid_period"/>
                <w:id w:val="8532734"/>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6"/>
              </w:rPr>
              <w:t xml:space="preserve">  Vom / bis</w:t>
            </w:r>
          </w:p>
          <w:p>
            <w:pPr>
              <w:spacing w:before="80" w:after="0"/>
            </w:pPr>
            <w:sdt>
              <w:sdtPr>
                <w:alias w:val="valid_1_date"/>
                <w:tag w:val="valid_1_date"/>
                <w:id w:val="4446336"/>
                <w:text/>
              </w:sdtPr>
              <w:sdtContent>
                <w:r>
                  <w:rPr>
                    <w:color w:val="7B9499"/>
                    <w:sz w:val="16"/>
                  </w:rPr>
                  <w:t>TT.MM.JJJJ – TT.MM.JJJJ</w:t>
                </w:r>
              </w:sdtContent>
            </w:sdt>
          </w:p>
        </w:tc>
        <w:tc>
          <w:tcPr>
            <w:tcW w:type="dxa" w:w="3326"/>
            <w:shd w:fill="F6F9F8" w:val="clear"/>
            <w:tcMar>
              <w:top w:w="100" w:type="dxa"/>
              <w:start w:w="105" w:type="dxa"/>
              <w:bottom w:w="75" w:type="dxa"/>
              <w:end w:w="80" w:type="dxa"/>
            </w:tcMar>
            <w:tcBorders>
              <w:bottom w:val="single" w:sz="4" w:color="D8E6E5"/>
              <w:right w:val="single" w:sz="3" w:color="D8E6E5"/>
            </w:tcBorders>
          </w:tcPr>
          <w:p>
            <w:sdt>
              <w:sdtPr>
                <w:alias w:val="Ab Datum bis Widerruf"/>
                <w:tag w:val="valid_open"/>
                <w:id w:val="7654490"/>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6"/>
              </w:rPr>
              <w:t xml:space="preserve">  Ab Datum bis Widerruf</w:t>
            </w:r>
          </w:p>
          <w:p>
            <w:pPr>
              <w:spacing w:before="80" w:after="0"/>
            </w:pPr>
            <w:sdt>
              <w:sdtPr>
                <w:alias w:val="valid_2_date"/>
                <w:tag w:val="valid_2_date"/>
                <w:id w:val="2347604"/>
                <w:text/>
              </w:sdtPr>
              <w:sdtContent>
                <w:r>
                  <w:rPr>
                    <w:color w:val="7B9499"/>
                    <w:sz w:val="16"/>
                  </w:rPr>
                  <w:t>TT.MM.JJJJ</w:t>
                </w:r>
              </w:sdtContent>
            </w:sdt>
          </w:p>
        </w:tc>
      </w:tr>
    </w:tbl>
    <w:p>
      <w:pPr>
        <w:spacing w:before="140" w:after="120"/>
      </w:pPr>
      <w:r>
        <w:rPr>
          <w:rFonts w:ascii="Aptos" w:hAnsi="Aptos" w:eastAsia="Aptos"/>
          <w:b/>
          <w:i w:val="0"/>
          <w:color w:val="1C3340"/>
          <w:sz w:val="16"/>
        </w:rPr>
        <w:t xml:space="preserve">Erklärung  </w:t>
      </w:r>
      <w:r>
        <w:rPr>
          <w:rFonts w:ascii="Aptos" w:hAnsi="Aptos" w:eastAsia="Aptos"/>
          <w:b w:val="0"/>
          <w:i w:val="0"/>
          <w:color w:val="1C3340"/>
          <w:sz w:val="16"/>
        </w:rPr>
        <w:t>Ich bevollmächtige die genannte Person ausschließlich im ausgewählten Umfang. Medizinische Behandlungsentscheidungen sind nicht umfasst. Die Vollmacht kann jederzeit mit Wirkung für die Zukunft widerrufen werden.</w:t>
      </w:r>
    </w:p>
    <w:tbl>
      <w:tblPr>
        <w:tblW w:type="auto" w:w="0"/>
        <w:tblLayout w:type="fixed"/>
        <w:tblLook w:firstColumn="1" w:firstRow="1" w:lastColumn="0" w:lastRow="0" w:noHBand="0" w:noVBand="1" w:val="04A0"/>
        <w:tblCellSpacing w:w="0" w:type="dxa"/>
      </w:tblPr>
      <w:tblGrid>
        <w:gridCol w:w="4309"/>
        <w:gridCol w:w="5669"/>
      </w:tblGrid>
      <w:tr>
        <w:trPr>
          <w:cantSplit/>
          <w:cantSplit/>
        </w:trPr>
        <w:tc>
          <w:tcPr>
            <w:tcW w:type="dxa" w:w="4989"/>
            <w:tcMar>
              <w:top w:w="85" w:type="dxa"/>
              <w:start w:w="40" w:type="dxa"/>
              <w:bottom w:w="65" w:type="dxa"/>
              <w:end w:w="100" w:type="dxa"/>
            </w:tcMar>
            <w:tcBorders>
              <w:bottom w:val="single" w:sz="6" w:color="667A83"/>
            </w:tcBorders>
          </w:tcPr>
          <w:p>
            <w:sdt>
              <w:sdtPr>
                <w:alias w:val="main_ortdatum"/>
                <w:tag w:val="main_ortdatum"/>
                <w:id w:val="7376143"/>
                <w:text/>
              </w:sdtPr>
              <w:sdtContent>
                <w:r>
                  <w:rPr>
                    <w:color w:val="7B9499"/>
                    <w:sz w:val="18"/>
                  </w:rPr>
                  <w:t>Ort, Datum</w:t>
                </w:r>
              </w:sdtContent>
            </w:sdt>
          </w:p>
          <w:p>
            <w:pPr>
              <w:spacing w:before="100"/>
            </w:pPr>
            <w:r>
              <w:rPr>
                <w:rFonts w:ascii="Aptos" w:hAnsi="Aptos" w:eastAsia="Aptos"/>
                <w:b/>
                <w:i w:val="0"/>
                <w:color w:val="667A83"/>
                <w:sz w:val="13"/>
              </w:rPr>
              <w:t>ORT UND DATUM</w:t>
            </w:r>
          </w:p>
        </w:tc>
        <w:tc>
          <w:tcPr>
            <w:tcW w:type="dxa" w:w="4989"/>
            <w:tcMar>
              <w:top w:w="85" w:type="dxa"/>
              <w:start w:w="110" w:type="dxa"/>
              <w:bottom w:w="65" w:type="dxa"/>
              <w:end w:w="50" w:type="dxa"/>
            </w:tcMar>
            <w:tcBorders>
              <w:bottom w:val="single" w:sz="6" w:color="667A83"/>
            </w:tcBorders>
          </w:tcPr>
          <w:p>
            <w:r>
              <w:rPr>
                <w:rFonts w:ascii="Aptos" w:hAnsi="Aptos" w:eastAsia="Aptos"/>
                <w:b w:val="0"/>
                <w:i w:val="0"/>
                <w:color w:val="1C3340"/>
                <w:sz w:val="18"/>
              </w:rPr>
              <w:t xml:space="preserve"> </w:t>
            </w:r>
          </w:p>
          <w:p>
            <w:pPr>
              <w:spacing w:before="100"/>
            </w:pPr>
            <w:r>
              <w:rPr>
                <w:rFonts w:ascii="Aptos" w:hAnsi="Aptos" w:eastAsia="Aptos"/>
                <w:b/>
                <w:i w:val="0"/>
                <w:color w:val="667A83"/>
                <w:sz w:val="13"/>
              </w:rPr>
              <w:t>UNTERSCHRIFT PATIENTIN / PATIENT</w:t>
            </w:r>
          </w:p>
        </w:tc>
      </w:tr>
    </w:tbl>
    <w:p>
      <w:r>
        <w:br w:type="page"/>
      </w:r>
    </w:p>
    <w:tbl>
      <w:tblPr>
        <w:tblW w:type="auto" w:w="0"/>
        <w:tblLayout w:type="fixed"/>
        <w:tblLook w:firstColumn="1" w:firstRow="1" w:lastColumn="0" w:lastRow="0" w:noHBand="0" w:noVBand="1" w:val="04A0"/>
        <w:tblCellSpacing w:w="0" w:type="dxa"/>
      </w:tblPr>
      <w:tblGrid>
        <w:gridCol w:w="7710"/>
        <w:gridCol w:w="2268"/>
      </w:tblGrid>
      <w:tr>
        <w:trPr>
          <w:cantSplit/>
          <w:cantSplit/>
        </w:trPr>
        <w:tc>
          <w:tcPr>
            <w:tcW w:type="dxa" w:w="7710"/>
            <w:shd w:fill="1C3340" w:val="clear"/>
            <w:tcMar>
              <w:top w:w="190" w:type="dxa"/>
              <w:start w:w="230" w:type="dxa"/>
              <w:bottom w:w="165" w:type="dxa"/>
              <w:end w:w="50" w:type="dxa"/>
            </w:tcMar>
          </w:tcPr>
          <w:p>
            <w:pPr>
              <w:spacing w:after="120"/>
            </w:pPr>
            <w:r>
              <w:rPr>
                <w:rFonts w:ascii="Aptos" w:hAnsi="Aptos" w:eastAsia="Aptos"/>
                <w:b/>
                <w:i w:val="0"/>
                <w:color w:val="8CD3CC"/>
                <w:sz w:val="14"/>
              </w:rPr>
              <w:t>ZUSATZERKLÄRUNG  /  FREIWILLIG</w:t>
            </w:r>
          </w:p>
          <w:p>
            <w:pPr>
              <w:spacing w:after="100"/>
            </w:pPr>
            <w:r>
              <w:rPr>
                <w:rFonts w:ascii="Aptos Display" w:hAnsi="Aptos Display" w:eastAsia="Aptos Display"/>
                <w:b/>
                <w:i w:val="0"/>
                <w:color w:val="FFFFFF"/>
                <w:sz w:val="44"/>
              </w:rPr>
              <w:t>Ärztliche Auskunft</w:t>
            </w:r>
          </w:p>
          <w:p>
            <w:pPr>
              <w:spacing w:after="0"/>
            </w:pPr>
            <w:r>
              <w:rPr>
                <w:rFonts w:ascii="Aptos" w:hAnsi="Aptos" w:eastAsia="Aptos"/>
                <w:b w:val="0"/>
                <w:i w:val="0"/>
                <w:color w:val="D4E8E8"/>
                <w:sz w:val="17"/>
              </w:rPr>
              <w:t>Schweigepflichtentbindung für konkret ausgewählte Informationen.</w:t>
            </w:r>
          </w:p>
        </w:tc>
        <w:tc>
          <w:tcPr>
            <w:tcW w:type="dxa" w:w="2268"/>
            <w:shd w:fill="1C3340" w:val="clear"/>
            <w:tcMar>
              <w:top w:w="190" w:type="dxa"/>
              <w:start w:w="50" w:type="dxa"/>
              <w:bottom w:w="150" w:type="dxa"/>
              <w:end w:w="180" w:type="dxa"/>
            </w:tcMar>
          </w:tcPr>
          <w:p>
            <w:pPr>
              <w:spacing w:after="320"/>
              <w:jc w:val="right"/>
            </w:pPr>
            <w:r>
              <w:rPr>
                <w:rFonts w:ascii="Aptos" w:hAnsi="Aptos" w:eastAsia="Aptos"/>
                <w:b/>
                <w:i w:val="0"/>
                <w:color w:val="FFFFFF"/>
                <w:sz w:val="16"/>
              </w:rPr>
              <w:t>FORMULAR</w:t>
              <w:br/>
            </w:r>
            <w:r>
              <w:rPr>
                <w:rFonts w:ascii="Aptos" w:hAnsi="Aptos" w:eastAsia="Aptos"/>
                <w:b/>
                <w:i w:val="0"/>
                <w:color w:val="8CD3CC"/>
                <w:sz w:val="16"/>
              </w:rPr>
              <w:t>02 / 02</w:t>
            </w:r>
          </w:p>
          <w:p>
            <w:pPr>
              <w:jc w:val="right"/>
            </w:pPr>
            <w:r>
              <w:rPr>
                <w:rFonts w:ascii="Aptos" w:hAnsi="Aptos" w:eastAsia="Aptos"/>
                <w:b/>
                <w:i w:val="0"/>
                <w:color w:val="D6B879"/>
                <w:sz w:val="15"/>
              </w:rPr>
              <w:t>●   ARZTPRAXIS</w:t>
            </w:r>
          </w:p>
        </w:tc>
      </w:tr>
    </w:tbl>
    <w:tbl>
      <w:tblPr>
        <w:tblW w:type="auto" w:w="0"/>
        <w:tblLayout w:type="fixed"/>
        <w:tblLook w:firstColumn="1" w:firstRow="1" w:lastColumn="0" w:lastRow="0" w:noHBand="0" w:noVBand="1" w:val="04A0"/>
        <w:tblCellSpacing w:w="0" w:type="dxa"/>
      </w:tblPr>
      <w:tblGrid>
        <w:gridCol w:w="68"/>
        <w:gridCol w:w="9893"/>
      </w:tblGrid>
      <w:tr>
        <w:trPr>
          <w:cantSplit/>
          <w:cantSplit/>
        </w:trPr>
        <w:tc>
          <w:tcPr>
            <w:tcW w:type="dxa" w:w="4989"/>
            <w:shd w:fill="DEA75D" w:val="clear"/>
            <w:tcMar>
              <w:top w:w="0" w:type="dxa"/>
              <w:start w:w="0" w:type="dxa"/>
              <w:bottom w:w="0" w:type="dxa"/>
              <w:end w:w="0" w:type="dxa"/>
            </w:tcMar>
          </w:tcPr>
          <w:p/>
        </w:tc>
        <w:tc>
          <w:tcPr>
            <w:tcW w:type="dxa" w:w="4989"/>
            <w:shd w:fill="FBF4E8" w:val="clear"/>
            <w:tcMar>
              <w:top w:w="100" w:type="dxa"/>
              <w:start w:w="150" w:type="dxa"/>
              <w:bottom w:w="100" w:type="dxa"/>
              <w:end w:w="150" w:type="dxa"/>
            </w:tcMar>
          </w:tcPr>
          <w:p>
            <w:r>
              <w:rPr>
                <w:rFonts w:ascii="Aptos" w:hAnsi="Aptos" w:eastAsia="Aptos"/>
                <w:b/>
                <w:i w:val="0"/>
                <w:color w:val="1C3340"/>
                <w:sz w:val="16"/>
              </w:rPr>
              <w:t xml:space="preserve">NUR BEI BEDARF  </w:t>
            </w:r>
            <w:r>
              <w:rPr>
                <w:rFonts w:ascii="Aptos" w:hAnsi="Aptos" w:eastAsia="Aptos"/>
                <w:b w:val="0"/>
                <w:i w:val="0"/>
                <w:color w:val="1C3340"/>
                <w:sz w:val="16"/>
              </w:rPr>
              <w:t>Diese zweite Seite ist optional. Sie wird benötigt, wenn die Vertrauensperson medizinische Auskünfte von der Praxis erhalten soll – über die reine Abholung hinaus.</w:t>
            </w:r>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01</w:t>
            </w:r>
          </w:p>
        </w:tc>
        <w:tc>
          <w:tcPr>
            <w:tcW w:type="dxa" w:w="9524"/>
            <w:tcMar>
              <w:top w:w="5" w:type="dxa"/>
              <w:start w:w="140" w:type="dxa"/>
              <w:bottom w:w="20" w:type="dxa"/>
              <w:end w:w="0" w:type="dxa"/>
            </w:tcMar>
          </w:tcPr>
          <w:p>
            <w:r>
              <w:rPr>
                <w:rFonts w:ascii="Aptos" w:hAnsi="Aptos" w:eastAsia="Aptos"/>
                <w:b/>
                <w:i w:val="0"/>
                <w:color w:val="1C3340"/>
                <w:sz w:val="20"/>
              </w:rPr>
              <w:t>Beteiligte Personen</w:t>
            </w:r>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PATIENTIN / PATIENT</w:t>
            </w:r>
          </w:p>
          <w:p>
            <w:pPr>
              <w:spacing w:after="0" w:before="0"/>
            </w:pPr>
            <w:sdt>
              <w:sdtPr>
                <w:alias w:val="release_patient"/>
                <w:tag w:val="release_patient"/>
                <w:id w:val="6628297"/>
                <w:text/>
              </w:sdtPr>
              <w:sdtContent>
                <w:r>
                  <w:rPr>
                    <w:color w:val="7B9499"/>
                    <w:sz w:val="17"/>
                  </w:rPr>
                  <w:t>Vor- und Nachname</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GEBURTSDATUM</w:t>
            </w:r>
          </w:p>
          <w:p>
            <w:pPr>
              <w:spacing w:after="0" w:before="0"/>
            </w:pPr>
            <w:sdt>
              <w:sdtPr>
                <w:alias w:val="release_birth"/>
                <w:tag w:val="release_birth"/>
                <w:id w:val="6043211"/>
                <w:text/>
              </w:sdtPr>
              <w:sdtContent>
                <w:r>
                  <w:rPr>
                    <w:color w:val="7B9499"/>
                    <w:sz w:val="17"/>
                  </w:rPr>
                  <w:t>TT.MM.JJJJ</w:t>
                </w:r>
              </w:sdtContent>
            </w:sdt>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BERECHTIGTE PERSON</w:t>
            </w:r>
          </w:p>
          <w:p>
            <w:pPr>
              <w:spacing w:after="0" w:before="0"/>
            </w:pPr>
            <w:sdt>
              <w:sdtPr>
                <w:alias w:val="release_agent"/>
                <w:tag w:val="release_agent"/>
                <w:id w:val="2226064"/>
                <w:text/>
              </w:sdtPr>
              <w:sdtContent>
                <w:r>
                  <w:rPr>
                    <w:color w:val="7B9499"/>
                    <w:sz w:val="17"/>
                  </w:rPr>
                  <w:t>Vor- und Nachname</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GEBURTSDATUM</w:t>
            </w:r>
          </w:p>
          <w:p>
            <w:pPr>
              <w:spacing w:after="0" w:before="0"/>
            </w:pPr>
            <w:sdt>
              <w:sdtPr>
                <w:alias w:val="release_agent_birth"/>
                <w:tag w:val="release_agent_birth"/>
                <w:id w:val="8117795"/>
                <w:text/>
              </w:sdtPr>
              <w:sdtContent>
                <w:r>
                  <w:rPr>
                    <w:color w:val="7B9499"/>
                    <w:sz w:val="17"/>
                  </w:rPr>
                  <w:t>TT.MM.JJJJ</w:t>
                </w:r>
              </w:sdtContent>
            </w:sdt>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02</w:t>
            </w:r>
          </w:p>
        </w:tc>
        <w:tc>
          <w:tcPr>
            <w:tcW w:type="dxa" w:w="9524"/>
            <w:tcMar>
              <w:top w:w="5" w:type="dxa"/>
              <w:start w:w="140" w:type="dxa"/>
              <w:bottom w:w="20" w:type="dxa"/>
              <w:end w:w="0" w:type="dxa"/>
            </w:tcMar>
          </w:tcPr>
          <w:p>
            <w:r>
              <w:rPr>
                <w:rFonts w:ascii="Aptos" w:hAnsi="Aptos" w:eastAsia="Aptos"/>
                <w:b/>
                <w:i w:val="0"/>
                <w:color w:val="1C3340"/>
                <w:sz w:val="20"/>
              </w:rPr>
              <w:t>Entbundene Arztpraxis / Einrichtung</w:t>
            </w:r>
          </w:p>
        </w:tc>
      </w:tr>
    </w:tbl>
    <w:tbl>
      <w:tblPr>
        <w:tblW w:type="auto" w:w="0"/>
        <w:jc w:val="center"/>
        <w:tblLayout w:type="fixed"/>
        <w:tblLook w:firstColumn="1" w:firstRow="1" w:lastColumn="0" w:lastRow="0" w:noHBand="0" w:noVBand="1" w:val="04A0"/>
        <w:tblCellSpacing w:w="0" w:type="dxa"/>
      </w:tblPr>
      <w:tblGrid>
        <w:gridCol w:w="9978"/>
      </w:tblGrid>
      <w:tr>
        <w:trPr>
          <w:cantSplit/>
          <w:cantSplit/>
        </w:trPr>
        <w:tc>
          <w:tcPr>
            <w:tcW w:type="dxa" w:w="9978"/>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NAME DER PRAXIS / EINRICHTUNG</w:t>
            </w:r>
          </w:p>
          <w:p>
            <w:pPr>
              <w:spacing w:after="0" w:before="0"/>
            </w:pPr>
            <w:sdt>
              <w:sdtPr>
                <w:alias w:val="release_practice"/>
                <w:tag w:val="release_practice"/>
                <w:id w:val="9627219"/>
                <w:text/>
              </w:sdtPr>
              <w:sdtContent>
                <w:r>
                  <w:rPr>
                    <w:color w:val="7B9499"/>
                    <w:sz w:val="17"/>
                  </w:rPr>
                  <w:t>Bezeichnung eingeben</w:t>
                </w:r>
              </w:sdtContent>
            </w:sdt>
          </w:p>
        </w:tc>
      </w:tr>
    </w:tbl>
    <w:tbl>
      <w:tblPr>
        <w:tblW w:type="auto" w:w="0"/>
        <w:jc w:val="center"/>
        <w:tblLayout w:type="fixed"/>
        <w:tblLook w:firstColumn="1" w:firstRow="1" w:lastColumn="0" w:lastRow="0" w:noHBand="0" w:noVBand="1" w:val="04A0"/>
        <w:tblCellSpacing w:w="0" w:type="dxa"/>
      </w:tblPr>
      <w:tblGrid>
        <w:gridCol w:w="9978"/>
      </w:tblGrid>
      <w:tr>
        <w:trPr>
          <w:cantSplit/>
          <w:cantSplit/>
        </w:trPr>
        <w:tc>
          <w:tcPr>
            <w:tcW w:type="dxa" w:w="9978"/>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ANSCHRIFT</w:t>
            </w:r>
          </w:p>
          <w:p>
            <w:pPr>
              <w:spacing w:after="0" w:before="0"/>
            </w:pPr>
            <w:sdt>
              <w:sdtPr>
                <w:alias w:val="release_practice_address"/>
                <w:tag w:val="release_practice_address"/>
                <w:id w:val="8334103"/>
                <w:text/>
              </w:sdtPr>
              <w:sdtContent>
                <w:r>
                  <w:rPr>
                    <w:color w:val="7B9499"/>
                    <w:sz w:val="17"/>
                  </w:rPr>
                  <w:t>Straße, PLZ und Ort</w:t>
                </w:r>
              </w:sdtContent>
            </w:sdt>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03</w:t>
            </w:r>
          </w:p>
        </w:tc>
        <w:tc>
          <w:tcPr>
            <w:tcW w:type="dxa" w:w="9524"/>
            <w:tcMar>
              <w:top w:w="5" w:type="dxa"/>
              <w:start w:w="140" w:type="dxa"/>
              <w:bottom w:w="20" w:type="dxa"/>
              <w:end w:w="0" w:type="dxa"/>
            </w:tcMar>
          </w:tcPr>
          <w:p>
            <w:r>
              <w:rPr>
                <w:rFonts w:ascii="Aptos" w:hAnsi="Aptos" w:eastAsia="Aptos"/>
                <w:b/>
                <w:i w:val="0"/>
                <w:color w:val="1C3340"/>
                <w:sz w:val="20"/>
              </w:rPr>
              <w:t>Zweck und konkreter Bezug</w:t>
            </w:r>
          </w:p>
        </w:tc>
      </w:tr>
    </w:tbl>
    <w:tbl>
      <w:tblPr>
        <w:tblW w:type="auto" w:w="0"/>
        <w:jc w:val="center"/>
        <w:tblLayout w:type="fixed"/>
        <w:tblLook w:firstColumn="1" w:firstRow="1" w:lastColumn="0" w:lastRow="0" w:noHBand="0" w:noVBand="1" w:val="04A0"/>
        <w:tblCellSpacing w:w="0" w:type="dxa"/>
      </w:tblPr>
      <w:tblGrid>
        <w:gridCol w:w="9978"/>
      </w:tblGrid>
      <w:tr>
        <w:trPr>
          <w:cantSplit/>
          <w:cantSplit/>
        </w:trPr>
        <w:tc>
          <w:tcPr>
            <w:tcW w:type="dxa" w:w="9978"/>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ANLASS DER AUSKUNFT</w:t>
            </w:r>
          </w:p>
          <w:p>
            <w:pPr>
              <w:spacing w:after="0" w:before="0"/>
            </w:pPr>
            <w:sdt>
              <w:sdtPr>
                <w:alias w:val="release_purpose"/>
                <w:tag w:val="release_purpose"/>
                <w:id w:val="1187700"/>
                <w:text/>
              </w:sdtPr>
              <w:sdtContent>
                <w:r>
                  <w:rPr>
                    <w:color w:val="7B9499"/>
                    <w:sz w:val="17"/>
                  </w:rPr>
                  <w:t>z. B. Rückfrage zum Behandlungstermin</w:t>
                </w:r>
              </w:sdtContent>
            </w:sdt>
          </w:p>
        </w:tc>
      </w:tr>
    </w:tbl>
    <w:tbl>
      <w:tblPr>
        <w:tblW w:type="auto" w:w="0"/>
        <w:jc w:val="center"/>
        <w:tblLayout w:type="fixed"/>
        <w:tblLook w:firstColumn="1" w:firstRow="1" w:lastColumn="0" w:lastRow="0" w:noHBand="0" w:noVBand="1" w:val="04A0"/>
        <w:tblCellSpacing w:w="0" w:type="dxa"/>
      </w:tblPr>
      <w:tblGrid>
        <w:gridCol w:w="9978"/>
      </w:tblGrid>
      <w:tr>
        <w:trPr>
          <w:cantSplit/>
          <w:cantSplit/>
        </w:trPr>
        <w:tc>
          <w:tcPr>
            <w:tcW w:type="dxa" w:w="9978"/>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BETREFFENDE BEHANDLUNG / ZEITRAUM</w:t>
            </w:r>
          </w:p>
          <w:p>
            <w:pPr>
              <w:spacing w:after="0" w:before="0"/>
            </w:pPr>
            <w:sdt>
              <w:sdtPr>
                <w:alias w:val="release_treatment"/>
                <w:tag w:val="release_treatment"/>
                <w:id w:val="5805699"/>
                <w:text/>
              </w:sdtPr>
              <w:sdtContent>
                <w:r>
                  <w:rPr>
                    <w:color w:val="7B9499"/>
                    <w:sz w:val="17"/>
                  </w:rPr>
                  <w:t>Behandlung oder Zeitraum präzisieren</w:t>
                </w:r>
              </w:sdtContent>
            </w:sdt>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04</w:t>
            </w:r>
          </w:p>
        </w:tc>
        <w:tc>
          <w:tcPr>
            <w:tcW w:type="dxa" w:w="9524"/>
            <w:tcMar>
              <w:top w:w="5" w:type="dxa"/>
              <w:start w:w="140" w:type="dxa"/>
              <w:bottom w:w="20" w:type="dxa"/>
              <w:end w:w="0" w:type="dxa"/>
            </w:tcMar>
          </w:tcPr>
          <w:p>
            <w:r>
              <w:rPr>
                <w:rFonts w:ascii="Aptos" w:hAnsi="Aptos" w:eastAsia="Aptos"/>
                <w:b/>
                <w:i w:val="0"/>
                <w:color w:val="1C3340"/>
                <w:sz w:val="20"/>
              </w:rPr>
              <w:t>Freigabe der Informationen</w:t>
            </w:r>
            <w:r>
              <w:rPr>
                <w:rFonts w:ascii="Aptos" w:hAnsi="Aptos" w:eastAsia="Aptos"/>
                <w:b w:val="0"/>
                <w:i w:val="0"/>
                <w:color w:val="667A83"/>
                <w:sz w:val="14"/>
              </w:rPr>
              <w:t xml:space="preserve">   Bitte ausdrücklich auswählen</w:t>
            </w:r>
          </w:p>
        </w:tc>
      </w:tr>
    </w:tbl>
    <w:tbl>
      <w:tblPr>
        <w:tblW w:type="auto" w:w="0"/>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Diagnosen und Untersuchungsergebnisse"/>
                <w:tag w:val="release_diagnosis"/>
                <w:id w:val="3848482"/>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Diagnosen und Untersuchungsergebnisse</w:t>
            </w:r>
          </w:p>
        </w:tc>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Medikation und Verordnungen"/>
                <w:tag w:val="release_meds"/>
                <w:id w:val="3770419"/>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Medikation und Verordnungen</w:t>
            </w:r>
          </w:p>
        </w:tc>
      </w:tr>
      <w:tr>
        <w:trPr>
          <w:cantSplit/>
          <w:cantSplit/>
        </w:trPr>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Behandlungsverlauf und Empfehlungen"/>
                <w:tag w:val="release_care"/>
                <w:id w:val="2927175"/>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Behandlungsverlauf und Empfehlungen</w:t>
            </w:r>
          </w:p>
        </w:tc>
        <w:tc>
          <w:tcPr>
            <w:tcW w:type="dxa" w:w="4989"/>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Inhalte von Befunden und Arztbriefen"/>
                <w:tag w:val="release_docs"/>
                <w:id w:val="7861932"/>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Inhalte von Befunden und Arztbriefen</w:t>
            </w:r>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05</w:t>
            </w:r>
          </w:p>
        </w:tc>
        <w:tc>
          <w:tcPr>
            <w:tcW w:type="dxa" w:w="9524"/>
            <w:tcMar>
              <w:top w:w="5" w:type="dxa"/>
              <w:start w:w="140" w:type="dxa"/>
              <w:bottom w:w="20" w:type="dxa"/>
              <w:end w:w="0" w:type="dxa"/>
            </w:tcMar>
          </w:tcPr>
          <w:p>
            <w:r>
              <w:rPr>
                <w:rFonts w:ascii="Aptos" w:hAnsi="Aptos" w:eastAsia="Aptos"/>
                <w:b/>
                <w:i w:val="0"/>
                <w:color w:val="1C3340"/>
                <w:sz w:val="20"/>
              </w:rPr>
              <w:t>Zulässiger Übermittlungsweg</w:t>
            </w:r>
          </w:p>
        </w:tc>
      </w:tr>
    </w:tbl>
    <w:tbl>
      <w:tblPr>
        <w:tblW w:type="auto" w:w="0"/>
        <w:tblLayout w:type="fixed"/>
        <w:tblLook w:firstColumn="1" w:firstRow="1" w:lastColumn="0" w:lastRow="0" w:noHBand="0" w:noVBand="1" w:val="04A0"/>
        <w:tblCellSpacing w:w="0" w:type="dxa"/>
      </w:tblPr>
      <w:tblGrid>
        <w:gridCol w:w="3326"/>
        <w:gridCol w:w="3326"/>
        <w:gridCol w:w="3326"/>
      </w:tblGrid>
      <w:tr>
        <w:trPr>
          <w:cantSplit/>
          <w:cantSplit/>
        </w:trPr>
        <w:tc>
          <w:tcPr>
            <w:tcW w:type="dxa" w:w="3326"/>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Persönliches Gespräch"/>
                <w:tag w:val="via_inperson"/>
                <w:id w:val="2168067"/>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Persönliches Gespräch</w:t>
            </w:r>
          </w:p>
        </w:tc>
        <w:tc>
          <w:tcPr>
            <w:tcW w:type="dxa" w:w="3326"/>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Telefonisch nach Identitätsprüfung"/>
                <w:tag w:val="via_phone"/>
                <w:id w:val="772500"/>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Telefonisch nach Identitätsprüfung</w:t>
            </w:r>
          </w:p>
        </w:tc>
        <w:tc>
          <w:tcPr>
            <w:tcW w:type="dxa" w:w="3326"/>
            <w:shd w:fill="F6F9F8" w:val="clear"/>
            <w:tcMar>
              <w:top w:w="105" w:type="dxa"/>
              <w:start w:w="150" w:type="dxa"/>
              <w:bottom w:w="100" w:type="dxa"/>
              <w:end w:w="90" w:type="dxa"/>
            </w:tcMar>
            <w:tcBorders>
              <w:bottom w:val="single" w:sz="4" w:color="D8E6E5"/>
              <w:right w:val="single" w:sz="3" w:color="D8E6E5"/>
            </w:tcBorders>
          </w:tcPr>
          <w:p>
            <w:pPr>
              <w:spacing w:after="0"/>
            </w:pPr>
            <w:sdt>
              <w:sdtPr>
                <w:alias w:val="Schriftliche Mitteilung"/>
                <w:tag w:val="via_written"/>
                <w:id w:val="8689887"/>
                <w14:checkbox>
                  <w14:checked w14:val="0"/>
                  <w14:checkedState w14:val="2612" w14:font="DejaVu Sans"/>
                  <w14:uncheckedState w14:val="2610" w14:font="DejaVu Sans"/>
                </w14:checkbox>
              </w:sdtPr>
              <w:sdtContent>
                <w:r>
                  <w:rPr>
                    <w:rFonts w:ascii="DejaVu Sans" w:hAnsi="DejaVu Sans"/>
                    <w:color w:val="176D74"/>
                    <w:sz w:val="24"/>
                  </w:rPr>
                  <w:t>☐</w:t>
                </w:r>
              </w:sdtContent>
            </w:sdt>
            <w:r>
              <w:rPr>
                <w:rFonts w:ascii="Aptos" w:hAnsi="Aptos" w:eastAsia="Aptos"/>
                <w:b w:val="0"/>
                <w:i w:val="0"/>
                <w:color w:val="1C3340"/>
                <w:sz w:val="17"/>
              </w:rPr>
              <w:t xml:space="preserve">  Schriftliche Mitteilung</w:t>
            </w:r>
          </w:p>
        </w:tc>
      </w:tr>
    </w:tbl>
    <w:tbl>
      <w:tblPr>
        <w:tblW w:type="auto" w:w="0"/>
        <w:tblLayout w:type="fixed"/>
        <w:tblLook w:firstColumn="1" w:firstRow="1" w:lastColumn="0" w:lastRow="0" w:noHBand="0" w:noVBand="1" w:val="04A0"/>
        <w:tblCellSpacing w:w="0" w:type="dxa"/>
      </w:tblPr>
      <w:tblGrid>
        <w:gridCol w:w="397"/>
        <w:gridCol w:w="9524"/>
      </w:tblGrid>
      <w:tr>
        <w:trPr>
          <w:cantSplit/>
          <w:cantSplit/>
        </w:trPr>
        <w:tc>
          <w:tcPr>
            <w:tcW w:type="dxa" w:w="397"/>
            <w:shd w:fill="176D74" w:val="clear"/>
            <w:tcMar>
              <w:top w:w="50" w:type="dxa"/>
              <w:start w:w="0" w:type="dxa"/>
              <w:bottom w:w="40" w:type="dxa"/>
              <w:end w:w="0" w:type="dxa"/>
            </w:tcMar>
          </w:tcPr>
          <w:p>
            <w:pPr>
              <w:jc w:val="center"/>
            </w:pPr>
            <w:r>
              <w:rPr>
                <w:rFonts w:ascii="Aptos" w:hAnsi="Aptos" w:eastAsia="Aptos"/>
                <w:b/>
                <w:i w:val="0"/>
                <w:color w:val="FFFFFF"/>
                <w:sz w:val="16"/>
              </w:rPr>
              <w:t>06</w:t>
            </w:r>
          </w:p>
        </w:tc>
        <w:tc>
          <w:tcPr>
            <w:tcW w:type="dxa" w:w="9524"/>
            <w:tcMar>
              <w:top w:w="5" w:type="dxa"/>
              <w:start w:w="140" w:type="dxa"/>
              <w:bottom w:w="20" w:type="dxa"/>
              <w:end w:w="0" w:type="dxa"/>
            </w:tcMar>
          </w:tcPr>
          <w:p>
            <w:r>
              <w:rPr>
                <w:rFonts w:ascii="Aptos" w:hAnsi="Aptos" w:eastAsia="Aptos"/>
                <w:b/>
                <w:i w:val="0"/>
                <w:color w:val="1C3340"/>
                <w:sz w:val="20"/>
              </w:rPr>
              <w:t>Zeitraum der Einwilligung</w:t>
            </w:r>
          </w:p>
        </w:tc>
      </w:tr>
    </w:tbl>
    <w:tbl>
      <w:tblPr>
        <w:tblW w:type="auto" w:w="0"/>
        <w:jc w:val="center"/>
        <w:tblLayout w:type="fixed"/>
        <w:tblLook w:firstColumn="1" w:firstRow="1" w:lastColumn="0" w:lastRow="0" w:noHBand="0" w:noVBand="1" w:val="04A0"/>
        <w:tblCellSpacing w:w="0" w:type="dxa"/>
      </w:tblPr>
      <w:tblGrid>
        <w:gridCol w:w="4989"/>
        <w:gridCol w:w="4989"/>
      </w:tblGrid>
      <w:tr>
        <w:trPr>
          <w:cantSplit/>
          <w:cantSplit/>
        </w:trPr>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GÜLTIG AB</w:t>
            </w:r>
          </w:p>
          <w:p>
            <w:pPr>
              <w:spacing w:after="0" w:before="0"/>
            </w:pPr>
            <w:sdt>
              <w:sdtPr>
                <w:alias w:val="release_date_start"/>
                <w:tag w:val="release_date_start"/>
                <w:id w:val="8051526"/>
                <w:text/>
              </w:sdtPr>
              <w:sdtContent>
                <w:r>
                  <w:rPr>
                    <w:color w:val="7B9499"/>
                    <w:sz w:val="17"/>
                  </w:rPr>
                  <w:t>TT.MM.JJJJ</w:t>
                </w:r>
              </w:sdtContent>
            </w:sdt>
          </w:p>
        </w:tc>
        <w:tc>
          <w:tcPr>
            <w:tcW w:type="dxa" w:w="4989"/>
            <w:shd w:fill="F6F9F8" w:val="clear"/>
            <w:tcMar>
              <w:top w:w="90" w:type="dxa"/>
              <w:start w:w="135" w:type="dxa"/>
              <w:bottom w:w="105" w:type="dxa"/>
              <w:end w:w="135" w:type="dxa"/>
            </w:tcMar>
            <w:tcBorders>
              <w:bottom w:val="single" w:sz="6" w:color="D8E6E5"/>
            </w:tcBorders>
          </w:tcPr>
          <w:p>
            <w:pPr>
              <w:spacing w:after="60"/>
            </w:pPr>
            <w:r>
              <w:rPr>
                <w:rFonts w:ascii="Aptos" w:hAnsi="Aptos" w:eastAsia="Aptos"/>
                <w:b/>
                <w:i w:val="0"/>
                <w:color w:val="667A83"/>
                <w:sz w:val="14"/>
              </w:rPr>
              <w:t>GÜLTIG BIS</w:t>
            </w:r>
          </w:p>
          <w:p>
            <w:pPr>
              <w:spacing w:after="0" w:before="0"/>
            </w:pPr>
            <w:sdt>
              <w:sdtPr>
                <w:alias w:val="release_date_end"/>
                <w:tag w:val="release_date_end"/>
                <w:id w:val="7217348"/>
                <w:text/>
              </w:sdtPr>
              <w:sdtContent>
                <w:r>
                  <w:rPr>
                    <w:color w:val="7B9499"/>
                    <w:sz w:val="17"/>
                  </w:rPr>
                  <w:t>TT.MM.JJJJ</w:t>
                </w:r>
              </w:sdtContent>
            </w:sdt>
          </w:p>
        </w:tc>
      </w:tr>
    </w:tbl>
    <w:p>
      <w:pPr>
        <w:spacing w:before="160" w:after="140"/>
      </w:pPr>
      <w:r>
        <w:rPr>
          <w:rFonts w:ascii="Aptos" w:hAnsi="Aptos" w:eastAsia="Aptos"/>
          <w:b/>
          <w:i w:val="0"/>
          <w:color w:val="1C3340"/>
          <w:sz w:val="17"/>
        </w:rPr>
        <w:t xml:space="preserve">Einwilligung und Schweigepflichtentbindung  </w:t>
      </w:r>
      <w:r>
        <w:rPr>
          <w:rFonts w:ascii="Aptos" w:hAnsi="Aptos" w:eastAsia="Aptos"/>
          <w:b w:val="0"/>
          <w:i w:val="0"/>
          <w:color w:val="1C3340"/>
          <w:sz w:val="16"/>
        </w:rPr>
        <w:t>Ich gestatte der oben bezeichneten Praxis, der genannten Person ausschließlich zu dem angegebenen Zweck und im angekreuzten Umfang Auskunft zu erteilen. Hierfür entbinde ich die behandelnden Ärztinnen und Ärzte sowie das beteiligte Praxispersonal insoweit von der Schweigepflicht. Diese Erklärung erfolgt freiwillig und ist jederzeit mit Wirkung für die Zukunft widerrufbar.</w:t>
      </w:r>
    </w:p>
    <w:tbl>
      <w:tblPr>
        <w:tblW w:type="auto" w:w="0"/>
        <w:tblLayout w:type="fixed"/>
        <w:tblLook w:firstColumn="1" w:firstRow="1" w:lastColumn="0" w:lastRow="0" w:noHBand="0" w:noVBand="1" w:val="04A0"/>
        <w:tblCellSpacing w:w="0" w:type="dxa"/>
      </w:tblPr>
      <w:tblGrid>
        <w:gridCol w:w="4309"/>
        <w:gridCol w:w="5669"/>
      </w:tblGrid>
      <w:tr>
        <w:trPr>
          <w:cantSplit/>
          <w:cantSplit/>
        </w:trPr>
        <w:tc>
          <w:tcPr>
            <w:tcW w:type="dxa" w:w="4989"/>
            <w:tcMar>
              <w:top w:w="85" w:type="dxa"/>
              <w:start w:w="40" w:type="dxa"/>
              <w:bottom w:w="65" w:type="dxa"/>
              <w:end w:w="100" w:type="dxa"/>
            </w:tcMar>
            <w:tcBorders>
              <w:bottom w:val="single" w:sz="6" w:color="667A83"/>
            </w:tcBorders>
          </w:tcPr>
          <w:p>
            <w:sdt>
              <w:sdtPr>
                <w:alias w:val="release_ortdatum"/>
                <w:tag w:val="release_ortdatum"/>
                <w:id w:val="322677"/>
                <w:text/>
              </w:sdtPr>
              <w:sdtContent>
                <w:r>
                  <w:rPr>
                    <w:color w:val="7B9499"/>
                    <w:sz w:val="18"/>
                  </w:rPr>
                  <w:t>Ort, Datum</w:t>
                </w:r>
              </w:sdtContent>
            </w:sdt>
          </w:p>
          <w:p>
            <w:pPr>
              <w:spacing w:before="100"/>
            </w:pPr>
            <w:r>
              <w:rPr>
                <w:rFonts w:ascii="Aptos" w:hAnsi="Aptos" w:eastAsia="Aptos"/>
                <w:b/>
                <w:i w:val="0"/>
                <w:color w:val="667A83"/>
                <w:sz w:val="13"/>
              </w:rPr>
              <w:t>ORT UND DATUM</w:t>
            </w:r>
          </w:p>
        </w:tc>
        <w:tc>
          <w:tcPr>
            <w:tcW w:type="dxa" w:w="4989"/>
            <w:tcMar>
              <w:top w:w="85" w:type="dxa"/>
              <w:start w:w="110" w:type="dxa"/>
              <w:bottom w:w="65" w:type="dxa"/>
              <w:end w:w="50" w:type="dxa"/>
            </w:tcMar>
            <w:tcBorders>
              <w:bottom w:val="single" w:sz="6" w:color="667A83"/>
            </w:tcBorders>
          </w:tcPr>
          <w:p>
            <w:r>
              <w:rPr>
                <w:rFonts w:ascii="Aptos" w:hAnsi="Aptos" w:eastAsia="Aptos"/>
                <w:b w:val="0"/>
                <w:i w:val="0"/>
                <w:color w:val="1C3340"/>
                <w:sz w:val="18"/>
              </w:rPr>
              <w:t xml:space="preserve"> </w:t>
            </w:r>
          </w:p>
          <w:p>
            <w:pPr>
              <w:spacing w:before="100"/>
            </w:pPr>
            <w:r>
              <w:rPr>
                <w:rFonts w:ascii="Aptos" w:hAnsi="Aptos" w:eastAsia="Aptos"/>
                <w:b/>
                <w:i w:val="0"/>
                <w:color w:val="667A83"/>
                <w:sz w:val="13"/>
              </w:rPr>
              <w:t>UNTERSCHRIFT PATIENTIN / PATIENT</w:t>
            </w:r>
          </w:p>
        </w:tc>
      </w:tr>
    </w:tbl>
    <w:p>
      <w:pPr>
        <w:spacing w:before="180" w:after="0"/>
      </w:pPr>
      <w:r>
        <w:rPr>
          <w:rFonts w:ascii="Aptos" w:hAnsi="Aptos" w:eastAsia="Aptos"/>
          <w:b/>
          <w:i w:val="0"/>
          <w:color w:val="176D74"/>
          <w:sz w:val="14"/>
        </w:rPr>
        <w:t xml:space="preserve">WICHTIG   </w:t>
      </w:r>
      <w:r>
        <w:rPr>
          <w:rFonts w:ascii="Aptos" w:hAnsi="Aptos" w:eastAsia="Aptos"/>
          <w:b w:val="0"/>
          <w:i w:val="0"/>
          <w:color w:val="667A83"/>
          <w:sz w:val="15"/>
        </w:rPr>
        <w:t>Diese Erklärung ersetzt weder eine Vorsorgevollmacht noch eine Patientenverfügung. Sie berechtigt nicht zu Entscheidungen über Untersuchungen, Eingriffe oder Behandlungen. Die Praxis kann einen Identitätsnachweis oder ein eigenes Formular verlangen.</w:t>
      </w:r>
    </w:p>
    <w:sectPr w:rsidR="00FC693F" w:rsidRPr="0006063C" w:rsidSect="00034616">
      <w:headerReference w:type="default" r:id="rId9"/>
      <w:footerReference w:type="default" r:id="rId10"/>
      <w:pgSz w:w="11906" w:h="16838"/>
      <w:pgMar w:top="652" w:right="964" w:bottom="567" w:left="964" w:header="369" w:footer="3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i w:val="0"/>
        <w:color w:val="667A83"/>
        <w:sz w:val="14"/>
      </w:rPr>
      <w:t xml:space="preserve">ARZTVOLLMACHT    •    VERTRAULICH    •    </w:t>
    </w:r>
    <w:r>
      <w:rPr>
        <w:rFonts w:ascii="Aptos" w:hAnsi="Aptos" w:eastAsia="Aptos"/>
        <w:b w:val="0"/>
        <w:i w:val="0"/>
        <w:color w:val="667A83"/>
        <w:sz w:val="14"/>
      </w:rPr>
      <w:t xml:space="preserve">SEITE </w:t>
    </w:r>
    <w:fldSimple w:instr="PAGE"/>
    <w:r>
      <w:rPr>
        <w:rFonts w:ascii="Aptos" w:hAnsi="Aptos" w:eastAsia="Aptos"/>
        <w:b w:val="0"/>
        <w:i w:val="0"/>
        <w:color w:val="667A83"/>
        <w:sz w:val="14"/>
      </w:rPr>
      <w:t xml:space="preserve"> / 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left"/>
      <w:pBdr>
        <w:bottom w:val="single" w:sz="8" w:color="176D74"/>
      </w:pBdr>
    </w:pPr>
    <w:r>
      <w:rPr>
        <w:rFonts w:ascii="Aptos" w:hAnsi="Aptos" w:eastAsia="Aptos"/>
        <w:b/>
        <w:i w:val="0"/>
        <w:color w:val="176D74"/>
        <w:sz w:val="14"/>
      </w:rPr>
      <w:t>FORMULARE  /  PATIENTENANGELEGENHEITEN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54" w:lineRule="auto"/>
    </w:pPr>
    <w:rPr>
      <w:rFonts w:ascii="Aptos" w:hAnsi="Aptos"/>
      <w:color w:val="1C334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eldLabel">
    <w:name w:val="FieldLabel"/>
    <w:rPr>
      <w:rFonts w:ascii="Aptos" w:hAnsi="Aptos"/>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Arztvollmacht – Vorlage für Arztpraxis und ärztliche Auskünfte</dc:title>
  <dc:subject>Editierbare Vollmacht und optionale Schweigepflichtentbindung</dc:subject>
  <dc:creator>Dokumentvorlage</dc:creator>
  <cp:keywords>Arztvollmacht, Arztpraxis, Schweigepflichtentbindung, Vollmacht</cp:keywords>
  <dc:description>generated by python-docx</dc:description>
  <cp:lastModifiedBy/>
  <cp:revision>1</cp:revision>
  <dcterms:created xsi:type="dcterms:W3CDTF">2013-12-23T23:15:00Z</dcterms:created>
  <dcterms:modified xsi:type="dcterms:W3CDTF">2013-12-23T23:15:00Z</dcterms:modified>
  <cp:category/>
</cp:coreProperties>
</file>