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before="0" w:after="20" w:line="252" w:lineRule="auto"/>
      </w:pPr>
      <w:r>
        <w:rPr>
          <w:rFonts w:ascii="Arial" w:hAnsi="Arial" w:eastAsia="Arial" w:cs="Arial"/>
          <w:b/>
          <w:i w:val="0"/>
          <w:color w:val="17324D"/>
          <w:sz w:val="44"/>
        </w:rPr>
        <w:t>BANKVOLLMACHT</w:t>
      </w:r>
    </w:p>
    <w:p>
      <w:pPr>
        <w:widowControl/>
        <w:spacing w:before="0" w:after="140" w:line="252" w:lineRule="auto"/>
      </w:pPr>
      <w:r>
        <w:rPr>
          <w:rFonts w:ascii="Arial" w:hAnsi="Arial" w:eastAsia="Arial" w:cs="Arial"/>
          <w:b/>
          <w:i w:val="0"/>
          <w:color w:val="0F6B63"/>
          <w:sz w:val="21"/>
        </w:rPr>
        <w:t>Vorlage für Konto-, Depot- und sonstige Bankgeschäfte</w:t>
      </w:r>
    </w:p>
    <w:tbl>
      <w:tblPr>
        <w:tblW w:type="auto" w:w="0"/>
        <w:jc w:val="center"/>
        <w:tblLayout w:type="fixed"/>
        <w:tblLook w:firstColumn="1" w:firstRow="1" w:lastColumn="0" w:lastRow="0" w:noHBand="0" w:noVBand="1" w:val="04A0"/>
      </w:tblPr>
      <w:tblGrid>
        <w:gridCol w:w="10205"/>
      </w:tblGrid>
      <w:tr>
        <w:tc>
          <w:tcPr>
            <w:tcW w:type="dxa" w:w="10206"/>
            <w:shd w:fill="EEF5F4"/>
            <w:tcMar>
              <w:top w:w="130" w:type="dxa"/>
              <w:start w:w="160" w:type="dxa"/>
              <w:bottom w:w="130" w:type="dxa"/>
              <w:end w:w="160" w:type="dxa"/>
            </w:tcMar>
            <w:tcBorders>
              <w:top w:sz="3" w:val="single" w:color="CFE2DF"/>
              <w:left w:sz="14" w:val="single" w:color="0F6B63"/>
              <w:bottom w:sz="3" w:val="single" w:color="CFE2DF"/>
              <w:right w:sz="3" w:val="single" w:color="CFE2DF"/>
            </w:tcBorders>
          </w:tcPr>
          <w:p>
            <w:pPr>
              <w:spacing w:before="0" w:after="0" w:line="269" w:lineRule="auto"/>
            </w:pPr>
            <w:r>
              <w:rPr>
                <w:rFonts w:ascii="Arial" w:hAnsi="Arial" w:eastAsia="Arial" w:cs="Arial"/>
                <w:b/>
                <w:i w:val="0"/>
                <w:color w:val="0F6B63"/>
                <w:sz w:val="17"/>
              </w:rPr>
              <w:t xml:space="preserve">Hinweis: </w:t>
            </w:r>
            <w:r>
              <w:rPr>
                <w:rFonts w:ascii="Arial" w:hAnsi="Arial" w:eastAsia="Arial" w:cs="Arial"/>
                <w:b w:val="0"/>
                <w:i w:val="0"/>
                <w:color w:val="24323D"/>
                <w:sz w:val="17"/>
              </w:rPr>
              <w:t>Diese Vorlage ist bewusst bankunabhängig aufgebaut. Kreditinstitute können eigene Vollmachtsformulare, eine Identitätsprüfung oder die persönliche Vorsprache beider Personen verlangen. Vor der Einreichung sollte daher geprüft werden, welche Form das jeweilige Institut akzeptiert.</w:t>
            </w:r>
          </w:p>
        </w:tc>
      </w:tr>
    </w:tbl>
    <w:p>
      <w:pPr>
        <w:widowControl/>
        <w:spacing w:before="140" w:after="80" w:line="252" w:lineRule="auto"/>
      </w:pPr>
      <w:r>
        <w:rPr>
          <w:rFonts w:ascii="Arial" w:hAnsi="Arial" w:eastAsia="Arial" w:cs="Arial"/>
          <w:b/>
          <w:i w:val="0"/>
          <w:color w:val="0F6B63"/>
          <w:sz w:val="22"/>
        </w:rPr>
        <w:t xml:space="preserve">1  </w:t>
      </w:r>
      <w:r>
        <w:rPr>
          <w:rFonts w:ascii="Arial" w:hAnsi="Arial" w:eastAsia="Arial" w:cs="Arial"/>
          <w:b/>
          <w:i w:val="0"/>
          <w:color w:val="17324D"/>
          <w:sz w:val="22"/>
        </w:rPr>
        <w:t>Vollmachtgeber / Kontoinhaber</w:t>
      </w:r>
    </w:p>
    <w:tbl>
      <w:tblPr>
        <w:tblW w:type="auto" w:w="0"/>
        <w:jc w:val="center"/>
        <w:tblLayout w:type="fixed"/>
        <w:tblLook w:firstColumn="1" w:firstRow="1" w:lastColumn="0" w:lastRow="0" w:noHBand="0" w:noVBand="1" w:val="04A0"/>
      </w:tblPr>
      <w:tblGrid>
        <w:gridCol w:w="5103"/>
        <w:gridCol w:w="5103"/>
      </w:tblGrid>
      <w:tr>
        <w:tc>
          <w:tcPr>
            <w:tcW w:type="dxa" w:w="2948"/>
            <w:tcMar>
              <w:top w:w="85" w:type="dxa"/>
              <w:start w:w="120" w:type="dxa"/>
              <w:bottom w:w="85" w:type="dxa"/>
              <w:end w:w="120" w:type="dxa"/>
            </w:tcMar>
            <w:vAlign w:val="center"/>
            <w:shd w:fill="F3F6F8"/>
            <w:tcBorders>
              <w:bottom w:sz="4" w:val="single" w:color="D9E2E8"/>
              <w:right w:sz="4" w:val="single" w:color="D9E2E8"/>
            </w:tcBorders>
          </w:tcPr>
          <w:p>
            <w:pPr>
              <w:spacing w:before="0" w:after="0" w:line="252" w:lineRule="auto"/>
            </w:pPr>
            <w:r>
              <w:rPr>
                <w:rFonts w:ascii="Arial" w:hAnsi="Arial" w:eastAsia="Arial" w:cs="Arial"/>
                <w:b/>
                <w:i w:val="0"/>
                <w:color w:val="6C7A86"/>
                <w:sz w:val="17"/>
              </w:rPr>
              <w:t>Name, Vorname</w:t>
            </w:r>
          </w:p>
        </w:tc>
        <w:tc>
          <w:tcPr>
            <w:tcW w:type="dxa" w:w="7257"/>
            <w:tcMar>
              <w:top w:w="85" w:type="dxa"/>
              <w:start w:w="120" w:type="dxa"/>
              <w:bottom w:w="85" w:type="dxa"/>
              <w:end w:w="120" w:type="dxa"/>
            </w:tcMar>
            <w:vAlign w:val="center"/>
            <w:tcBorders>
              <w:bottom w:sz="4" w:val="single" w:color="D9E2E8"/>
            </w:tcBorders>
          </w:tcPr>
          <w:p>
            <w:pPr>
              <w:spacing w:before="0" w:after="0" w:line="252" w:lineRule="auto"/>
            </w:pPr>
            <w:r>
              <w:rPr>
                <w:rFonts w:ascii="Arial" w:hAnsi="Arial" w:eastAsia="Arial" w:cs="Arial"/>
                <w:b w:val="0"/>
                <w:i/>
                <w:color w:val="7A8791"/>
                <w:sz w:val="18"/>
              </w:rPr>
              <w:t>Hier eintragen</w:t>
            </w:r>
          </w:p>
        </w:tc>
      </w:tr>
      <w:tr>
        <w:tc>
          <w:tcPr>
            <w:tcW w:type="dxa" w:w="2948"/>
            <w:tcMar>
              <w:top w:w="85" w:type="dxa"/>
              <w:start w:w="120" w:type="dxa"/>
              <w:bottom w:w="85" w:type="dxa"/>
              <w:end w:w="120" w:type="dxa"/>
            </w:tcMar>
            <w:vAlign w:val="center"/>
            <w:shd w:fill="F3F6F8"/>
            <w:tcBorders>
              <w:bottom w:sz="4" w:val="single" w:color="D9E2E8"/>
              <w:right w:sz="4" w:val="single" w:color="D9E2E8"/>
            </w:tcBorders>
          </w:tcPr>
          <w:p>
            <w:pPr>
              <w:spacing w:before="0" w:after="0" w:line="252" w:lineRule="auto"/>
            </w:pPr>
            <w:r>
              <w:rPr>
                <w:rFonts w:ascii="Arial" w:hAnsi="Arial" w:eastAsia="Arial" w:cs="Arial"/>
                <w:b/>
                <w:i w:val="0"/>
                <w:color w:val="6C7A86"/>
                <w:sz w:val="17"/>
              </w:rPr>
              <w:t>Geburtsdatum</w:t>
            </w:r>
          </w:p>
        </w:tc>
        <w:tc>
          <w:tcPr>
            <w:tcW w:type="dxa" w:w="7257"/>
            <w:tcMar>
              <w:top w:w="85" w:type="dxa"/>
              <w:start w:w="120" w:type="dxa"/>
              <w:bottom w:w="85" w:type="dxa"/>
              <w:end w:w="120" w:type="dxa"/>
            </w:tcMar>
            <w:vAlign w:val="center"/>
            <w:tcBorders>
              <w:bottom w:sz="4" w:val="single" w:color="D9E2E8"/>
            </w:tcBorders>
          </w:tcPr>
          <w:p>
            <w:pPr>
              <w:spacing w:before="0" w:after="0" w:line="252" w:lineRule="auto"/>
            </w:pPr>
            <w:r>
              <w:rPr>
                <w:rFonts w:ascii="Arial" w:hAnsi="Arial" w:eastAsia="Arial" w:cs="Arial"/>
                <w:b w:val="0"/>
                <w:i/>
                <w:color w:val="7A8791"/>
                <w:sz w:val="18"/>
              </w:rPr>
              <w:t>TT.MM.JJJJ</w:t>
            </w:r>
          </w:p>
        </w:tc>
      </w:tr>
      <w:tr>
        <w:tc>
          <w:tcPr>
            <w:tcW w:type="dxa" w:w="2948"/>
            <w:tcMar>
              <w:top w:w="85" w:type="dxa"/>
              <w:start w:w="120" w:type="dxa"/>
              <w:bottom w:w="85" w:type="dxa"/>
              <w:end w:w="120" w:type="dxa"/>
            </w:tcMar>
            <w:vAlign w:val="center"/>
            <w:shd w:fill="F3F6F8"/>
            <w:tcBorders>
              <w:bottom w:sz="4" w:val="single" w:color="D9E2E8"/>
              <w:right w:sz="4" w:val="single" w:color="D9E2E8"/>
            </w:tcBorders>
          </w:tcPr>
          <w:p>
            <w:pPr>
              <w:spacing w:before="0" w:after="0" w:line="252" w:lineRule="auto"/>
            </w:pPr>
            <w:r>
              <w:rPr>
                <w:rFonts w:ascii="Arial" w:hAnsi="Arial" w:eastAsia="Arial" w:cs="Arial"/>
                <w:b/>
                <w:i w:val="0"/>
                <w:color w:val="6C7A86"/>
                <w:sz w:val="17"/>
              </w:rPr>
              <w:t>Anschrift</w:t>
            </w:r>
          </w:p>
        </w:tc>
        <w:tc>
          <w:tcPr>
            <w:tcW w:type="dxa" w:w="7257"/>
            <w:tcMar>
              <w:top w:w="85" w:type="dxa"/>
              <w:start w:w="120" w:type="dxa"/>
              <w:bottom w:w="85" w:type="dxa"/>
              <w:end w:w="120" w:type="dxa"/>
            </w:tcMar>
            <w:vAlign w:val="center"/>
            <w:tcBorders>
              <w:bottom w:sz="4" w:val="single" w:color="D9E2E8"/>
            </w:tcBorders>
          </w:tcPr>
          <w:p>
            <w:pPr>
              <w:spacing w:before="0" w:after="0" w:line="252" w:lineRule="auto"/>
            </w:pPr>
            <w:r>
              <w:rPr>
                <w:rFonts w:ascii="Arial" w:hAnsi="Arial" w:eastAsia="Arial" w:cs="Arial"/>
                <w:b w:val="0"/>
                <w:i/>
                <w:color w:val="7A8791"/>
                <w:sz w:val="18"/>
              </w:rPr>
              <w:t>Straße, Hausnummer, PLZ, Ort</w:t>
            </w:r>
          </w:p>
        </w:tc>
      </w:tr>
      <w:tr>
        <w:tc>
          <w:tcPr>
            <w:tcW w:type="dxa" w:w="2948"/>
            <w:tcMar>
              <w:top w:w="85" w:type="dxa"/>
              <w:start w:w="120" w:type="dxa"/>
              <w:bottom w:w="85" w:type="dxa"/>
              <w:end w:w="120" w:type="dxa"/>
            </w:tcMar>
            <w:vAlign w:val="center"/>
            <w:shd w:fill="F3F6F8"/>
            <w:tcBorders>
              <w:bottom w:sz="4" w:val="single" w:color="D9E2E8"/>
              <w:right w:sz="4" w:val="single" w:color="D9E2E8"/>
            </w:tcBorders>
          </w:tcPr>
          <w:p>
            <w:pPr>
              <w:spacing w:before="0" w:after="0" w:line="252" w:lineRule="auto"/>
            </w:pPr>
            <w:r>
              <w:rPr>
                <w:rFonts w:ascii="Arial" w:hAnsi="Arial" w:eastAsia="Arial" w:cs="Arial"/>
                <w:b/>
                <w:i w:val="0"/>
                <w:color w:val="6C7A86"/>
                <w:sz w:val="17"/>
              </w:rPr>
              <w:t>Telefon / E-Mail</w:t>
            </w:r>
          </w:p>
        </w:tc>
        <w:tc>
          <w:tcPr>
            <w:tcW w:type="dxa" w:w="7257"/>
            <w:tcMar>
              <w:top w:w="85" w:type="dxa"/>
              <w:start w:w="120" w:type="dxa"/>
              <w:bottom w:w="85" w:type="dxa"/>
              <w:end w:w="120" w:type="dxa"/>
            </w:tcMar>
            <w:vAlign w:val="center"/>
            <w:tcBorders>
              <w:bottom w:sz="4" w:val="single" w:color="D9E2E8"/>
            </w:tcBorders>
          </w:tcPr>
          <w:p>
            <w:pPr>
              <w:spacing w:before="0" w:after="0" w:line="252" w:lineRule="auto"/>
            </w:pPr>
            <w:r>
              <w:rPr>
                <w:rFonts w:ascii="Arial" w:hAnsi="Arial" w:eastAsia="Arial" w:cs="Arial"/>
                <w:b w:val="0"/>
                <w:i/>
                <w:color w:val="7A8791"/>
                <w:sz w:val="18"/>
              </w:rPr>
              <w:t>optional</w:t>
            </w:r>
          </w:p>
        </w:tc>
      </w:tr>
      <w:tr>
        <w:tc>
          <w:tcPr>
            <w:tcW w:type="dxa" w:w="2948"/>
            <w:tcMar>
              <w:top w:w="85" w:type="dxa"/>
              <w:start w:w="120" w:type="dxa"/>
              <w:bottom w:w="85" w:type="dxa"/>
              <w:end w:w="120" w:type="dxa"/>
            </w:tcMar>
            <w:vAlign w:val="center"/>
            <w:shd w:fill="F3F6F8"/>
            <w:tcBorders>
              <w:bottom w:sz="4" w:val="single" w:color="D9E2E8"/>
              <w:right w:sz="4" w:val="single" w:color="D9E2E8"/>
            </w:tcBorders>
          </w:tcPr>
          <w:p>
            <w:pPr>
              <w:spacing w:before="0" w:after="0" w:line="252" w:lineRule="auto"/>
            </w:pPr>
            <w:r>
              <w:rPr>
                <w:rFonts w:ascii="Arial" w:hAnsi="Arial" w:eastAsia="Arial" w:cs="Arial"/>
                <w:b/>
                <w:i w:val="0"/>
                <w:color w:val="6C7A86"/>
                <w:sz w:val="17"/>
              </w:rPr>
              <w:t>Kunden- oder Vertragsnummer</w:t>
            </w:r>
          </w:p>
        </w:tc>
        <w:tc>
          <w:tcPr>
            <w:tcW w:type="dxa" w:w="7257"/>
            <w:tcMar>
              <w:top w:w="85" w:type="dxa"/>
              <w:start w:w="120" w:type="dxa"/>
              <w:bottom w:w="85" w:type="dxa"/>
              <w:end w:w="120" w:type="dxa"/>
            </w:tcMar>
            <w:vAlign w:val="center"/>
            <w:tcBorders>
              <w:bottom w:sz="4" w:val="single" w:color="D9E2E8"/>
            </w:tcBorders>
          </w:tcPr>
          <w:p>
            <w:pPr>
              <w:spacing w:before="0" w:after="0" w:line="252" w:lineRule="auto"/>
            </w:pPr>
            <w:r>
              <w:rPr>
                <w:rFonts w:ascii="Arial" w:hAnsi="Arial" w:eastAsia="Arial" w:cs="Arial"/>
                <w:b w:val="0"/>
                <w:i/>
                <w:color w:val="7A8791"/>
                <w:sz w:val="18"/>
              </w:rPr>
              <w:t>optional</w:t>
            </w:r>
          </w:p>
        </w:tc>
      </w:tr>
    </w:tbl>
    <w:p>
      <w:pPr>
        <w:widowControl/>
        <w:spacing w:before="140" w:after="80" w:line="252" w:lineRule="auto"/>
      </w:pPr>
      <w:r>
        <w:rPr>
          <w:rFonts w:ascii="Arial" w:hAnsi="Arial" w:eastAsia="Arial" w:cs="Arial"/>
          <w:b/>
          <w:i w:val="0"/>
          <w:color w:val="0F6B63"/>
          <w:sz w:val="22"/>
        </w:rPr>
        <w:t xml:space="preserve">2  </w:t>
      </w:r>
      <w:r>
        <w:rPr>
          <w:rFonts w:ascii="Arial" w:hAnsi="Arial" w:eastAsia="Arial" w:cs="Arial"/>
          <w:b/>
          <w:i w:val="0"/>
          <w:color w:val="17324D"/>
          <w:sz w:val="22"/>
        </w:rPr>
        <w:t>Bevollmächtigte Person</w:t>
      </w:r>
    </w:p>
    <w:tbl>
      <w:tblPr>
        <w:tblW w:type="auto" w:w="0"/>
        <w:jc w:val="center"/>
        <w:tblLayout w:type="fixed"/>
        <w:tblLook w:firstColumn="1" w:firstRow="1" w:lastColumn="0" w:lastRow="0" w:noHBand="0" w:noVBand="1" w:val="04A0"/>
      </w:tblPr>
      <w:tblGrid>
        <w:gridCol w:w="5103"/>
        <w:gridCol w:w="5103"/>
      </w:tblGrid>
      <w:tr>
        <w:tc>
          <w:tcPr>
            <w:tcW w:type="dxa" w:w="2948"/>
            <w:tcMar>
              <w:top w:w="85" w:type="dxa"/>
              <w:start w:w="120" w:type="dxa"/>
              <w:bottom w:w="85" w:type="dxa"/>
              <w:end w:w="120" w:type="dxa"/>
            </w:tcMar>
            <w:vAlign w:val="center"/>
            <w:shd w:fill="F3F6F8"/>
            <w:tcBorders>
              <w:bottom w:sz="4" w:val="single" w:color="D9E2E8"/>
              <w:right w:sz="4" w:val="single" w:color="D9E2E8"/>
            </w:tcBorders>
          </w:tcPr>
          <w:p>
            <w:pPr>
              <w:spacing w:before="0" w:after="0" w:line="252" w:lineRule="auto"/>
            </w:pPr>
            <w:r>
              <w:rPr>
                <w:rFonts w:ascii="Arial" w:hAnsi="Arial" w:eastAsia="Arial" w:cs="Arial"/>
                <w:b/>
                <w:i w:val="0"/>
                <w:color w:val="6C7A86"/>
                <w:sz w:val="17"/>
              </w:rPr>
              <w:t>Name, Vorname</w:t>
            </w:r>
          </w:p>
        </w:tc>
        <w:tc>
          <w:tcPr>
            <w:tcW w:type="dxa" w:w="7257"/>
            <w:tcMar>
              <w:top w:w="85" w:type="dxa"/>
              <w:start w:w="120" w:type="dxa"/>
              <w:bottom w:w="85" w:type="dxa"/>
              <w:end w:w="120" w:type="dxa"/>
            </w:tcMar>
            <w:vAlign w:val="center"/>
            <w:tcBorders>
              <w:bottom w:sz="4" w:val="single" w:color="D9E2E8"/>
            </w:tcBorders>
          </w:tcPr>
          <w:p>
            <w:pPr>
              <w:spacing w:before="0" w:after="0" w:line="252" w:lineRule="auto"/>
            </w:pPr>
            <w:r>
              <w:rPr>
                <w:rFonts w:ascii="Arial" w:hAnsi="Arial" w:eastAsia="Arial" w:cs="Arial"/>
                <w:b w:val="0"/>
                <w:i/>
                <w:color w:val="7A8791"/>
                <w:sz w:val="18"/>
              </w:rPr>
              <w:t>Hier eintragen</w:t>
            </w:r>
          </w:p>
        </w:tc>
      </w:tr>
      <w:tr>
        <w:tc>
          <w:tcPr>
            <w:tcW w:type="dxa" w:w="2948"/>
            <w:tcMar>
              <w:top w:w="85" w:type="dxa"/>
              <w:start w:w="120" w:type="dxa"/>
              <w:bottom w:w="85" w:type="dxa"/>
              <w:end w:w="120" w:type="dxa"/>
            </w:tcMar>
            <w:vAlign w:val="center"/>
            <w:shd w:fill="F3F6F8"/>
            <w:tcBorders>
              <w:bottom w:sz="4" w:val="single" w:color="D9E2E8"/>
              <w:right w:sz="4" w:val="single" w:color="D9E2E8"/>
            </w:tcBorders>
          </w:tcPr>
          <w:p>
            <w:pPr>
              <w:spacing w:before="0" w:after="0" w:line="252" w:lineRule="auto"/>
            </w:pPr>
            <w:r>
              <w:rPr>
                <w:rFonts w:ascii="Arial" w:hAnsi="Arial" w:eastAsia="Arial" w:cs="Arial"/>
                <w:b/>
                <w:i w:val="0"/>
                <w:color w:val="6C7A86"/>
                <w:sz w:val="17"/>
              </w:rPr>
              <w:t>Geburtsdatum</w:t>
            </w:r>
          </w:p>
        </w:tc>
        <w:tc>
          <w:tcPr>
            <w:tcW w:type="dxa" w:w="7257"/>
            <w:tcMar>
              <w:top w:w="85" w:type="dxa"/>
              <w:start w:w="120" w:type="dxa"/>
              <w:bottom w:w="85" w:type="dxa"/>
              <w:end w:w="120" w:type="dxa"/>
            </w:tcMar>
            <w:vAlign w:val="center"/>
            <w:tcBorders>
              <w:bottom w:sz="4" w:val="single" w:color="D9E2E8"/>
            </w:tcBorders>
          </w:tcPr>
          <w:p>
            <w:pPr>
              <w:spacing w:before="0" w:after="0" w:line="252" w:lineRule="auto"/>
            </w:pPr>
            <w:r>
              <w:rPr>
                <w:rFonts w:ascii="Arial" w:hAnsi="Arial" w:eastAsia="Arial" w:cs="Arial"/>
                <w:b w:val="0"/>
                <w:i/>
                <w:color w:val="7A8791"/>
                <w:sz w:val="18"/>
              </w:rPr>
              <w:t>TT.MM.JJJJ</w:t>
            </w:r>
          </w:p>
        </w:tc>
      </w:tr>
      <w:tr>
        <w:tc>
          <w:tcPr>
            <w:tcW w:type="dxa" w:w="2948"/>
            <w:tcMar>
              <w:top w:w="85" w:type="dxa"/>
              <w:start w:w="120" w:type="dxa"/>
              <w:bottom w:w="85" w:type="dxa"/>
              <w:end w:w="120" w:type="dxa"/>
            </w:tcMar>
            <w:vAlign w:val="center"/>
            <w:shd w:fill="F3F6F8"/>
            <w:tcBorders>
              <w:bottom w:sz="4" w:val="single" w:color="D9E2E8"/>
              <w:right w:sz="4" w:val="single" w:color="D9E2E8"/>
            </w:tcBorders>
          </w:tcPr>
          <w:p>
            <w:pPr>
              <w:spacing w:before="0" w:after="0" w:line="252" w:lineRule="auto"/>
            </w:pPr>
            <w:r>
              <w:rPr>
                <w:rFonts w:ascii="Arial" w:hAnsi="Arial" w:eastAsia="Arial" w:cs="Arial"/>
                <w:b/>
                <w:i w:val="0"/>
                <w:color w:val="6C7A86"/>
                <w:sz w:val="17"/>
              </w:rPr>
              <w:t>Anschrift</w:t>
            </w:r>
          </w:p>
        </w:tc>
        <w:tc>
          <w:tcPr>
            <w:tcW w:type="dxa" w:w="7257"/>
            <w:tcMar>
              <w:top w:w="85" w:type="dxa"/>
              <w:start w:w="120" w:type="dxa"/>
              <w:bottom w:w="85" w:type="dxa"/>
              <w:end w:w="120" w:type="dxa"/>
            </w:tcMar>
            <w:vAlign w:val="center"/>
            <w:tcBorders>
              <w:bottom w:sz="4" w:val="single" w:color="D9E2E8"/>
            </w:tcBorders>
          </w:tcPr>
          <w:p>
            <w:pPr>
              <w:spacing w:before="0" w:after="0" w:line="252" w:lineRule="auto"/>
            </w:pPr>
            <w:r>
              <w:rPr>
                <w:rFonts w:ascii="Arial" w:hAnsi="Arial" w:eastAsia="Arial" w:cs="Arial"/>
                <w:b w:val="0"/>
                <w:i/>
                <w:color w:val="7A8791"/>
                <w:sz w:val="18"/>
              </w:rPr>
              <w:t>Straße, Hausnummer, PLZ, Ort</w:t>
            </w:r>
          </w:p>
        </w:tc>
      </w:tr>
      <w:tr>
        <w:tc>
          <w:tcPr>
            <w:tcW w:type="dxa" w:w="2948"/>
            <w:tcMar>
              <w:top w:w="85" w:type="dxa"/>
              <w:start w:w="120" w:type="dxa"/>
              <w:bottom w:w="85" w:type="dxa"/>
              <w:end w:w="120" w:type="dxa"/>
            </w:tcMar>
            <w:vAlign w:val="center"/>
            <w:shd w:fill="F3F6F8"/>
            <w:tcBorders>
              <w:bottom w:sz="4" w:val="single" w:color="D9E2E8"/>
              <w:right w:sz="4" w:val="single" w:color="D9E2E8"/>
            </w:tcBorders>
          </w:tcPr>
          <w:p>
            <w:pPr>
              <w:spacing w:before="0" w:after="0" w:line="252" w:lineRule="auto"/>
            </w:pPr>
            <w:r>
              <w:rPr>
                <w:rFonts w:ascii="Arial" w:hAnsi="Arial" w:eastAsia="Arial" w:cs="Arial"/>
                <w:b/>
                <w:i w:val="0"/>
                <w:color w:val="6C7A86"/>
                <w:sz w:val="17"/>
              </w:rPr>
              <w:t>Telefon / E-Mail</w:t>
            </w:r>
          </w:p>
        </w:tc>
        <w:tc>
          <w:tcPr>
            <w:tcW w:type="dxa" w:w="7257"/>
            <w:tcMar>
              <w:top w:w="85" w:type="dxa"/>
              <w:start w:w="120" w:type="dxa"/>
              <w:bottom w:w="85" w:type="dxa"/>
              <w:end w:w="120" w:type="dxa"/>
            </w:tcMar>
            <w:vAlign w:val="center"/>
            <w:tcBorders>
              <w:bottom w:sz="4" w:val="single" w:color="D9E2E8"/>
            </w:tcBorders>
          </w:tcPr>
          <w:p>
            <w:pPr>
              <w:spacing w:before="0" w:after="0" w:line="252" w:lineRule="auto"/>
            </w:pPr>
            <w:r>
              <w:rPr>
                <w:rFonts w:ascii="Arial" w:hAnsi="Arial" w:eastAsia="Arial" w:cs="Arial"/>
                <w:b w:val="0"/>
                <w:i/>
                <w:color w:val="7A8791"/>
                <w:sz w:val="18"/>
              </w:rPr>
              <w:t>optional</w:t>
            </w:r>
          </w:p>
        </w:tc>
      </w:tr>
      <w:tr>
        <w:tc>
          <w:tcPr>
            <w:tcW w:type="dxa" w:w="2948"/>
            <w:tcMar>
              <w:top w:w="85" w:type="dxa"/>
              <w:start w:w="120" w:type="dxa"/>
              <w:bottom w:w="85" w:type="dxa"/>
              <w:end w:w="120" w:type="dxa"/>
            </w:tcMar>
            <w:vAlign w:val="center"/>
            <w:shd w:fill="F3F6F8"/>
            <w:tcBorders>
              <w:bottom w:sz="4" w:val="single" w:color="D9E2E8"/>
              <w:right w:sz="4" w:val="single" w:color="D9E2E8"/>
            </w:tcBorders>
          </w:tcPr>
          <w:p>
            <w:pPr>
              <w:spacing w:before="0" w:after="0" w:line="252" w:lineRule="auto"/>
            </w:pPr>
            <w:r>
              <w:rPr>
                <w:rFonts w:ascii="Arial" w:hAnsi="Arial" w:eastAsia="Arial" w:cs="Arial"/>
                <w:b/>
                <w:i w:val="0"/>
                <w:color w:val="6C7A86"/>
                <w:sz w:val="17"/>
              </w:rPr>
              <w:t>Ausweisdaten</w:t>
            </w:r>
          </w:p>
        </w:tc>
        <w:tc>
          <w:tcPr>
            <w:tcW w:type="dxa" w:w="7257"/>
            <w:tcMar>
              <w:top w:w="85" w:type="dxa"/>
              <w:start w:w="120" w:type="dxa"/>
              <w:bottom w:w="85" w:type="dxa"/>
              <w:end w:w="120" w:type="dxa"/>
            </w:tcMar>
            <w:vAlign w:val="center"/>
            <w:tcBorders>
              <w:bottom w:sz="4" w:val="single" w:color="D9E2E8"/>
            </w:tcBorders>
          </w:tcPr>
          <w:p>
            <w:pPr>
              <w:spacing w:before="0" w:after="0" w:line="252" w:lineRule="auto"/>
            </w:pPr>
            <w:r>
              <w:rPr>
                <w:rFonts w:ascii="Arial" w:hAnsi="Arial" w:eastAsia="Arial" w:cs="Arial"/>
                <w:b w:val="0"/>
                <w:i/>
                <w:color w:val="7A8791"/>
                <w:sz w:val="18"/>
              </w:rPr>
              <w:t>optional – nur falls vom Kreditinstitut verlangt</w:t>
            </w:r>
          </w:p>
        </w:tc>
      </w:tr>
    </w:tbl>
    <w:p>
      <w:pPr>
        <w:widowControl/>
        <w:spacing w:before="140" w:after="80" w:line="252" w:lineRule="auto"/>
      </w:pPr>
      <w:r>
        <w:rPr>
          <w:rFonts w:ascii="Arial" w:hAnsi="Arial" w:eastAsia="Arial" w:cs="Arial"/>
          <w:b/>
          <w:i w:val="0"/>
          <w:color w:val="0F6B63"/>
          <w:sz w:val="22"/>
        </w:rPr>
        <w:t xml:space="preserve">3  </w:t>
      </w:r>
      <w:r>
        <w:rPr>
          <w:rFonts w:ascii="Arial" w:hAnsi="Arial" w:eastAsia="Arial" w:cs="Arial"/>
          <w:b/>
          <w:i w:val="0"/>
          <w:color w:val="17324D"/>
          <w:sz w:val="22"/>
        </w:rPr>
        <w:t>Kreditinstitut und Geltungsbereich</w:t>
      </w:r>
    </w:p>
    <w:tbl>
      <w:tblPr>
        <w:tblW w:type="auto" w:w="0"/>
        <w:jc w:val="center"/>
        <w:tblLayout w:type="fixed"/>
        <w:tblLook w:firstColumn="1" w:firstRow="1" w:lastColumn="0" w:lastRow="0" w:noHBand="0" w:noVBand="1" w:val="04A0"/>
      </w:tblPr>
      <w:tblGrid>
        <w:gridCol w:w="5103"/>
        <w:gridCol w:w="5103"/>
      </w:tblGrid>
      <w:tr>
        <w:tc>
          <w:tcPr>
            <w:tcW w:type="dxa" w:w="2948"/>
            <w:tcMar>
              <w:top w:w="85" w:type="dxa"/>
              <w:start w:w="120" w:type="dxa"/>
              <w:bottom w:w="85" w:type="dxa"/>
              <w:end w:w="120" w:type="dxa"/>
            </w:tcMar>
            <w:vAlign w:val="center"/>
            <w:shd w:fill="F3F6F8"/>
            <w:tcBorders>
              <w:bottom w:sz="4" w:val="single" w:color="D9E2E8"/>
              <w:right w:sz="4" w:val="single" w:color="D9E2E8"/>
            </w:tcBorders>
          </w:tcPr>
          <w:p>
            <w:pPr>
              <w:spacing w:before="0" w:after="0" w:line="252" w:lineRule="auto"/>
            </w:pPr>
            <w:r>
              <w:rPr>
                <w:rFonts w:ascii="Arial" w:hAnsi="Arial" w:eastAsia="Arial" w:cs="Arial"/>
                <w:b/>
                <w:i w:val="0"/>
                <w:color w:val="6C7A86"/>
                <w:sz w:val="17"/>
              </w:rPr>
              <w:t>Kreditinstitut</w:t>
            </w:r>
          </w:p>
        </w:tc>
        <w:tc>
          <w:tcPr>
            <w:tcW w:type="dxa" w:w="7257"/>
            <w:tcMar>
              <w:top w:w="85" w:type="dxa"/>
              <w:start w:w="120" w:type="dxa"/>
              <w:bottom w:w="85" w:type="dxa"/>
              <w:end w:w="120" w:type="dxa"/>
            </w:tcMar>
            <w:vAlign w:val="center"/>
            <w:tcBorders>
              <w:bottom w:sz="4" w:val="single" w:color="D9E2E8"/>
            </w:tcBorders>
          </w:tcPr>
          <w:p>
            <w:pPr>
              <w:spacing w:before="0" w:after="0" w:line="252" w:lineRule="auto"/>
            </w:pPr>
            <w:r>
              <w:rPr>
                <w:rFonts w:ascii="Arial" w:hAnsi="Arial" w:eastAsia="Arial" w:cs="Arial"/>
                <w:b w:val="0"/>
                <w:i/>
                <w:color w:val="7A8791"/>
                <w:sz w:val="18"/>
              </w:rPr>
              <w:t>Name der Bank / Sparkasse</w:t>
            </w:r>
          </w:p>
        </w:tc>
      </w:tr>
      <w:tr>
        <w:tc>
          <w:tcPr>
            <w:tcW w:type="dxa" w:w="2948"/>
            <w:tcMar>
              <w:top w:w="85" w:type="dxa"/>
              <w:start w:w="120" w:type="dxa"/>
              <w:bottom w:w="85" w:type="dxa"/>
              <w:end w:w="120" w:type="dxa"/>
            </w:tcMar>
            <w:vAlign w:val="center"/>
            <w:shd w:fill="F3F6F8"/>
            <w:tcBorders>
              <w:bottom w:sz="4" w:val="single" w:color="D9E2E8"/>
              <w:right w:sz="4" w:val="single" w:color="D9E2E8"/>
            </w:tcBorders>
          </w:tcPr>
          <w:p>
            <w:pPr>
              <w:spacing w:before="0" w:after="0" w:line="252" w:lineRule="auto"/>
            </w:pPr>
            <w:r>
              <w:rPr>
                <w:rFonts w:ascii="Arial" w:hAnsi="Arial" w:eastAsia="Arial" w:cs="Arial"/>
                <w:b/>
                <w:i w:val="0"/>
                <w:color w:val="6C7A86"/>
                <w:sz w:val="17"/>
              </w:rPr>
              <w:t>Filiale / Anschrift</w:t>
            </w:r>
          </w:p>
        </w:tc>
        <w:tc>
          <w:tcPr>
            <w:tcW w:type="dxa" w:w="7257"/>
            <w:tcMar>
              <w:top w:w="85" w:type="dxa"/>
              <w:start w:w="120" w:type="dxa"/>
              <w:bottom w:w="85" w:type="dxa"/>
              <w:end w:w="120" w:type="dxa"/>
            </w:tcMar>
            <w:vAlign w:val="center"/>
            <w:tcBorders>
              <w:bottom w:sz="4" w:val="single" w:color="D9E2E8"/>
            </w:tcBorders>
          </w:tcPr>
          <w:p>
            <w:pPr>
              <w:spacing w:before="0" w:after="0" w:line="252" w:lineRule="auto"/>
            </w:pPr>
            <w:r>
              <w:rPr>
                <w:rFonts w:ascii="Arial" w:hAnsi="Arial" w:eastAsia="Arial" w:cs="Arial"/>
                <w:b w:val="0"/>
                <w:i/>
                <w:color w:val="7A8791"/>
                <w:sz w:val="18"/>
              </w:rPr>
              <w:t>optional</w:t>
            </w:r>
          </w:p>
        </w:tc>
      </w:tr>
    </w:tbl>
    <w:p>
      <w:pPr>
        <w:widowControl/>
        <w:spacing w:before="60" w:after="40" w:line="252" w:lineRule="auto"/>
      </w:pPr>
      <w:r>
        <w:rPr>
          <w:rFonts w:ascii="Arial" w:hAnsi="Arial" w:eastAsia="Arial" w:cs="Arial"/>
          <w:b/>
          <w:i w:val="0"/>
          <w:color w:val="1D2933"/>
          <w:sz w:val="18"/>
        </w:rPr>
        <w:t>Die Vollmacht gilt für:</w:t>
      </w:r>
    </w:p>
    <w:p>
      <w:pPr>
        <w:widowControl/>
        <w:spacing w:before="0" w:after="10" w:line="250" w:lineRule="auto"/>
        <w:ind w:left="0"/>
      </w:pPr>
      <w:r>
        <w:rPr>
          <w:rFonts w:ascii="Arial" w:hAnsi="Arial" w:eastAsia="Arial" w:cs="Arial"/>
          <w:b/>
          <w:i w:val="0"/>
          <w:color w:val="17324D"/>
          <w:sz w:val="21"/>
        </w:rPr>
        <w:t xml:space="preserve">☐  </w:t>
      </w:r>
      <w:r>
        <w:rPr>
          <w:rFonts w:ascii="Arial" w:hAnsi="Arial" w:eastAsia="Arial" w:cs="Arial"/>
          <w:b w:val="0"/>
          <w:i w:val="0"/>
          <w:color w:val="24323D"/>
          <w:sz w:val="18"/>
        </w:rPr>
        <w:t>alle bestehenden und künftigen Konten und Depots des Vollmachtgebers bei dem oben genannten Kreditinstitut</w:t>
      </w:r>
    </w:p>
    <w:p>
      <w:pPr>
        <w:widowControl/>
        <w:spacing w:before="0" w:after="10" w:line="250" w:lineRule="auto"/>
        <w:ind w:left="0"/>
      </w:pPr>
      <w:r>
        <w:rPr>
          <w:rFonts w:ascii="Arial" w:hAnsi="Arial" w:eastAsia="Arial" w:cs="Arial"/>
          <w:b/>
          <w:i w:val="0"/>
          <w:color w:val="17324D"/>
          <w:sz w:val="21"/>
        </w:rPr>
        <w:t xml:space="preserve">☐  </w:t>
      </w:r>
      <w:r>
        <w:rPr>
          <w:rFonts w:ascii="Arial" w:hAnsi="Arial" w:eastAsia="Arial" w:cs="Arial"/>
          <w:b w:val="0"/>
          <w:i w:val="0"/>
          <w:color w:val="24323D"/>
          <w:sz w:val="18"/>
        </w:rPr>
        <w:t>nur die nachfolgend aufgeführten Konten, Depots oder Schließfächer</w:t>
      </w:r>
    </w:p>
    <w:tbl>
      <w:tblPr>
        <w:tblW w:type="auto" w:w="0"/>
        <w:jc w:val="center"/>
        <w:tblLayout w:type="fixed"/>
        <w:tblLook w:firstColumn="1" w:firstRow="1" w:lastColumn="0" w:lastRow="0" w:noHBand="0" w:noVBand="1" w:val="04A0"/>
      </w:tblPr>
      <w:tblGrid>
        <w:gridCol w:w="3402"/>
        <w:gridCol w:w="3402"/>
        <w:gridCol w:w="3402"/>
      </w:tblGrid>
      <w:tr>
        <w:trPr>
          <w:tblHeader w:val="true"/>
        </w:trPr>
        <w:tc>
          <w:tcPr>
            <w:tcW w:type="dxa" w:w="2268"/>
            <w:shd w:fill="17324D"/>
            <w:tcMar>
              <w:top w:w="80" w:type="dxa"/>
              <w:start w:w="90" w:type="dxa"/>
              <w:bottom w:w="80" w:type="dxa"/>
              <w:end w:w="90" w:type="dxa"/>
            </w:tcMar>
            <w:vAlign w:val="center"/>
            <w:tcBorders>
              <w:top w:sz="4" w:val="single" w:color="D9E2E8"/>
              <w:left w:sz="4" w:val="single" w:color="D9E2E8"/>
              <w:bottom w:sz="4" w:val="single" w:color="D9E2E8"/>
              <w:right w:sz="4" w:val="single" w:color="D9E2E8"/>
            </w:tcBorders>
          </w:tcPr>
          <w:p>
            <w:pPr>
              <w:spacing w:before="0" w:after="0" w:line="252" w:lineRule="auto"/>
              <w:jc w:val="center"/>
            </w:pPr>
            <w:r>
              <w:rPr>
                <w:rFonts w:ascii="Arial" w:hAnsi="Arial" w:eastAsia="Arial" w:cs="Arial"/>
                <w:b/>
                <w:i w:val="0"/>
                <w:color w:val="FFFFFF"/>
                <w:sz w:val="15"/>
              </w:rPr>
              <w:t>Art</w:t>
            </w:r>
          </w:p>
        </w:tc>
        <w:tc>
          <w:tcPr>
            <w:tcW w:type="dxa" w:w="4649"/>
            <w:shd w:fill="17324D"/>
            <w:tcMar>
              <w:top w:w="80" w:type="dxa"/>
              <w:start w:w="90" w:type="dxa"/>
              <w:bottom w:w="80" w:type="dxa"/>
              <w:end w:w="90" w:type="dxa"/>
            </w:tcMar>
            <w:vAlign w:val="center"/>
            <w:tcBorders>
              <w:top w:sz="4" w:val="single" w:color="D9E2E8"/>
              <w:left w:sz="4" w:val="single" w:color="D9E2E8"/>
              <w:bottom w:sz="4" w:val="single" w:color="D9E2E8"/>
              <w:right w:sz="4" w:val="single" w:color="D9E2E8"/>
            </w:tcBorders>
          </w:tcPr>
          <w:p>
            <w:pPr>
              <w:spacing w:before="0" w:after="0" w:line="252" w:lineRule="auto"/>
              <w:jc w:val="center"/>
            </w:pPr>
            <w:r>
              <w:rPr>
                <w:rFonts w:ascii="Arial" w:hAnsi="Arial" w:eastAsia="Arial" w:cs="Arial"/>
                <w:b/>
                <w:i w:val="0"/>
                <w:color w:val="FFFFFF"/>
                <w:sz w:val="15"/>
              </w:rPr>
              <w:t>IBAN / Konto- / Depot- / Schließfach-Nr.</w:t>
            </w:r>
          </w:p>
        </w:tc>
        <w:tc>
          <w:tcPr>
            <w:tcW w:type="dxa" w:w="3288"/>
            <w:shd w:fill="17324D"/>
            <w:tcMar>
              <w:top w:w="80" w:type="dxa"/>
              <w:start w:w="90" w:type="dxa"/>
              <w:bottom w:w="80" w:type="dxa"/>
              <w:end w:w="90" w:type="dxa"/>
            </w:tcMar>
            <w:vAlign w:val="center"/>
            <w:tcBorders>
              <w:top w:sz="4" w:val="single" w:color="D9E2E8"/>
              <w:left w:sz="4" w:val="single" w:color="D9E2E8"/>
              <w:bottom w:sz="4" w:val="single" w:color="D9E2E8"/>
              <w:right w:sz="4" w:val="single" w:color="D9E2E8"/>
            </w:tcBorders>
          </w:tcPr>
          <w:p>
            <w:pPr>
              <w:spacing w:before="0" w:after="0" w:line="252" w:lineRule="auto"/>
              <w:jc w:val="center"/>
            </w:pPr>
            <w:r>
              <w:rPr>
                <w:rFonts w:ascii="Arial" w:hAnsi="Arial" w:eastAsia="Arial" w:cs="Arial"/>
                <w:b/>
                <w:i w:val="0"/>
                <w:color w:val="FFFFFF"/>
                <w:sz w:val="15"/>
              </w:rPr>
              <w:t>Bezeichnung / Zusatz</w:t>
            </w:r>
          </w:p>
        </w:tc>
      </w:tr>
      <w:tr>
        <w:tc>
          <w:tcPr>
            <w:tcW w:type="dxa" w:w="2268"/>
            <w:tcMar>
              <w:top w:w="115" w:type="dxa"/>
              <w:start w:w="100" w:type="dxa"/>
              <w:bottom w:w="115" w:type="dxa"/>
              <w:end w:w="100" w:type="dxa"/>
            </w:tcMar>
            <w:vAlign w:val="center"/>
            <w:tcBorders>
              <w:top w:sz="4" w:val="single" w:color="D9E2E8"/>
              <w:left w:sz="4" w:val="single" w:color="D9E2E8"/>
              <w:bottom w:sz="4" w:val="single" w:color="D9E2E8"/>
              <w:right w:sz="4" w:val="single" w:color="D9E2E8"/>
            </w:tcBorders>
          </w:tcPr>
          <w:p>
            <w:pPr>
              <w:spacing w:before="0" w:after="0" w:line="252" w:lineRule="auto"/>
            </w:pPr>
            <w:r>
              <w:rPr>
                <w:rFonts w:ascii="Arial" w:hAnsi="Arial" w:eastAsia="Arial" w:cs="Arial"/>
                <w:b w:val="0"/>
                <w:i/>
                <w:color w:val="8A959E"/>
                <w:sz w:val="17"/>
              </w:rPr>
              <w:t>Hier eintragen</w:t>
            </w:r>
          </w:p>
        </w:tc>
        <w:tc>
          <w:tcPr>
            <w:tcW w:type="dxa" w:w="4649"/>
            <w:tcMar>
              <w:top w:w="115" w:type="dxa"/>
              <w:start w:w="100" w:type="dxa"/>
              <w:bottom w:w="115" w:type="dxa"/>
              <w:end w:w="100" w:type="dxa"/>
            </w:tcMar>
            <w:vAlign w:val="center"/>
            <w:tcBorders>
              <w:top w:sz="4" w:val="single" w:color="D9E2E8"/>
              <w:left w:sz="4" w:val="single" w:color="D9E2E8"/>
              <w:bottom w:sz="4" w:val="single" w:color="D9E2E8"/>
              <w:right w:sz="4" w:val="single" w:color="D9E2E8"/>
            </w:tcBorders>
          </w:tcPr>
          <w:p>
            <w:pPr>
              <w:spacing w:before="0" w:after="0" w:line="252" w:lineRule="auto"/>
            </w:pPr>
            <w:r>
              <w:rPr>
                <w:rFonts w:ascii="Arial" w:hAnsi="Arial" w:eastAsia="Arial" w:cs="Arial"/>
                <w:b w:val="0"/>
                <w:i/>
                <w:color w:val="8A959E"/>
                <w:sz w:val="17"/>
              </w:rPr>
              <w:t>Hier eintragen</w:t>
            </w:r>
          </w:p>
        </w:tc>
        <w:tc>
          <w:tcPr>
            <w:tcW w:type="dxa" w:w="3288"/>
            <w:tcMar>
              <w:top w:w="115" w:type="dxa"/>
              <w:start w:w="100" w:type="dxa"/>
              <w:bottom w:w="115" w:type="dxa"/>
              <w:end w:w="100" w:type="dxa"/>
            </w:tcMar>
            <w:vAlign w:val="center"/>
            <w:tcBorders>
              <w:top w:sz="4" w:val="single" w:color="D9E2E8"/>
              <w:left w:sz="4" w:val="single" w:color="D9E2E8"/>
              <w:bottom w:sz="4" w:val="single" w:color="D9E2E8"/>
              <w:right w:sz="4" w:val="single" w:color="D9E2E8"/>
            </w:tcBorders>
          </w:tcPr>
          <w:p>
            <w:pPr>
              <w:spacing w:before="0" w:after="0" w:line="252" w:lineRule="auto"/>
            </w:pPr>
            <w:r>
              <w:rPr>
                <w:rFonts w:ascii="Arial" w:hAnsi="Arial" w:eastAsia="Arial" w:cs="Arial"/>
                <w:b w:val="0"/>
                <w:i/>
                <w:color w:val="8A959E"/>
                <w:sz w:val="17"/>
              </w:rPr>
              <w:t>Hier eintragen</w:t>
            </w:r>
          </w:p>
        </w:tc>
      </w:tr>
      <w:tr>
        <w:tc>
          <w:tcPr>
            <w:tcW w:type="dxa" w:w="2268"/>
            <w:tcMar>
              <w:top w:w="115" w:type="dxa"/>
              <w:start w:w="100" w:type="dxa"/>
              <w:bottom w:w="115" w:type="dxa"/>
              <w:end w:w="100" w:type="dxa"/>
            </w:tcMar>
            <w:vAlign w:val="center"/>
            <w:tcBorders>
              <w:top w:sz="4" w:val="single" w:color="D9E2E8"/>
              <w:left w:sz="4" w:val="single" w:color="D9E2E8"/>
              <w:bottom w:sz="4" w:val="single" w:color="D9E2E8"/>
              <w:right w:sz="4" w:val="single" w:color="D9E2E8"/>
            </w:tcBorders>
          </w:tcPr>
          <w:p>
            <w:pPr>
              <w:spacing w:before="0" w:after="0" w:line="252" w:lineRule="auto"/>
            </w:pPr>
            <w:r>
              <w:rPr>
                <w:rFonts w:ascii="Arial" w:hAnsi="Arial" w:eastAsia="Arial" w:cs="Arial"/>
                <w:b w:val="0"/>
                <w:i/>
                <w:color w:val="8A959E"/>
                <w:sz w:val="17"/>
              </w:rPr>
              <w:t>Hier eintragen</w:t>
            </w:r>
          </w:p>
        </w:tc>
        <w:tc>
          <w:tcPr>
            <w:tcW w:type="dxa" w:w="4649"/>
            <w:tcMar>
              <w:top w:w="115" w:type="dxa"/>
              <w:start w:w="100" w:type="dxa"/>
              <w:bottom w:w="115" w:type="dxa"/>
              <w:end w:w="100" w:type="dxa"/>
            </w:tcMar>
            <w:vAlign w:val="center"/>
            <w:tcBorders>
              <w:top w:sz="4" w:val="single" w:color="D9E2E8"/>
              <w:left w:sz="4" w:val="single" w:color="D9E2E8"/>
              <w:bottom w:sz="4" w:val="single" w:color="D9E2E8"/>
              <w:right w:sz="4" w:val="single" w:color="D9E2E8"/>
            </w:tcBorders>
          </w:tcPr>
          <w:p>
            <w:pPr>
              <w:spacing w:before="0" w:after="0" w:line="252" w:lineRule="auto"/>
            </w:pPr>
            <w:r>
              <w:rPr>
                <w:rFonts w:ascii="Arial" w:hAnsi="Arial" w:eastAsia="Arial" w:cs="Arial"/>
                <w:b w:val="0"/>
                <w:i/>
                <w:color w:val="8A959E"/>
                <w:sz w:val="17"/>
              </w:rPr>
              <w:t>Hier eintragen</w:t>
            </w:r>
          </w:p>
        </w:tc>
        <w:tc>
          <w:tcPr>
            <w:tcW w:type="dxa" w:w="3288"/>
            <w:tcMar>
              <w:top w:w="115" w:type="dxa"/>
              <w:start w:w="100" w:type="dxa"/>
              <w:bottom w:w="115" w:type="dxa"/>
              <w:end w:w="100" w:type="dxa"/>
            </w:tcMar>
            <w:vAlign w:val="center"/>
            <w:tcBorders>
              <w:top w:sz="4" w:val="single" w:color="D9E2E8"/>
              <w:left w:sz="4" w:val="single" w:color="D9E2E8"/>
              <w:bottom w:sz="4" w:val="single" w:color="D9E2E8"/>
              <w:right w:sz="4" w:val="single" w:color="D9E2E8"/>
            </w:tcBorders>
          </w:tcPr>
          <w:p>
            <w:pPr>
              <w:spacing w:before="0" w:after="0" w:line="252" w:lineRule="auto"/>
            </w:pPr>
            <w:r>
              <w:rPr>
                <w:rFonts w:ascii="Arial" w:hAnsi="Arial" w:eastAsia="Arial" w:cs="Arial"/>
                <w:b w:val="0"/>
                <w:i/>
                <w:color w:val="8A959E"/>
                <w:sz w:val="17"/>
              </w:rPr>
              <w:t>Hier eintragen</w:t>
            </w:r>
          </w:p>
        </w:tc>
      </w:tr>
      <w:tr>
        <w:tc>
          <w:tcPr>
            <w:tcW w:type="dxa" w:w="2268"/>
            <w:tcMar>
              <w:top w:w="115" w:type="dxa"/>
              <w:start w:w="100" w:type="dxa"/>
              <w:bottom w:w="115" w:type="dxa"/>
              <w:end w:w="100" w:type="dxa"/>
            </w:tcMar>
            <w:vAlign w:val="center"/>
            <w:tcBorders>
              <w:top w:sz="4" w:val="single" w:color="D9E2E8"/>
              <w:left w:sz="4" w:val="single" w:color="D9E2E8"/>
              <w:bottom w:sz="4" w:val="single" w:color="D9E2E8"/>
              <w:right w:sz="4" w:val="single" w:color="D9E2E8"/>
            </w:tcBorders>
          </w:tcPr>
          <w:p>
            <w:pPr>
              <w:spacing w:before="0" w:after="0" w:line="252" w:lineRule="auto"/>
            </w:pPr>
            <w:r>
              <w:rPr>
                <w:rFonts w:ascii="Arial" w:hAnsi="Arial" w:eastAsia="Arial" w:cs="Arial"/>
                <w:b w:val="0"/>
                <w:i/>
                <w:color w:val="8A959E"/>
                <w:sz w:val="17"/>
              </w:rPr>
              <w:t>Hier eintragen</w:t>
            </w:r>
          </w:p>
        </w:tc>
        <w:tc>
          <w:tcPr>
            <w:tcW w:type="dxa" w:w="4649"/>
            <w:tcMar>
              <w:top w:w="115" w:type="dxa"/>
              <w:start w:w="100" w:type="dxa"/>
              <w:bottom w:w="115" w:type="dxa"/>
              <w:end w:w="100" w:type="dxa"/>
            </w:tcMar>
            <w:vAlign w:val="center"/>
            <w:tcBorders>
              <w:top w:sz="4" w:val="single" w:color="D9E2E8"/>
              <w:left w:sz="4" w:val="single" w:color="D9E2E8"/>
              <w:bottom w:sz="4" w:val="single" w:color="D9E2E8"/>
              <w:right w:sz="4" w:val="single" w:color="D9E2E8"/>
            </w:tcBorders>
          </w:tcPr>
          <w:p>
            <w:pPr>
              <w:spacing w:before="0" w:after="0" w:line="252" w:lineRule="auto"/>
            </w:pPr>
            <w:r>
              <w:rPr>
                <w:rFonts w:ascii="Arial" w:hAnsi="Arial" w:eastAsia="Arial" w:cs="Arial"/>
                <w:b w:val="0"/>
                <w:i/>
                <w:color w:val="8A959E"/>
                <w:sz w:val="17"/>
              </w:rPr>
              <w:t>Hier eintragen</w:t>
            </w:r>
          </w:p>
        </w:tc>
        <w:tc>
          <w:tcPr>
            <w:tcW w:type="dxa" w:w="3288"/>
            <w:tcMar>
              <w:top w:w="115" w:type="dxa"/>
              <w:start w:w="100" w:type="dxa"/>
              <w:bottom w:w="115" w:type="dxa"/>
              <w:end w:w="100" w:type="dxa"/>
            </w:tcMar>
            <w:vAlign w:val="center"/>
            <w:tcBorders>
              <w:top w:sz="4" w:val="single" w:color="D9E2E8"/>
              <w:left w:sz="4" w:val="single" w:color="D9E2E8"/>
              <w:bottom w:sz="4" w:val="single" w:color="D9E2E8"/>
              <w:right w:sz="4" w:val="single" w:color="D9E2E8"/>
            </w:tcBorders>
          </w:tcPr>
          <w:p>
            <w:pPr>
              <w:spacing w:before="0" w:after="0" w:line="252" w:lineRule="auto"/>
            </w:pPr>
            <w:r>
              <w:rPr>
                <w:rFonts w:ascii="Arial" w:hAnsi="Arial" w:eastAsia="Arial" w:cs="Arial"/>
                <w:b w:val="0"/>
                <w:i/>
                <w:color w:val="8A959E"/>
                <w:sz w:val="17"/>
              </w:rPr>
              <w:t>Hier eintragen</w:t>
            </w:r>
          </w:p>
        </w:tc>
      </w:tr>
      <w:tr>
        <w:tc>
          <w:tcPr>
            <w:tcW w:type="dxa" w:w="2268"/>
            <w:tcMar>
              <w:top w:w="115" w:type="dxa"/>
              <w:start w:w="100" w:type="dxa"/>
              <w:bottom w:w="115" w:type="dxa"/>
              <w:end w:w="100" w:type="dxa"/>
            </w:tcMar>
            <w:vAlign w:val="center"/>
            <w:tcBorders>
              <w:top w:sz="4" w:val="single" w:color="D9E2E8"/>
              <w:left w:sz="4" w:val="single" w:color="D9E2E8"/>
              <w:bottom w:sz="4" w:val="single" w:color="D9E2E8"/>
              <w:right w:sz="4" w:val="single" w:color="D9E2E8"/>
            </w:tcBorders>
          </w:tcPr>
          <w:p>
            <w:pPr>
              <w:spacing w:before="0" w:after="0" w:line="252" w:lineRule="auto"/>
            </w:pPr>
            <w:r>
              <w:rPr>
                <w:rFonts w:ascii="Arial" w:hAnsi="Arial" w:eastAsia="Arial" w:cs="Arial"/>
                <w:b w:val="0"/>
                <w:i/>
                <w:color w:val="8A959E"/>
                <w:sz w:val="17"/>
              </w:rPr>
              <w:t>Hier eintragen</w:t>
            </w:r>
          </w:p>
        </w:tc>
        <w:tc>
          <w:tcPr>
            <w:tcW w:type="dxa" w:w="4649"/>
            <w:tcMar>
              <w:top w:w="115" w:type="dxa"/>
              <w:start w:w="100" w:type="dxa"/>
              <w:bottom w:w="115" w:type="dxa"/>
              <w:end w:w="100" w:type="dxa"/>
            </w:tcMar>
            <w:vAlign w:val="center"/>
            <w:tcBorders>
              <w:top w:sz="4" w:val="single" w:color="D9E2E8"/>
              <w:left w:sz="4" w:val="single" w:color="D9E2E8"/>
              <w:bottom w:sz="4" w:val="single" w:color="D9E2E8"/>
              <w:right w:sz="4" w:val="single" w:color="D9E2E8"/>
            </w:tcBorders>
          </w:tcPr>
          <w:p>
            <w:pPr>
              <w:spacing w:before="0" w:after="0" w:line="252" w:lineRule="auto"/>
            </w:pPr>
            <w:r>
              <w:rPr>
                <w:rFonts w:ascii="Arial" w:hAnsi="Arial" w:eastAsia="Arial" w:cs="Arial"/>
                <w:b w:val="0"/>
                <w:i/>
                <w:color w:val="8A959E"/>
                <w:sz w:val="17"/>
              </w:rPr>
              <w:t>Hier eintragen</w:t>
            </w:r>
          </w:p>
        </w:tc>
        <w:tc>
          <w:tcPr>
            <w:tcW w:type="dxa" w:w="3288"/>
            <w:tcMar>
              <w:top w:w="115" w:type="dxa"/>
              <w:start w:w="100" w:type="dxa"/>
              <w:bottom w:w="115" w:type="dxa"/>
              <w:end w:w="100" w:type="dxa"/>
            </w:tcMar>
            <w:vAlign w:val="center"/>
            <w:tcBorders>
              <w:top w:sz="4" w:val="single" w:color="D9E2E8"/>
              <w:left w:sz="4" w:val="single" w:color="D9E2E8"/>
              <w:bottom w:sz="4" w:val="single" w:color="D9E2E8"/>
              <w:right w:sz="4" w:val="single" w:color="D9E2E8"/>
            </w:tcBorders>
          </w:tcPr>
          <w:p>
            <w:pPr>
              <w:spacing w:before="0" w:after="0" w:line="252" w:lineRule="auto"/>
            </w:pPr>
            <w:r>
              <w:rPr>
                <w:rFonts w:ascii="Arial" w:hAnsi="Arial" w:eastAsia="Arial" w:cs="Arial"/>
                <w:b w:val="0"/>
                <w:i/>
                <w:color w:val="8A959E"/>
                <w:sz w:val="17"/>
              </w:rPr>
              <w:t>Hier eintragen</w:t>
            </w:r>
          </w:p>
        </w:tc>
      </w:tr>
    </w:tbl>
    <w:p>
      <w:pPr>
        <w:widowControl/>
        <w:spacing w:before="140" w:after="80" w:line="252" w:lineRule="auto"/>
      </w:pPr>
      <w:r>
        <w:rPr>
          <w:rFonts w:ascii="Arial" w:hAnsi="Arial" w:eastAsia="Arial" w:cs="Arial"/>
          <w:b/>
          <w:i w:val="0"/>
          <w:color w:val="0F6B63"/>
          <w:sz w:val="22"/>
        </w:rPr>
        <w:t xml:space="preserve">4  </w:t>
      </w:r>
      <w:r>
        <w:rPr>
          <w:rFonts w:ascii="Arial" w:hAnsi="Arial" w:eastAsia="Arial" w:cs="Arial"/>
          <w:b/>
          <w:i w:val="0"/>
          <w:color w:val="17324D"/>
          <w:sz w:val="22"/>
        </w:rPr>
        <w:t>Beginn, Dauer und Wirkung der Vollmacht</w:t>
      </w:r>
    </w:p>
    <w:p>
      <w:pPr>
        <w:widowControl/>
        <w:spacing w:before="0" w:after="10" w:line="250" w:lineRule="auto"/>
        <w:ind w:left="0"/>
      </w:pPr>
      <w:r>
        <w:rPr>
          <w:rFonts w:ascii="Arial" w:hAnsi="Arial" w:eastAsia="Arial" w:cs="Arial"/>
          <w:b/>
          <w:i w:val="0"/>
          <w:color w:val="17324D"/>
          <w:sz w:val="21"/>
        </w:rPr>
        <w:t xml:space="preserve">☐  </w:t>
      </w:r>
      <w:r>
        <w:rPr>
          <w:rFonts w:ascii="Arial" w:hAnsi="Arial" w:eastAsia="Arial" w:cs="Arial"/>
          <w:b w:val="0"/>
          <w:i w:val="0"/>
          <w:color w:val="24323D"/>
          <w:sz w:val="18"/>
        </w:rPr>
        <w:t>ab Unterzeichnung und bis zum Widerruf</w:t>
      </w:r>
    </w:p>
    <w:p>
      <w:pPr>
        <w:widowControl/>
        <w:spacing w:before="0" w:after="10" w:line="250" w:lineRule="auto"/>
        <w:ind w:left="0"/>
      </w:pPr>
      <w:r>
        <w:rPr>
          <w:rFonts w:ascii="Arial" w:hAnsi="Arial" w:eastAsia="Arial" w:cs="Arial"/>
          <w:b/>
          <w:i w:val="0"/>
          <w:color w:val="17324D"/>
          <w:sz w:val="21"/>
        </w:rPr>
        <w:t xml:space="preserve">☐  </w:t>
      </w:r>
      <w:r>
        <w:rPr>
          <w:rFonts w:ascii="Arial" w:hAnsi="Arial" w:eastAsia="Arial" w:cs="Arial"/>
          <w:b w:val="0"/>
          <w:i w:val="0"/>
          <w:color w:val="24323D"/>
          <w:sz w:val="18"/>
        </w:rPr>
        <w:t>befristet vom ____________________ bis ____________________</w:t>
      </w:r>
    </w:p>
    <w:p>
      <w:pPr>
        <w:widowControl/>
        <w:spacing w:before="0" w:after="10" w:line="250" w:lineRule="auto"/>
        <w:ind w:left="0"/>
      </w:pPr>
      <w:r>
        <w:rPr>
          <w:rFonts w:ascii="Arial" w:hAnsi="Arial" w:eastAsia="Arial" w:cs="Arial"/>
          <w:b/>
          <w:i w:val="0"/>
          <w:color w:val="17324D"/>
          <w:sz w:val="21"/>
        </w:rPr>
        <w:t xml:space="preserve">☐  </w:t>
      </w:r>
      <w:r>
        <w:rPr>
          <w:rFonts w:ascii="Arial" w:hAnsi="Arial" w:eastAsia="Arial" w:cs="Arial"/>
          <w:b w:val="0"/>
          <w:i w:val="0"/>
          <w:color w:val="24323D"/>
          <w:sz w:val="18"/>
        </w:rPr>
        <w:t>nur für folgenden Einzelauftrag: ________________________________________________</w:t>
      </w:r>
    </w:p>
    <w:p>
      <w:pPr>
        <w:widowControl/>
        <w:spacing w:before="60" w:after="30" w:line="252" w:lineRule="auto"/>
      </w:pPr>
      <w:r>
        <w:rPr>
          <w:rFonts w:ascii="Arial" w:hAnsi="Arial" w:eastAsia="Arial" w:cs="Arial"/>
          <w:b/>
          <w:i w:val="0"/>
          <w:color w:val="1D2933"/>
          <w:sz w:val="18"/>
        </w:rPr>
        <w:t>Wirkung im Todesfall:</w:t>
      </w:r>
    </w:p>
    <w:p>
      <w:pPr>
        <w:widowControl/>
        <w:spacing w:before="0" w:after="10" w:line="250" w:lineRule="auto"/>
        <w:ind w:left="0"/>
      </w:pPr>
      <w:r>
        <w:rPr>
          <w:rFonts w:ascii="Arial" w:hAnsi="Arial" w:eastAsia="Arial" w:cs="Arial"/>
          <w:b/>
          <w:i w:val="0"/>
          <w:color w:val="17324D"/>
          <w:sz w:val="21"/>
        </w:rPr>
        <w:t xml:space="preserve">☐  </w:t>
      </w:r>
      <w:r>
        <w:rPr>
          <w:rFonts w:ascii="Arial" w:hAnsi="Arial" w:eastAsia="Arial" w:cs="Arial"/>
          <w:b w:val="0"/>
          <w:i w:val="0"/>
          <w:color w:val="24323D"/>
          <w:sz w:val="18"/>
        </w:rPr>
        <w:t>Die Vollmacht endet mit dem Tod des Vollmachtgebers.</w:t>
      </w:r>
    </w:p>
    <w:p>
      <w:pPr>
        <w:widowControl/>
        <w:spacing w:before="0" w:after="10" w:line="250" w:lineRule="auto"/>
        <w:ind w:left="0"/>
      </w:pPr>
      <w:r>
        <w:rPr>
          <w:rFonts w:ascii="Arial" w:hAnsi="Arial" w:eastAsia="Arial" w:cs="Arial"/>
          <w:b/>
          <w:i w:val="0"/>
          <w:color w:val="17324D"/>
          <w:sz w:val="21"/>
        </w:rPr>
        <w:t xml:space="preserve">☐  </w:t>
      </w:r>
      <w:r>
        <w:rPr>
          <w:rFonts w:ascii="Arial" w:hAnsi="Arial" w:eastAsia="Arial" w:cs="Arial"/>
          <w:b w:val="0"/>
          <w:i w:val="0"/>
          <w:color w:val="24323D"/>
          <w:sz w:val="18"/>
        </w:rPr>
        <w:t>Die Vollmacht gilt über den Tod hinaus (transmortale Vollmacht).</w:t>
      </w:r>
    </w:p>
    <w:p>
      <w:pPr>
        <w:widowControl/>
        <w:spacing w:before="0" w:after="10" w:line="250" w:lineRule="auto"/>
        <w:ind w:left="0"/>
      </w:pPr>
      <w:r>
        <w:rPr>
          <w:rFonts w:ascii="Arial" w:hAnsi="Arial" w:eastAsia="Arial" w:cs="Arial"/>
          <w:b/>
          <w:i w:val="0"/>
          <w:color w:val="17324D"/>
          <w:sz w:val="21"/>
        </w:rPr>
        <w:t xml:space="preserve">☐  </w:t>
      </w:r>
      <w:r>
        <w:rPr>
          <w:rFonts w:ascii="Arial" w:hAnsi="Arial" w:eastAsia="Arial" w:cs="Arial"/>
          <w:b w:val="0"/>
          <w:i w:val="0"/>
          <w:color w:val="24323D"/>
          <w:sz w:val="18"/>
        </w:rPr>
        <w:t>Die Vollmacht soll erst mit dem Tod des Vollmachtgebers wirksam werden (postmortale Vollmacht).</w:t>
      </w:r>
    </w:p>
    <w:p>
      <w:pPr>
        <w:widowControl/>
      </w:pPr>
      <w:r>
        <w:br w:type="page"/>
      </w:r>
    </w:p>
    <w:p>
      <w:pPr>
        <w:widowControl/>
        <w:spacing w:before="0" w:after="20" w:line="252" w:lineRule="auto"/>
      </w:pPr>
      <w:r>
        <w:rPr>
          <w:rFonts w:ascii="Arial" w:hAnsi="Arial" w:eastAsia="Arial" w:cs="Arial"/>
          <w:b/>
          <w:i w:val="0"/>
          <w:color w:val="17324D"/>
          <w:sz w:val="32"/>
        </w:rPr>
        <w:t>BANKVOLLMACHT</w:t>
      </w:r>
    </w:p>
    <w:p>
      <w:pPr>
        <w:widowControl/>
        <w:spacing w:before="0" w:after="100" w:line="252" w:lineRule="auto"/>
      </w:pPr>
      <w:r>
        <w:rPr>
          <w:rFonts w:ascii="Arial" w:hAnsi="Arial" w:eastAsia="Arial" w:cs="Arial"/>
          <w:b/>
          <w:i w:val="0"/>
          <w:color w:val="0F6B63"/>
          <w:sz w:val="19"/>
        </w:rPr>
        <w:t>Befugnisse, Grenzen und Unterschriften</w:t>
      </w:r>
    </w:p>
    <w:p>
      <w:pPr>
        <w:widowControl/>
        <w:spacing w:before="140" w:after="80" w:line="252" w:lineRule="auto"/>
      </w:pPr>
      <w:r>
        <w:rPr>
          <w:rFonts w:ascii="Arial" w:hAnsi="Arial" w:eastAsia="Arial" w:cs="Arial"/>
          <w:b/>
          <w:i w:val="0"/>
          <w:color w:val="0F6B63"/>
          <w:sz w:val="22"/>
        </w:rPr>
        <w:t xml:space="preserve">5  </w:t>
      </w:r>
      <w:r>
        <w:rPr>
          <w:rFonts w:ascii="Arial" w:hAnsi="Arial" w:eastAsia="Arial" w:cs="Arial"/>
          <w:b/>
          <w:i w:val="0"/>
          <w:color w:val="17324D"/>
          <w:sz w:val="22"/>
        </w:rPr>
        <w:t>Umfang der Vollmacht</w:t>
      </w:r>
      <w:r>
        <w:rPr>
          <w:rFonts w:ascii="Arial" w:hAnsi="Arial" w:eastAsia="Arial" w:cs="Arial"/>
          <w:b w:val="0"/>
          <w:i/>
          <w:color w:val="6C7A86"/>
          <w:sz w:val="17"/>
        </w:rPr>
        <w:t xml:space="preserve">  Nur angekreuzte Befugnisse gelten.</w:t>
      </w:r>
    </w:p>
    <w:tbl>
      <w:tblPr>
        <w:tblW w:type="auto" w:w="0"/>
        <w:jc w:val="center"/>
        <w:tblLayout w:type="fixed"/>
        <w:tblLook w:firstColumn="1" w:firstRow="1" w:lastColumn="0" w:lastRow="0" w:noHBand="0" w:noVBand="1" w:val="04A0"/>
      </w:tblPr>
      <w:tblGrid>
        <w:gridCol w:w="5103"/>
        <w:gridCol w:w="5103"/>
      </w:tblGrid>
      <w:tr>
        <w:tc>
          <w:tcPr>
            <w:tcW w:type="dxa" w:w="5102"/>
            <w:vAlign w:val="center"/>
            <w:tcMar>
              <w:top w:w="65" w:type="dxa"/>
              <w:start w:w="75" w:type="dxa"/>
              <w:bottom w:w="65" w:type="dxa"/>
              <w:end w:w="75" w:type="dxa"/>
            </w:tcMar>
            <w:tcBorders>
              <w:top w:val="single" w:sz="4" w:color="D9E2E8"/>
              <w:bottom w:val="single" w:sz="4" w:color="D9E2E8"/>
              <w:left w:val="single" w:sz="4" w:color="D9E2E8"/>
              <w:right w:val="single" w:sz="4" w:color="D9E2E8"/>
            </w:tcBorders>
          </w:tcPr>
          <w:p>
            <w:pPr>
              <w:spacing w:before="0" w:after="0" w:line="240" w:lineRule="auto"/>
            </w:pPr>
            <w:r>
              <w:rPr>
                <w:rFonts w:ascii="Arial" w:hAnsi="Arial" w:eastAsia="Arial" w:cs="Arial"/>
                <w:b/>
                <w:i w:val="0"/>
                <w:color w:val="17324D"/>
                <w:sz w:val="20"/>
              </w:rPr>
              <w:t xml:space="preserve">☐  </w:t>
            </w:r>
            <w:r>
              <w:rPr>
                <w:rFonts w:ascii="Arial" w:hAnsi="Arial" w:eastAsia="Arial" w:cs="Arial"/>
                <w:b/>
                <w:i w:val="0"/>
                <w:color w:val="24323D"/>
                <w:sz w:val="16"/>
              </w:rPr>
              <w:t>Kontoinformationen / Kontoauszüge</w:t>
            </w:r>
          </w:p>
        </w:tc>
        <w:tc>
          <w:tcPr>
            <w:tcW w:type="dxa" w:w="5102"/>
            <w:vAlign w:val="center"/>
            <w:tcMar>
              <w:top w:w="65" w:type="dxa"/>
              <w:start w:w="75" w:type="dxa"/>
              <w:bottom w:w="65" w:type="dxa"/>
              <w:end w:w="75" w:type="dxa"/>
            </w:tcMar>
            <w:tcBorders>
              <w:top w:val="single" w:sz="4" w:color="D9E2E8"/>
              <w:bottom w:val="single" w:sz="4" w:color="D9E2E8"/>
              <w:left w:val="single" w:sz="4" w:color="D9E2E8"/>
              <w:right w:val="single" w:sz="4" w:color="D9E2E8"/>
            </w:tcBorders>
          </w:tcPr>
          <w:p>
            <w:pPr>
              <w:spacing w:before="0" w:after="0" w:line="240" w:lineRule="auto"/>
            </w:pPr>
            <w:r>
              <w:rPr>
                <w:rFonts w:ascii="Arial" w:hAnsi="Arial" w:eastAsia="Arial" w:cs="Arial"/>
                <w:b/>
                <w:i w:val="0"/>
                <w:color w:val="17324D"/>
                <w:sz w:val="20"/>
              </w:rPr>
              <w:t xml:space="preserve">☐  </w:t>
            </w:r>
            <w:r>
              <w:rPr>
                <w:rFonts w:ascii="Arial" w:hAnsi="Arial" w:eastAsia="Arial" w:cs="Arial"/>
                <w:b/>
                <w:i w:val="0"/>
                <w:color w:val="24323D"/>
                <w:sz w:val="16"/>
              </w:rPr>
              <w:t>Ein- und Auszahlungen</w:t>
            </w:r>
          </w:p>
        </w:tc>
      </w:tr>
      <w:tr>
        <w:tc>
          <w:tcPr>
            <w:tcW w:type="dxa" w:w="5102"/>
            <w:vAlign w:val="center"/>
            <w:tcMar>
              <w:top w:w="65" w:type="dxa"/>
              <w:start w:w="75" w:type="dxa"/>
              <w:bottom w:w="65" w:type="dxa"/>
              <w:end w:w="75" w:type="dxa"/>
            </w:tcMar>
            <w:tcBorders>
              <w:top w:val="single" w:sz="4" w:color="D9E2E8"/>
              <w:bottom w:val="single" w:sz="4" w:color="D9E2E8"/>
              <w:left w:val="single" w:sz="4" w:color="D9E2E8"/>
              <w:right w:val="single" w:sz="4" w:color="D9E2E8"/>
            </w:tcBorders>
            <w:shd w:fill="F7F9FA"/>
          </w:tcPr>
          <w:p>
            <w:pPr>
              <w:spacing w:before="0" w:after="0" w:line="240" w:lineRule="auto"/>
            </w:pPr>
            <w:r>
              <w:rPr>
                <w:rFonts w:ascii="Arial" w:hAnsi="Arial" w:eastAsia="Arial" w:cs="Arial"/>
                <w:b/>
                <w:i w:val="0"/>
                <w:color w:val="17324D"/>
                <w:sz w:val="20"/>
              </w:rPr>
              <w:t xml:space="preserve">☐  </w:t>
            </w:r>
            <w:r>
              <w:rPr>
                <w:rFonts w:ascii="Arial" w:hAnsi="Arial" w:eastAsia="Arial" w:cs="Arial"/>
                <w:b/>
                <w:i w:val="0"/>
                <w:color w:val="24323D"/>
                <w:sz w:val="16"/>
              </w:rPr>
              <w:t>Überweisungen / Zahlungsaufträge</w:t>
            </w:r>
          </w:p>
        </w:tc>
        <w:tc>
          <w:tcPr>
            <w:tcW w:type="dxa" w:w="5102"/>
            <w:vAlign w:val="center"/>
            <w:tcMar>
              <w:top w:w="65" w:type="dxa"/>
              <w:start w:w="75" w:type="dxa"/>
              <w:bottom w:w="65" w:type="dxa"/>
              <w:end w:w="75" w:type="dxa"/>
            </w:tcMar>
            <w:tcBorders>
              <w:top w:val="single" w:sz="4" w:color="D9E2E8"/>
              <w:bottom w:val="single" w:sz="4" w:color="D9E2E8"/>
              <w:left w:val="single" w:sz="4" w:color="D9E2E8"/>
              <w:right w:val="single" w:sz="4" w:color="D9E2E8"/>
            </w:tcBorders>
            <w:shd w:fill="F7F9FA"/>
          </w:tcPr>
          <w:p>
            <w:pPr>
              <w:spacing w:before="0" w:after="0" w:line="240" w:lineRule="auto"/>
            </w:pPr>
            <w:r>
              <w:rPr>
                <w:rFonts w:ascii="Arial" w:hAnsi="Arial" w:eastAsia="Arial" w:cs="Arial"/>
                <w:b/>
                <w:i w:val="0"/>
                <w:color w:val="17324D"/>
                <w:sz w:val="20"/>
              </w:rPr>
              <w:t xml:space="preserve">☐  </w:t>
            </w:r>
            <w:r>
              <w:rPr>
                <w:rFonts w:ascii="Arial" w:hAnsi="Arial" w:eastAsia="Arial" w:cs="Arial"/>
                <w:b/>
                <w:i w:val="0"/>
                <w:color w:val="24323D"/>
                <w:sz w:val="16"/>
              </w:rPr>
              <w:t>Daueraufträge / Lastschriften</w:t>
            </w:r>
          </w:p>
        </w:tc>
      </w:tr>
      <w:tr>
        <w:tc>
          <w:tcPr>
            <w:tcW w:type="dxa" w:w="5102"/>
            <w:vAlign w:val="center"/>
            <w:tcMar>
              <w:top w:w="65" w:type="dxa"/>
              <w:start w:w="75" w:type="dxa"/>
              <w:bottom w:w="65" w:type="dxa"/>
              <w:end w:w="75" w:type="dxa"/>
            </w:tcMar>
            <w:tcBorders>
              <w:top w:val="single" w:sz="4" w:color="D9E2E8"/>
              <w:bottom w:val="single" w:sz="4" w:color="D9E2E8"/>
              <w:left w:val="single" w:sz="4" w:color="D9E2E8"/>
              <w:right w:val="single" w:sz="4" w:color="D9E2E8"/>
            </w:tcBorders>
          </w:tcPr>
          <w:p>
            <w:pPr>
              <w:spacing w:before="0" w:after="0" w:line="240" w:lineRule="auto"/>
            </w:pPr>
            <w:r>
              <w:rPr>
                <w:rFonts w:ascii="Arial" w:hAnsi="Arial" w:eastAsia="Arial" w:cs="Arial"/>
                <w:b/>
                <w:i w:val="0"/>
                <w:color w:val="17324D"/>
                <w:sz w:val="20"/>
              </w:rPr>
              <w:t xml:space="preserve">☐  </w:t>
            </w:r>
            <w:r>
              <w:rPr>
                <w:rFonts w:ascii="Arial" w:hAnsi="Arial" w:eastAsia="Arial" w:cs="Arial"/>
                <w:b/>
                <w:i w:val="0"/>
                <w:color w:val="24323D"/>
                <w:sz w:val="16"/>
              </w:rPr>
              <w:t>Korrespondenz und Erklärungen</w:t>
            </w:r>
          </w:p>
        </w:tc>
        <w:tc>
          <w:tcPr>
            <w:tcW w:type="dxa" w:w="5102"/>
            <w:vAlign w:val="center"/>
            <w:tcMar>
              <w:top w:w="65" w:type="dxa"/>
              <w:start w:w="75" w:type="dxa"/>
              <w:bottom w:w="65" w:type="dxa"/>
              <w:end w:w="75" w:type="dxa"/>
            </w:tcMar>
            <w:tcBorders>
              <w:top w:val="single" w:sz="4" w:color="D9E2E8"/>
              <w:bottom w:val="single" w:sz="4" w:color="D9E2E8"/>
              <w:left w:val="single" w:sz="4" w:color="D9E2E8"/>
              <w:right w:val="single" w:sz="4" w:color="D9E2E8"/>
            </w:tcBorders>
          </w:tcPr>
          <w:p>
            <w:pPr>
              <w:spacing w:before="0" w:after="0" w:line="240" w:lineRule="auto"/>
            </w:pPr>
            <w:r>
              <w:rPr>
                <w:rFonts w:ascii="Arial" w:hAnsi="Arial" w:eastAsia="Arial" w:cs="Arial"/>
                <w:b/>
                <w:i w:val="0"/>
                <w:color w:val="17324D"/>
                <w:sz w:val="20"/>
              </w:rPr>
              <w:t xml:space="preserve">☐  </w:t>
            </w:r>
            <w:r>
              <w:rPr>
                <w:rFonts w:ascii="Arial" w:hAnsi="Arial" w:eastAsia="Arial" w:cs="Arial"/>
                <w:b/>
                <w:i w:val="0"/>
                <w:color w:val="24323D"/>
                <w:sz w:val="16"/>
              </w:rPr>
              <w:t>Bestehende Kreditlinie nutzen</w:t>
            </w:r>
          </w:p>
        </w:tc>
      </w:tr>
      <w:tr>
        <w:tc>
          <w:tcPr>
            <w:tcW w:type="dxa" w:w="5102"/>
            <w:vAlign w:val="center"/>
            <w:tcMar>
              <w:top w:w="65" w:type="dxa"/>
              <w:start w:w="75" w:type="dxa"/>
              <w:bottom w:w="65" w:type="dxa"/>
              <w:end w:w="75" w:type="dxa"/>
            </w:tcMar>
            <w:tcBorders>
              <w:top w:val="single" w:sz="4" w:color="D9E2E8"/>
              <w:bottom w:val="single" w:sz="4" w:color="D9E2E8"/>
              <w:left w:val="single" w:sz="4" w:color="D9E2E8"/>
              <w:right w:val="single" w:sz="4" w:color="D9E2E8"/>
            </w:tcBorders>
            <w:shd w:fill="F7F9FA"/>
          </w:tcPr>
          <w:p>
            <w:pPr>
              <w:spacing w:before="0" w:after="0" w:line="240" w:lineRule="auto"/>
            </w:pPr>
            <w:r>
              <w:rPr>
                <w:rFonts w:ascii="Arial" w:hAnsi="Arial" w:eastAsia="Arial" w:cs="Arial"/>
                <w:b/>
                <w:i w:val="0"/>
                <w:color w:val="17324D"/>
                <w:sz w:val="20"/>
              </w:rPr>
              <w:t xml:space="preserve">☐  </w:t>
            </w:r>
            <w:r>
              <w:rPr>
                <w:rFonts w:ascii="Arial" w:hAnsi="Arial" w:eastAsia="Arial" w:cs="Arial"/>
                <w:b/>
                <w:i w:val="0"/>
                <w:color w:val="24323D"/>
                <w:sz w:val="16"/>
              </w:rPr>
              <w:t>Wertpapiergeschäfte</w:t>
            </w:r>
          </w:p>
        </w:tc>
        <w:tc>
          <w:tcPr>
            <w:tcW w:type="dxa" w:w="5102"/>
            <w:vAlign w:val="center"/>
            <w:tcMar>
              <w:top w:w="65" w:type="dxa"/>
              <w:start w:w="75" w:type="dxa"/>
              <w:bottom w:w="65" w:type="dxa"/>
              <w:end w:w="75" w:type="dxa"/>
            </w:tcMar>
            <w:tcBorders>
              <w:top w:val="single" w:sz="4" w:color="D9E2E8"/>
              <w:bottom w:val="single" w:sz="4" w:color="D9E2E8"/>
              <w:left w:val="single" w:sz="4" w:color="D9E2E8"/>
              <w:right w:val="single" w:sz="4" w:color="D9E2E8"/>
            </w:tcBorders>
            <w:shd w:fill="F7F9FA"/>
          </w:tcPr>
          <w:p>
            <w:pPr>
              <w:spacing w:before="0" w:after="0" w:line="240" w:lineRule="auto"/>
            </w:pPr>
            <w:r>
              <w:rPr>
                <w:rFonts w:ascii="Arial" w:hAnsi="Arial" w:eastAsia="Arial" w:cs="Arial"/>
                <w:b/>
                <w:i w:val="0"/>
                <w:color w:val="17324D"/>
                <w:sz w:val="20"/>
              </w:rPr>
              <w:t xml:space="preserve">☐  </w:t>
            </w:r>
            <w:r>
              <w:rPr>
                <w:rFonts w:ascii="Arial" w:hAnsi="Arial" w:eastAsia="Arial" w:cs="Arial"/>
                <w:b/>
                <w:i w:val="0"/>
                <w:color w:val="24323D"/>
                <w:sz w:val="16"/>
              </w:rPr>
              <w:t>Karten / Zahlungsinstrumente</w:t>
            </w:r>
          </w:p>
        </w:tc>
      </w:tr>
      <w:tr>
        <w:tc>
          <w:tcPr>
            <w:tcW w:type="dxa" w:w="5102"/>
            <w:vAlign w:val="center"/>
            <w:tcMar>
              <w:top w:w="65" w:type="dxa"/>
              <w:start w:w="75" w:type="dxa"/>
              <w:bottom w:w="65" w:type="dxa"/>
              <w:end w:w="75" w:type="dxa"/>
            </w:tcMar>
            <w:tcBorders>
              <w:top w:val="single" w:sz="4" w:color="D9E2E8"/>
              <w:bottom w:val="single" w:sz="4" w:color="D9E2E8"/>
              <w:left w:val="single" w:sz="4" w:color="D9E2E8"/>
              <w:right w:val="single" w:sz="4" w:color="D9E2E8"/>
            </w:tcBorders>
          </w:tcPr>
          <w:p>
            <w:pPr>
              <w:spacing w:before="0" w:after="0" w:line="240" w:lineRule="auto"/>
            </w:pPr>
            <w:r>
              <w:rPr>
                <w:rFonts w:ascii="Arial" w:hAnsi="Arial" w:eastAsia="Arial" w:cs="Arial"/>
                <w:b/>
                <w:i w:val="0"/>
                <w:color w:val="17324D"/>
                <w:sz w:val="20"/>
              </w:rPr>
              <w:t xml:space="preserve">☐  </w:t>
            </w:r>
            <w:r>
              <w:rPr>
                <w:rFonts w:ascii="Arial" w:hAnsi="Arial" w:eastAsia="Arial" w:cs="Arial"/>
                <w:b/>
                <w:i w:val="0"/>
                <w:color w:val="24323D"/>
                <w:sz w:val="16"/>
              </w:rPr>
              <w:t>Konten / Depots eröffnen</w:t>
            </w:r>
          </w:p>
        </w:tc>
        <w:tc>
          <w:tcPr>
            <w:tcW w:type="dxa" w:w="5102"/>
            <w:vAlign w:val="center"/>
            <w:tcMar>
              <w:top w:w="65" w:type="dxa"/>
              <w:start w:w="75" w:type="dxa"/>
              <w:bottom w:w="65" w:type="dxa"/>
              <w:end w:w="75" w:type="dxa"/>
            </w:tcMar>
            <w:tcBorders>
              <w:top w:val="single" w:sz="4" w:color="D9E2E8"/>
              <w:bottom w:val="single" w:sz="4" w:color="D9E2E8"/>
              <w:left w:val="single" w:sz="4" w:color="D9E2E8"/>
              <w:right w:val="single" w:sz="4" w:color="D9E2E8"/>
            </w:tcBorders>
          </w:tcPr>
          <w:p>
            <w:pPr>
              <w:spacing w:before="0" w:after="0" w:line="240" w:lineRule="auto"/>
            </w:pPr>
            <w:r>
              <w:rPr>
                <w:rFonts w:ascii="Arial" w:hAnsi="Arial" w:eastAsia="Arial" w:cs="Arial"/>
                <w:b/>
                <w:i w:val="0"/>
                <w:color w:val="17324D"/>
                <w:sz w:val="20"/>
              </w:rPr>
              <w:t xml:space="preserve">☐  </w:t>
            </w:r>
            <w:r>
              <w:rPr>
                <w:rFonts w:ascii="Arial" w:hAnsi="Arial" w:eastAsia="Arial" w:cs="Arial"/>
                <w:b/>
                <w:i w:val="0"/>
                <w:color w:val="24323D"/>
                <w:sz w:val="16"/>
              </w:rPr>
              <w:t>Konten / Depots schließen</w:t>
            </w:r>
          </w:p>
        </w:tc>
      </w:tr>
      <w:tr>
        <w:tc>
          <w:tcPr>
            <w:tcW w:type="dxa" w:w="5102"/>
            <w:vAlign w:val="center"/>
            <w:tcMar>
              <w:top w:w="65" w:type="dxa"/>
              <w:start w:w="75" w:type="dxa"/>
              <w:bottom w:w="65" w:type="dxa"/>
              <w:end w:w="75" w:type="dxa"/>
            </w:tcMar>
            <w:tcBorders>
              <w:top w:val="single" w:sz="4" w:color="D9E2E8"/>
              <w:bottom w:val="single" w:sz="4" w:color="D9E2E8"/>
              <w:left w:val="single" w:sz="4" w:color="D9E2E8"/>
              <w:right w:val="single" w:sz="4" w:color="D9E2E8"/>
            </w:tcBorders>
            <w:shd w:fill="F7F9FA"/>
          </w:tcPr>
          <w:p>
            <w:pPr>
              <w:spacing w:before="0" w:after="0" w:line="240" w:lineRule="auto"/>
            </w:pPr>
            <w:r>
              <w:rPr>
                <w:rFonts w:ascii="Arial" w:hAnsi="Arial" w:eastAsia="Arial" w:cs="Arial"/>
                <w:b/>
                <w:i w:val="0"/>
                <w:color w:val="17324D"/>
                <w:sz w:val="20"/>
              </w:rPr>
              <w:t xml:space="preserve">☐  </w:t>
            </w:r>
            <w:r>
              <w:rPr>
                <w:rFonts w:ascii="Arial" w:hAnsi="Arial" w:eastAsia="Arial" w:cs="Arial"/>
                <w:b/>
                <w:i w:val="0"/>
                <w:color w:val="24323D"/>
                <w:sz w:val="16"/>
              </w:rPr>
              <w:t>Schließfach verwalten / kündigen</w:t>
            </w:r>
          </w:p>
        </w:tc>
        <w:tc>
          <w:tcPr>
            <w:tcW w:type="dxa" w:w="5102"/>
            <w:vAlign w:val="center"/>
            <w:tcMar>
              <w:top w:w="65" w:type="dxa"/>
              <w:start w:w="75" w:type="dxa"/>
              <w:bottom w:w="65" w:type="dxa"/>
              <w:end w:w="75" w:type="dxa"/>
            </w:tcMar>
            <w:tcBorders>
              <w:top w:val="single" w:sz="4" w:color="D9E2E8"/>
              <w:bottom w:val="single" w:sz="4" w:color="D9E2E8"/>
              <w:left w:val="single" w:sz="4" w:color="D9E2E8"/>
              <w:right w:val="single" w:sz="4" w:color="D9E2E8"/>
            </w:tcBorders>
            <w:shd w:fill="F7F9FA"/>
          </w:tcPr>
          <w:p>
            <w:pPr>
              <w:spacing w:before="0" w:after="0" w:line="240" w:lineRule="auto"/>
            </w:pPr>
            <w:r>
              <w:rPr>
                <w:rFonts w:ascii="Arial" w:hAnsi="Arial" w:eastAsia="Arial" w:cs="Arial"/>
                <w:b/>
                <w:i w:val="0"/>
                <w:color w:val="17324D"/>
                <w:sz w:val="20"/>
              </w:rPr>
              <w:t xml:space="preserve">☐  </w:t>
            </w:r>
            <w:r>
              <w:rPr>
                <w:rFonts w:ascii="Arial" w:hAnsi="Arial" w:eastAsia="Arial" w:cs="Arial"/>
                <w:b/>
                <w:i w:val="0"/>
                <w:color w:val="24323D"/>
                <w:sz w:val="16"/>
              </w:rPr>
              <w:t>Neue Kredite / Darlehen abschließen</w:t>
            </w:r>
          </w:p>
        </w:tc>
      </w:tr>
    </w:tbl>
    <w:p>
      <w:pPr>
        <w:widowControl/>
        <w:spacing w:before="100" w:after="50" w:line="252" w:lineRule="auto"/>
      </w:pPr>
      <w:r>
        <w:rPr>
          <w:rFonts w:ascii="Arial" w:hAnsi="Arial" w:eastAsia="Arial" w:cs="Arial"/>
          <w:b/>
          <w:i w:val="0"/>
          <w:color w:val="0F6B63"/>
          <w:sz w:val="22"/>
        </w:rPr>
        <w:t xml:space="preserve">6  </w:t>
      </w:r>
      <w:r>
        <w:rPr>
          <w:rFonts w:ascii="Arial" w:hAnsi="Arial" w:eastAsia="Arial" w:cs="Arial"/>
          <w:b/>
          <w:i w:val="0"/>
          <w:color w:val="17324D"/>
          <w:sz w:val="22"/>
        </w:rPr>
        <w:t>Betragsgrenzen und besondere Vorgaben</w:t>
      </w:r>
    </w:p>
    <w:tbl>
      <w:tblPr>
        <w:tblW w:type="auto" w:w="0"/>
        <w:jc w:val="center"/>
        <w:tblLayout w:type="fixed"/>
        <w:tblLook w:firstColumn="1" w:firstRow="1" w:lastColumn="0" w:lastRow="0" w:noHBand="0" w:noVBand="1" w:val="04A0"/>
      </w:tblPr>
      <w:tblGrid>
        <w:gridCol w:w="5103"/>
        <w:gridCol w:w="5103"/>
      </w:tblGrid>
      <w:tr>
        <w:tc>
          <w:tcPr>
            <w:tcW w:type="dxa" w:w="2721"/>
            <w:shd w:fill="F3F6F8"/>
            <w:tcMar>
              <w:top w:w="80" w:type="dxa"/>
              <w:start w:w="100" w:type="dxa"/>
              <w:bottom w:w="80" w:type="dxa"/>
              <w:end w:w="100" w:type="dxa"/>
            </w:tcMar>
            <w:vAlign w:val="center"/>
            <w:tcBorders>
              <w:top w:sz="4" w:val="single" w:color="D9E2E8"/>
              <w:left w:sz="4" w:val="single" w:color="D9E2E8"/>
              <w:bottom w:sz="4" w:val="single" w:color="D9E2E8"/>
              <w:right w:sz="4" w:val="single" w:color="D9E2E8"/>
            </w:tcBorders>
          </w:tcPr>
          <w:p>
            <w:pPr>
              <w:spacing w:before="0" w:after="0" w:line="252" w:lineRule="auto"/>
            </w:pPr>
            <w:r>
              <w:rPr>
                <w:rFonts w:ascii="Arial" w:hAnsi="Arial" w:eastAsia="Arial" w:cs="Arial"/>
                <w:b/>
                <w:i w:val="0"/>
                <w:color w:val="6C7A86"/>
                <w:sz w:val="16"/>
              </w:rPr>
              <w:t>Bargeldabhebung</w:t>
            </w:r>
          </w:p>
        </w:tc>
        <w:tc>
          <w:tcPr>
            <w:tcW w:type="dxa" w:w="7483"/>
            <w:tcMar>
              <w:top w:w="80" w:type="dxa"/>
              <w:start w:w="100" w:type="dxa"/>
              <w:bottom w:w="80" w:type="dxa"/>
              <w:end w:w="100" w:type="dxa"/>
            </w:tcMar>
            <w:vAlign w:val="center"/>
            <w:tcBorders>
              <w:top w:sz="4" w:val="single" w:color="D9E2E8"/>
              <w:left w:sz="4" w:val="single" w:color="D9E2E8"/>
              <w:bottom w:sz="4" w:val="single" w:color="D9E2E8"/>
              <w:right w:sz="4" w:val="single" w:color="D9E2E8"/>
            </w:tcBorders>
          </w:tcPr>
          <w:p>
            <w:pPr>
              <w:spacing w:before="0" w:after="0" w:line="252" w:lineRule="auto"/>
            </w:pPr>
            <w:r>
              <w:rPr>
                <w:rFonts w:ascii="Arial" w:hAnsi="Arial" w:eastAsia="Arial" w:cs="Arial"/>
                <w:b w:val="0"/>
                <w:i w:val="0"/>
                <w:color w:val="24323D"/>
                <w:sz w:val="16"/>
              </w:rPr>
              <w:t>☐ kein besonderes Limit    ☐ maximal __________ EUR je Kalendertag</w:t>
            </w:r>
          </w:p>
        </w:tc>
      </w:tr>
      <w:tr>
        <w:tc>
          <w:tcPr>
            <w:tcW w:type="dxa" w:w="2721"/>
            <w:shd w:fill="F3F6F8"/>
            <w:tcMar>
              <w:top w:w="80" w:type="dxa"/>
              <w:start w:w="100" w:type="dxa"/>
              <w:bottom w:w="80" w:type="dxa"/>
              <w:end w:w="100" w:type="dxa"/>
            </w:tcMar>
            <w:vAlign w:val="center"/>
            <w:tcBorders>
              <w:top w:sz="4" w:val="single" w:color="D9E2E8"/>
              <w:left w:sz="4" w:val="single" w:color="D9E2E8"/>
              <w:bottom w:sz="4" w:val="single" w:color="D9E2E8"/>
              <w:right w:sz="4" w:val="single" w:color="D9E2E8"/>
            </w:tcBorders>
          </w:tcPr>
          <w:p>
            <w:pPr>
              <w:spacing w:before="0" w:after="0" w:line="252" w:lineRule="auto"/>
            </w:pPr>
            <w:r>
              <w:rPr>
                <w:rFonts w:ascii="Arial" w:hAnsi="Arial" w:eastAsia="Arial" w:cs="Arial"/>
                <w:b/>
                <w:i w:val="0"/>
                <w:color w:val="6C7A86"/>
                <w:sz w:val="16"/>
              </w:rPr>
              <w:t>Überweisung / Zahlung</w:t>
            </w:r>
          </w:p>
        </w:tc>
        <w:tc>
          <w:tcPr>
            <w:tcW w:type="dxa" w:w="7483"/>
            <w:tcMar>
              <w:top w:w="80" w:type="dxa"/>
              <w:start w:w="100" w:type="dxa"/>
              <w:bottom w:w="80" w:type="dxa"/>
              <w:end w:w="100" w:type="dxa"/>
            </w:tcMar>
            <w:vAlign w:val="center"/>
            <w:tcBorders>
              <w:top w:sz="4" w:val="single" w:color="D9E2E8"/>
              <w:left w:sz="4" w:val="single" w:color="D9E2E8"/>
              <w:bottom w:sz="4" w:val="single" w:color="D9E2E8"/>
              <w:right w:sz="4" w:val="single" w:color="D9E2E8"/>
            </w:tcBorders>
          </w:tcPr>
          <w:p>
            <w:pPr>
              <w:spacing w:before="0" w:after="0" w:line="252" w:lineRule="auto"/>
            </w:pPr>
            <w:r>
              <w:rPr>
                <w:rFonts w:ascii="Arial" w:hAnsi="Arial" w:eastAsia="Arial" w:cs="Arial"/>
                <w:b w:val="0"/>
                <w:i w:val="0"/>
                <w:color w:val="24323D"/>
                <w:sz w:val="16"/>
              </w:rPr>
              <w:t>☐ kein besonderes Limit    ☐ maximal __________ EUR je Einzelvorgang</w:t>
            </w:r>
          </w:p>
        </w:tc>
      </w:tr>
      <w:tr>
        <w:tc>
          <w:tcPr>
            <w:tcW w:type="dxa" w:w="2721"/>
            <w:shd w:fill="F3F6F8"/>
            <w:tcMar>
              <w:top w:w="80" w:type="dxa"/>
              <w:start w:w="100" w:type="dxa"/>
              <w:bottom w:w="80" w:type="dxa"/>
              <w:end w:w="100" w:type="dxa"/>
            </w:tcMar>
            <w:vAlign w:val="center"/>
            <w:tcBorders>
              <w:top w:sz="4" w:val="single" w:color="D9E2E8"/>
              <w:left w:sz="4" w:val="single" w:color="D9E2E8"/>
              <w:bottom w:sz="4" w:val="single" w:color="D9E2E8"/>
              <w:right w:sz="4" w:val="single" w:color="D9E2E8"/>
            </w:tcBorders>
          </w:tcPr>
          <w:p>
            <w:pPr>
              <w:spacing w:before="0" w:after="0" w:line="252" w:lineRule="auto"/>
            </w:pPr>
            <w:r>
              <w:rPr>
                <w:rFonts w:ascii="Arial" w:hAnsi="Arial" w:eastAsia="Arial" w:cs="Arial"/>
                <w:b/>
                <w:i w:val="0"/>
                <w:color w:val="6C7A86"/>
                <w:sz w:val="16"/>
              </w:rPr>
              <w:t>Gesamttageslimit</w:t>
            </w:r>
          </w:p>
        </w:tc>
        <w:tc>
          <w:tcPr>
            <w:tcW w:type="dxa" w:w="7483"/>
            <w:tcMar>
              <w:top w:w="80" w:type="dxa"/>
              <w:start w:w="100" w:type="dxa"/>
              <w:bottom w:w="80" w:type="dxa"/>
              <w:end w:w="100" w:type="dxa"/>
            </w:tcMar>
            <w:vAlign w:val="center"/>
            <w:tcBorders>
              <w:top w:sz="4" w:val="single" w:color="D9E2E8"/>
              <w:left w:sz="4" w:val="single" w:color="D9E2E8"/>
              <w:bottom w:sz="4" w:val="single" w:color="D9E2E8"/>
              <w:right w:sz="4" w:val="single" w:color="D9E2E8"/>
            </w:tcBorders>
          </w:tcPr>
          <w:p>
            <w:pPr>
              <w:spacing w:before="0" w:after="0" w:line="252" w:lineRule="auto"/>
            </w:pPr>
            <w:r>
              <w:rPr>
                <w:rFonts w:ascii="Arial" w:hAnsi="Arial" w:eastAsia="Arial" w:cs="Arial"/>
                <w:b w:val="0"/>
                <w:i w:val="0"/>
                <w:color w:val="24323D"/>
                <w:sz w:val="16"/>
              </w:rPr>
              <w:t>☐ kein besonderes Limit    ☐ maximal __________ EUR je Kalendertag</w:t>
            </w:r>
          </w:p>
        </w:tc>
      </w:tr>
    </w:tbl>
    <w:p>
      <w:pPr>
        <w:widowControl/>
        <w:spacing w:before="60" w:after="20" w:line="252" w:lineRule="auto"/>
      </w:pPr>
      <w:r>
        <w:rPr>
          <w:rFonts w:ascii="Arial" w:hAnsi="Arial" w:eastAsia="Arial" w:cs="Arial"/>
          <w:b/>
          <w:i w:val="0"/>
          <w:color w:val="1D2933"/>
          <w:sz w:val="17"/>
        </w:rPr>
        <w:t>Weitere Einschränkungen oder besondere Anweisungen:</w:t>
      </w:r>
    </w:p>
    <w:tbl>
      <w:tblPr>
        <w:tblW w:type="auto" w:w="0"/>
        <w:jc w:val="center"/>
        <w:tblLayout w:type="fixed"/>
        <w:tblLook w:firstColumn="1" w:firstRow="1" w:lastColumn="0" w:lastRow="0" w:noHBand="0" w:noVBand="1" w:val="04A0"/>
      </w:tblPr>
      <w:tblGrid>
        <w:gridCol w:w="10206"/>
      </w:tblGrid>
      <w:tr>
        <w:tc>
          <w:tcPr>
            <w:tcW w:type="dxa" w:w="10205"/>
            <w:tcMar>
              <w:top w:w="115" w:type="dxa"/>
              <w:start w:w="110" w:type="dxa"/>
              <w:bottom w:w="115" w:type="dxa"/>
              <w:end w:w="110" w:type="dxa"/>
            </w:tcMar>
            <w:tcBorders>
              <w:top w:sz="4" w:val="single" w:color="D9E2E8"/>
              <w:left w:sz="4" w:val="single" w:color="D9E2E8"/>
              <w:bottom w:sz="4" w:val="single" w:color="D9E2E8"/>
              <w:right w:sz="4" w:val="single" w:color="D9E2E8"/>
            </w:tcBorders>
          </w:tcPr>
          <w:p>
            <w:pPr>
              <w:spacing w:before="0" w:after="0" w:line="252" w:lineRule="auto"/>
            </w:pPr>
            <w:r>
              <w:rPr>
                <w:rFonts w:ascii="Arial" w:hAnsi="Arial" w:eastAsia="Arial" w:cs="Arial"/>
                <w:b w:val="0"/>
                <w:i/>
                <w:color w:val="8A959E"/>
                <w:sz w:val="17"/>
              </w:rPr>
              <w:t>Hier eintragen</w:t>
            </w:r>
          </w:p>
        </w:tc>
      </w:tr>
    </w:tbl>
    <w:p>
      <w:pPr>
        <w:widowControl/>
        <w:spacing w:before="100" w:after="50" w:line="252" w:lineRule="auto"/>
      </w:pPr>
      <w:r>
        <w:rPr>
          <w:rFonts w:ascii="Arial" w:hAnsi="Arial" w:eastAsia="Arial" w:cs="Arial"/>
          <w:b/>
          <w:i w:val="0"/>
          <w:color w:val="0F6B63"/>
          <w:sz w:val="22"/>
        </w:rPr>
        <w:t xml:space="preserve">7  </w:t>
      </w:r>
      <w:r>
        <w:rPr>
          <w:rFonts w:ascii="Arial" w:hAnsi="Arial" w:eastAsia="Arial" w:cs="Arial"/>
          <w:b/>
          <w:i w:val="0"/>
          <w:color w:val="17324D"/>
          <w:sz w:val="22"/>
        </w:rPr>
        <w:t>Untervollmacht und interne Weitergabe</w:t>
      </w:r>
    </w:p>
    <w:p>
      <w:pPr>
        <w:widowControl/>
        <w:spacing w:before="0" w:after="10" w:line="250" w:lineRule="auto"/>
        <w:ind w:left="0"/>
      </w:pPr>
      <w:r>
        <w:rPr>
          <w:rFonts w:ascii="Arial" w:hAnsi="Arial" w:eastAsia="Arial" w:cs="Arial"/>
          <w:b/>
          <w:i w:val="0"/>
          <w:color w:val="17324D"/>
          <w:sz w:val="21"/>
        </w:rPr>
        <w:t xml:space="preserve">☐  </w:t>
      </w:r>
      <w:r>
        <w:rPr>
          <w:rFonts w:ascii="Arial" w:hAnsi="Arial" w:eastAsia="Arial" w:cs="Arial"/>
          <w:b w:val="0"/>
          <w:i w:val="0"/>
          <w:color w:val="24323D"/>
          <w:sz w:val="18"/>
        </w:rPr>
        <w:t>Die bevollmächtigte Person darf keine Untervollmacht erteilen.</w:t>
      </w:r>
    </w:p>
    <w:p>
      <w:pPr>
        <w:widowControl/>
        <w:spacing w:before="0" w:after="10" w:line="250" w:lineRule="auto"/>
        <w:ind w:left="0"/>
      </w:pPr>
      <w:r>
        <w:rPr>
          <w:rFonts w:ascii="Arial" w:hAnsi="Arial" w:eastAsia="Arial" w:cs="Arial"/>
          <w:b/>
          <w:i w:val="0"/>
          <w:color w:val="17324D"/>
          <w:sz w:val="21"/>
        </w:rPr>
        <w:t xml:space="preserve">☐  </w:t>
      </w:r>
      <w:r>
        <w:rPr>
          <w:rFonts w:ascii="Arial" w:hAnsi="Arial" w:eastAsia="Arial" w:cs="Arial"/>
          <w:b w:val="0"/>
          <w:i w:val="0"/>
          <w:color w:val="24323D"/>
          <w:sz w:val="18"/>
        </w:rPr>
        <w:t>Untervollmacht ist zulässig, jedoch nur in folgendem Umfang: ______________________________</w:t>
      </w:r>
    </w:p>
    <w:p>
      <w:pPr>
        <w:widowControl/>
        <w:spacing w:before="100" w:after="50" w:line="252" w:lineRule="auto"/>
      </w:pPr>
      <w:r>
        <w:rPr>
          <w:rFonts w:ascii="Arial" w:hAnsi="Arial" w:eastAsia="Arial" w:cs="Arial"/>
          <w:b/>
          <w:i w:val="0"/>
          <w:color w:val="0F6B63"/>
          <w:sz w:val="22"/>
        </w:rPr>
        <w:t xml:space="preserve">8  </w:t>
      </w:r>
      <w:r>
        <w:rPr>
          <w:rFonts w:ascii="Arial" w:hAnsi="Arial" w:eastAsia="Arial" w:cs="Arial"/>
          <w:b/>
          <w:i w:val="0"/>
          <w:color w:val="17324D"/>
          <w:sz w:val="22"/>
        </w:rPr>
        <w:t>Erklärung und Unterschriften</w:t>
      </w:r>
    </w:p>
    <w:p>
      <w:pPr>
        <w:widowControl/>
        <w:spacing w:before="0" w:after="80" w:line="259" w:lineRule="auto"/>
      </w:pPr>
      <w:r>
        <w:rPr>
          <w:rFonts w:ascii="Arial" w:hAnsi="Arial" w:eastAsia="Arial" w:cs="Arial"/>
          <w:b w:val="0"/>
          <w:i w:val="0"/>
          <w:color w:val="24323D"/>
          <w:sz w:val="17"/>
        </w:rPr>
        <w:t>Hiermit bevollmächtige ich die oben bezeichnete Person, mich gegenüber dem genannten Kreditinstitut innerhalb des ausgewählten Geltungsbereichs und ausschließlich im angekreuzten Umfang zu vertreten. Die Vollmacht kann von mir jederzeit mit Wirkung für die Zukunft widerrufen werden. Ein Widerruf sollte dem Kreditinstitut unverzüglich mitgeteilt werden.</w:t>
      </w:r>
    </w:p>
    <w:tbl>
      <w:tblPr>
        <w:tblW w:type="auto" w:w="0"/>
        <w:jc w:val="center"/>
        <w:tblLayout w:type="fixed"/>
        <w:tblLook w:firstColumn="1" w:firstRow="1" w:lastColumn="0" w:lastRow="0" w:noHBand="0" w:noVBand="1" w:val="04A0"/>
      </w:tblPr>
      <w:tblGrid>
        <w:gridCol w:w="5103"/>
        <w:gridCol w:w="5103"/>
      </w:tblGrid>
      <w:tr>
        <w:tc>
          <w:tcPr>
            <w:tcW w:type="dxa" w:w="5102"/>
            <w:tcMar>
              <w:top w:w="220" w:type="dxa"/>
              <w:start w:w="110" w:type="dxa"/>
              <w:bottom w:w="85" w:type="dxa"/>
              <w:end w:w="110" w:type="dxa"/>
            </w:tcMar>
            <w:vAlign w:val="bottom"/>
            <w:tcBorders>
              <w:bottom w:sz="6" w:val="single" w:color="83919B"/>
            </w:tcBorders>
          </w:tcPr>
          <w:p>
            <w:r>
              <w:rPr>
                <w:rFonts w:ascii="Arial" w:hAnsi="Arial" w:eastAsia="Arial" w:cs="Arial"/>
                <w:b w:val="0"/>
                <w:i w:val="0"/>
                <w:color w:val="6C7A86"/>
                <w:sz w:val="15"/>
              </w:rPr>
              <w:br/>
              <w:t>Ort, Datum</w:t>
            </w:r>
          </w:p>
        </w:tc>
        <w:tc>
          <w:tcPr>
            <w:tcW w:type="dxa" w:w="5102"/>
            <w:tcMar>
              <w:top w:w="220" w:type="dxa"/>
              <w:start w:w="110" w:type="dxa"/>
              <w:bottom w:w="85" w:type="dxa"/>
              <w:end w:w="110" w:type="dxa"/>
            </w:tcMar>
            <w:vAlign w:val="bottom"/>
            <w:tcBorders>
              <w:bottom w:sz="6" w:val="single" w:color="83919B"/>
            </w:tcBorders>
          </w:tcPr>
          <w:p>
            <w:r>
              <w:rPr>
                <w:rFonts w:ascii="Arial" w:hAnsi="Arial" w:eastAsia="Arial" w:cs="Arial"/>
                <w:b w:val="0"/>
                <w:i w:val="0"/>
                <w:color w:val="6C7A86"/>
                <w:sz w:val="15"/>
              </w:rPr>
              <w:br/>
              <w:t>Unterschrift Vollmachtgeber / Kontoinhaber</w:t>
            </w:r>
          </w:p>
        </w:tc>
      </w:tr>
      <w:tr>
        <w:tc>
          <w:tcPr>
            <w:tcW w:type="dxa" w:w="5102"/>
            <w:tcMar>
              <w:top w:w="220" w:type="dxa"/>
              <w:start w:w="110" w:type="dxa"/>
              <w:bottom w:w="85" w:type="dxa"/>
              <w:end w:w="110" w:type="dxa"/>
            </w:tcMar>
            <w:vAlign w:val="bottom"/>
            <w:tcBorders>
              <w:bottom w:sz="6" w:val="single" w:color="83919B"/>
            </w:tcBorders>
          </w:tcPr>
          <w:p>
            <w:r>
              <w:rPr>
                <w:rFonts w:ascii="Arial" w:hAnsi="Arial" w:eastAsia="Arial" w:cs="Arial"/>
                <w:b w:val="0"/>
                <w:i w:val="0"/>
                <w:color w:val="6C7A86"/>
                <w:sz w:val="15"/>
              </w:rPr>
              <w:br/>
              <w:t>Ort, Datum</w:t>
            </w:r>
          </w:p>
        </w:tc>
        <w:tc>
          <w:tcPr>
            <w:tcW w:type="dxa" w:w="5102"/>
            <w:tcMar>
              <w:top w:w="220" w:type="dxa"/>
              <w:start w:w="110" w:type="dxa"/>
              <w:bottom w:w="85" w:type="dxa"/>
              <w:end w:w="110" w:type="dxa"/>
            </w:tcMar>
            <w:vAlign w:val="bottom"/>
            <w:tcBorders>
              <w:bottom w:sz="6" w:val="single" w:color="83919B"/>
            </w:tcBorders>
          </w:tcPr>
          <w:p>
            <w:r>
              <w:rPr>
                <w:rFonts w:ascii="Arial" w:hAnsi="Arial" w:eastAsia="Arial" w:cs="Arial"/>
                <w:b w:val="0"/>
                <w:i w:val="0"/>
                <w:color w:val="6C7A86"/>
                <w:sz w:val="15"/>
              </w:rPr>
              <w:br/>
              <w:t>Unterschrift bevollmächtigte Person / Unterschriftsprobe</w:t>
            </w:r>
          </w:p>
        </w:tc>
      </w:tr>
    </w:tbl>
    <w:p>
      <w:pPr>
        <w:widowControl/>
        <w:spacing w:before="80" w:after="20" w:line="252" w:lineRule="auto"/>
      </w:pPr>
      <w:r>
        <w:rPr>
          <w:rFonts w:ascii="Arial" w:hAnsi="Arial" w:eastAsia="Arial" w:cs="Arial"/>
          <w:b/>
          <w:i w:val="0"/>
          <w:color w:val="6C7A86"/>
          <w:sz w:val="17"/>
        </w:rPr>
        <w:t>Bei Gemeinschaftskonten – sofern erforderlich:</w:t>
      </w:r>
    </w:p>
    <w:tbl>
      <w:tblPr>
        <w:tblW w:type="auto" w:w="0"/>
        <w:jc w:val="center"/>
        <w:tblLayout w:type="fixed"/>
        <w:tblLook w:firstColumn="1" w:firstRow="1" w:lastColumn="0" w:lastRow="0" w:noHBand="0" w:noVBand="1" w:val="04A0"/>
      </w:tblPr>
      <w:tblGrid>
        <w:gridCol w:w="5103"/>
        <w:gridCol w:w="5103"/>
      </w:tblGrid>
      <w:tr>
        <w:tc>
          <w:tcPr>
            <w:tcW w:type="dxa" w:w="5102"/>
            <w:tcMar>
              <w:top w:w="150" w:type="dxa"/>
              <w:start w:w="110" w:type="dxa"/>
              <w:bottom w:w="85" w:type="dxa"/>
              <w:end w:w="110" w:type="dxa"/>
            </w:tcMar>
            <w:tcBorders>
              <w:bottom w:sz="6" w:val="single" w:color="83919B"/>
            </w:tcBorders>
          </w:tcPr>
          <w:p>
            <w:pPr>
              <w:spacing w:before="0" w:after="0" w:line="252" w:lineRule="auto"/>
            </w:pPr>
            <w:r>
              <w:rPr>
                <w:rFonts w:ascii="Arial" w:hAnsi="Arial" w:eastAsia="Arial" w:cs="Arial"/>
                <w:b w:val="0"/>
                <w:i w:val="0"/>
                <w:color w:val="6C7A86"/>
                <w:sz w:val="15"/>
              </w:rPr>
              <w:br/>
              <w:t>Ort, Datum</w:t>
            </w:r>
          </w:p>
        </w:tc>
        <w:tc>
          <w:tcPr>
            <w:tcW w:type="dxa" w:w="5102"/>
            <w:tcMar>
              <w:top w:w="150" w:type="dxa"/>
              <w:start w:w="110" w:type="dxa"/>
              <w:bottom w:w="85" w:type="dxa"/>
              <w:end w:w="110" w:type="dxa"/>
            </w:tcMar>
            <w:tcBorders>
              <w:bottom w:sz="6" w:val="single" w:color="83919B"/>
            </w:tcBorders>
          </w:tcPr>
          <w:p>
            <w:pPr>
              <w:spacing w:before="0" w:after="0" w:line="252" w:lineRule="auto"/>
            </w:pPr>
            <w:r>
              <w:rPr>
                <w:rFonts w:ascii="Arial" w:hAnsi="Arial" w:eastAsia="Arial" w:cs="Arial"/>
                <w:b w:val="0"/>
                <w:i w:val="0"/>
                <w:color w:val="6C7A86"/>
                <w:sz w:val="15"/>
              </w:rPr>
              <w:br/>
              <w:t>Unterschrift weiterer Kontoinhaber</w:t>
            </w:r>
          </w:p>
        </w:tc>
      </w:tr>
    </w:tbl>
    <w:p>
      <w:pPr>
        <w:widowControl/>
        <w:spacing w:before="100" w:after="50" w:line="252" w:lineRule="auto"/>
      </w:pPr>
      <w:r>
        <w:rPr>
          <w:rFonts w:ascii="Arial" w:hAnsi="Arial" w:eastAsia="Arial" w:cs="Arial"/>
          <w:b/>
          <w:i w:val="0"/>
          <w:color w:val="0F6B63"/>
          <w:sz w:val="22"/>
        </w:rPr>
        <w:t xml:space="preserve">9  </w:t>
      </w:r>
      <w:r>
        <w:rPr>
          <w:rFonts w:ascii="Arial" w:hAnsi="Arial" w:eastAsia="Arial" w:cs="Arial"/>
          <w:b/>
          <w:i w:val="0"/>
          <w:color w:val="17324D"/>
          <w:sz w:val="22"/>
        </w:rPr>
        <w:t>Optional: Vermerk des Kreditinstituts</w:t>
      </w:r>
    </w:p>
    <w:tbl>
      <w:tblPr>
        <w:tblW w:type="auto" w:w="0"/>
        <w:jc w:val="center"/>
        <w:tblLayout w:type="fixed"/>
        <w:tblLook w:firstColumn="1" w:firstRow="1" w:lastColumn="0" w:lastRow="0" w:noHBand="0" w:noVBand="1" w:val="04A0"/>
      </w:tblPr>
      <w:tblGrid>
        <w:gridCol w:w="5103"/>
        <w:gridCol w:w="5103"/>
      </w:tblGrid>
      <w:tr>
        <w:tc>
          <w:tcPr>
            <w:tcW w:type="dxa" w:w="5102"/>
            <w:tcMar>
              <w:top w:w="100" w:type="dxa"/>
              <w:start w:w="110" w:type="dxa"/>
              <w:bottom w:w="100" w:type="dxa"/>
              <w:end w:w="110" w:type="dxa"/>
            </w:tcMar>
            <w:shd w:fill="F8FAFB"/>
            <w:tcBorders>
              <w:top w:sz="4" w:val="single" w:color="D9E2E8"/>
              <w:left w:sz="4" w:val="single" w:color="D9E2E8"/>
              <w:bottom w:sz="4" w:val="single" w:color="D9E2E8"/>
              <w:right w:sz="4" w:val="single" w:color="D9E2E8"/>
            </w:tcBorders>
          </w:tcPr>
          <w:p>
            <w:pPr>
              <w:spacing w:before="0" w:after="0" w:line="252" w:lineRule="auto"/>
            </w:pPr>
            <w:r>
              <w:rPr>
                <w:rFonts w:ascii="Arial" w:hAnsi="Arial" w:eastAsia="Arial" w:cs="Arial"/>
                <w:b w:val="0"/>
                <w:i w:val="0"/>
                <w:color w:val="6C7A86"/>
                <w:sz w:val="16"/>
              </w:rPr>
              <w:t>☐ Identität Vollmachtgeber geprüft</w:t>
            </w:r>
          </w:p>
        </w:tc>
        <w:tc>
          <w:tcPr>
            <w:tcW w:type="dxa" w:w="5102"/>
            <w:tcMar>
              <w:top w:w="100" w:type="dxa"/>
              <w:start w:w="110" w:type="dxa"/>
              <w:bottom w:w="100" w:type="dxa"/>
              <w:end w:w="110" w:type="dxa"/>
            </w:tcMar>
            <w:shd w:fill="F8FAFB"/>
            <w:tcBorders>
              <w:top w:sz="4" w:val="single" w:color="D9E2E8"/>
              <w:left w:sz="4" w:val="single" w:color="D9E2E8"/>
              <w:bottom w:sz="4" w:val="single" w:color="D9E2E8"/>
              <w:right w:sz="4" w:val="single" w:color="D9E2E8"/>
            </w:tcBorders>
          </w:tcPr>
          <w:p>
            <w:pPr>
              <w:spacing w:before="0" w:after="0" w:line="252" w:lineRule="auto"/>
            </w:pPr>
            <w:r>
              <w:rPr>
                <w:rFonts w:ascii="Arial" w:hAnsi="Arial" w:eastAsia="Arial" w:cs="Arial"/>
                <w:b w:val="0"/>
                <w:i w:val="0"/>
                <w:color w:val="6C7A86"/>
                <w:sz w:val="16"/>
              </w:rPr>
              <w:t>☐ Identität bevollmächtigte Person geprüft</w:t>
            </w:r>
          </w:p>
        </w:tc>
      </w:tr>
      <w:tr>
        <w:tc>
          <w:tcPr>
            <w:tcW w:type="dxa" w:w="5102"/>
            <w:tcMar>
              <w:top w:w="100" w:type="dxa"/>
              <w:start w:w="110" w:type="dxa"/>
              <w:bottom w:w="100" w:type="dxa"/>
              <w:end w:w="110" w:type="dxa"/>
            </w:tcMar>
            <w:shd w:fill="F8FAFB"/>
            <w:tcBorders>
              <w:top w:sz="4" w:val="single" w:color="D9E2E8"/>
              <w:left w:sz="4" w:val="single" w:color="D9E2E8"/>
              <w:bottom w:sz="4" w:val="single" w:color="D9E2E8"/>
              <w:right w:sz="4" w:val="single" w:color="D9E2E8"/>
            </w:tcBorders>
          </w:tcPr>
          <w:p>
            <w:pPr>
              <w:spacing w:before="0" w:after="0" w:line="252" w:lineRule="auto"/>
            </w:pPr>
            <w:r>
              <w:rPr>
                <w:rFonts w:ascii="Arial" w:hAnsi="Arial" w:eastAsia="Arial" w:cs="Arial"/>
                <w:b w:val="0"/>
                <w:i w:val="0"/>
                <w:color w:val="6C7A86"/>
                <w:sz w:val="16"/>
              </w:rPr>
              <w:t>Datum / Mitarbeiterkürzel</w:t>
            </w:r>
          </w:p>
        </w:tc>
        <w:tc>
          <w:tcPr>
            <w:tcW w:type="dxa" w:w="5102"/>
            <w:tcMar>
              <w:top w:w="100" w:type="dxa"/>
              <w:start w:w="110" w:type="dxa"/>
              <w:bottom w:w="100" w:type="dxa"/>
              <w:end w:w="110" w:type="dxa"/>
            </w:tcMar>
            <w:shd w:fill="F8FAFB"/>
            <w:tcBorders>
              <w:top w:sz="4" w:val="single" w:color="D9E2E8"/>
              <w:left w:sz="4" w:val="single" w:color="D9E2E8"/>
              <w:bottom w:sz="4" w:val="single" w:color="D9E2E8"/>
              <w:right w:sz="4" w:val="single" w:color="D9E2E8"/>
            </w:tcBorders>
          </w:tcPr>
          <w:p>
            <w:pPr>
              <w:spacing w:before="0" w:after="0" w:line="252" w:lineRule="auto"/>
            </w:pPr>
            <w:r>
              <w:rPr>
                <w:rFonts w:ascii="Arial" w:hAnsi="Arial" w:eastAsia="Arial" w:cs="Arial"/>
                <w:b w:val="0"/>
                <w:i w:val="0"/>
                <w:color w:val="6C7A86"/>
                <w:sz w:val="16"/>
              </w:rPr>
              <w:t>Stempel / Unterschrift Kreditinstitut</w:t>
            </w:r>
          </w:p>
        </w:tc>
      </w:tr>
    </w:tbl>
    <w:p>
      <w:pPr>
        <w:widowControl/>
        <w:spacing w:before="100" w:after="0" w:line="252" w:lineRule="auto"/>
      </w:pPr>
      <w:r>
        <w:rPr>
          <w:rFonts w:ascii="Arial" w:hAnsi="Arial" w:eastAsia="Arial" w:cs="Arial"/>
          <w:b/>
          <w:i w:val="0"/>
          <w:color w:val="0F6B63"/>
          <w:sz w:val="15"/>
        </w:rPr>
        <w:t xml:space="preserve">Praktischer Hinweis: </w:t>
      </w:r>
      <w:r>
        <w:rPr>
          <w:rFonts w:ascii="Arial" w:hAnsi="Arial" w:eastAsia="Arial" w:cs="Arial"/>
          <w:b w:val="0"/>
          <w:i w:val="0"/>
          <w:color w:val="6C7A86"/>
          <w:sz w:val="15"/>
        </w:rPr>
        <w:t>PIN, TAN, Passwörter und vergleichbare persönliche Authentifizierungsmerkmale sollten nicht in dieses Dokument eingetragen oder weitergegeben werden. Das Kreditinstitut legt fest, welche Zugangs- und Zahlungsinstrumente für Bevollmächtigte bereitgestellt werden.</w:t>
      </w:r>
    </w:p>
    <w:sectPr>
      <w:headerReference w:type="default" r:id="rId9"/>
      <w:footerReference w:type="default" r:id="rId10"/>
      <w:pgSz w:w="11906" w:h="16838"/>
      <w:pgMar w:top="737" w:right="850" w:bottom="850" w:left="850" w:header="340"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52" w:lineRule="auto"/>
      <w:jc w:val="center"/>
    </w:pPr>
    <w:r>
      <w:rPr>
        <w:rFonts w:ascii="Arial" w:hAnsi="Arial" w:eastAsia="Arial" w:cs="Arial"/>
        <w:b w:val="0"/>
        <w:i w:val="0"/>
        <w:color w:val="6C7A86"/>
        <w:sz w:val="15"/>
      </w:rPr>
      <w:t xml:space="preserve">Bankvollmacht / Kontovollmacht  ·  Seite </w:t>
    </w:r>
    <w:r>
      <w:fldChar w:fldCharType="begin"/>
      <w:instrText xml:space="preserve"> PAGE </w:instrText>
      <w:fldChar w:fldCharType="end"/>
    </w:r>
    <w:r>
      <w:rPr>
        <w:rFonts w:ascii="Arial" w:hAnsi="Arial" w:eastAsia="Arial" w:cs="Arial"/>
        <w:b w:val="0"/>
        <w:i w:val="0"/>
        <w:color w:val="6C7A86"/>
        <w:sz w:val="15"/>
      </w:rPr>
      <w:t xml:space="preserve"> von </w:t>
    </w:r>
    <w: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52" w:lineRule="auto"/>
      <w:jc w:val="right"/>
    </w:pPr>
    <w:r>
      <w:rPr>
        <w:rFonts w:ascii="Arial" w:hAnsi="Arial" w:eastAsia="Arial" w:cs="Arial"/>
        <w:b/>
        <w:i w:val="0"/>
        <w:color w:val="6C7A86"/>
        <w:sz w:val="15"/>
      </w:rPr>
      <w:t>BANKVOLLMACHT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2" w:lineRule="auto"/>
    </w:pPr>
    <w:rPr>
      <w:rFonts w:ascii="Arial" w:hAnsi="Arial"/>
      <w:color w:val="24323D"/>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Bankvollmacht Vorlage</dc:title>
  <dc:subject>Bankunabhängige Vorlage für Konto-, Depot- und sonstige Bankgeschäfte</dc:subject>
  <dc:creator/>
  <cp:keywords>Bankvollmacht, Kontovollmacht, Vorlage</cp:keywords>
  <dc:description/>
  <cp:lastModifiedBy/>
  <cp:revision>1</cp:revision>
  <dcterms:created xsi:type="dcterms:W3CDTF">2013-12-23T23:15:00Z</dcterms:created>
  <dcterms:modified xsi:type="dcterms:W3CDTF">2013-12-23T23:15:00Z</dcterms:modified>
  <cp:category/>
</cp:coreProperties>
</file>