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6696"/>
        <w:gridCol w:w="3168"/>
      </w:tblGrid>
      <w:tr>
        <w:tc>
          <w:tcPr>
            <w:tcW w:type="dxa" w:w="4930"/>
            <w:shd w:fill="172B45"/>
            <w:tcMar>
              <w:top w:w="120" w:type="dxa"/>
              <w:start w:w="170" w:type="dxa"/>
              <w:bottom w:w="110" w:type="dxa"/>
              <w:end w:w="155" w:type="dxa"/>
            </w:tcMar>
          </w:tcPr>
          <w:p>
            <w:pPr>
              <w:spacing w:before="0" w:after="0" w:line="264" w:lineRule="auto"/>
            </w:pPr>
            <w:r>
              <w:rPr>
                <w:rFonts w:ascii="Inter" w:hAnsi="Inter" w:eastAsia="Inter"/>
                <w:b/>
                <w:i w:val="0"/>
                <w:color w:val="FFFFFF"/>
                <w:sz w:val="16"/>
              </w:rPr>
              <w:t>MEDIZINISCHE VORLAGEN  /  FORMULARE</w:t>
            </w:r>
          </w:p>
        </w:tc>
        <w:tc>
          <w:tcPr>
            <w:tcW w:type="dxa" w:w="4930"/>
            <w:shd w:fill="172B45"/>
            <w:tcMar>
              <w:top w:w="120" w:type="dxa"/>
              <w:start w:w="170" w:type="dxa"/>
              <w:bottom w:w="110" w:type="dxa"/>
              <w:end w:w="155" w:type="dxa"/>
            </w:tcMar>
          </w:tcPr>
          <w:p>
            <w:pPr>
              <w:spacing w:before="0" w:after="0" w:line="264" w:lineRule="auto"/>
              <w:jc w:val="right"/>
            </w:pPr>
            <w:r>
              <w:rPr>
                <w:rFonts w:ascii="Inter" w:hAnsi="Inter" w:eastAsia="Inter"/>
                <w:b/>
                <w:i w:val="0"/>
                <w:color w:val="B7D9DF"/>
                <w:sz w:val="16"/>
              </w:rPr>
              <w:t>01 / 02   ·   VOLLMACHT</w:t>
            </w:r>
          </w:p>
        </w:tc>
      </w:tr>
    </w:tbl>
    <w:p>
      <w:pPr>
        <w:spacing w:before="280" w:after="80" w:line="240" w:lineRule="auto"/>
      </w:pPr>
      <w:r>
        <w:rPr>
          <w:rFonts w:ascii="Inter Display" w:hAnsi="Inter Display" w:eastAsia="Inter Display"/>
          <w:b/>
          <w:i w:val="0"/>
          <w:color w:val="172B45"/>
          <w:sz w:val="41"/>
        </w:rPr>
        <w:t>Vollmacht für die Arztpraxis</w:t>
      </w:r>
    </w:p>
    <w:p>
      <w:pPr>
        <w:spacing w:before="0" w:after="200" w:line="276" w:lineRule="auto"/>
      </w:pPr>
      <w:r>
        <w:rPr>
          <w:rFonts w:ascii="Inter" w:hAnsi="Inter" w:eastAsia="Inter"/>
          <w:b w:val="0"/>
          <w:i w:val="0"/>
          <w:color w:val="67798C"/>
          <w:sz w:val="18"/>
        </w:rPr>
        <w:t>Für organisatorische Anliegen, Terminabsprachen und die Entgegennahme von Unterlagen</w:t>
      </w:r>
    </w:p>
    <w:tbl>
      <w:tblPr>
        <w:tblW w:type="auto" w:w="0"/>
        <w:tblLayout w:type="fixed"/>
        <w:tblLook w:firstColumn="1" w:firstRow="1" w:lastColumn="0" w:lastRow="0" w:noHBand="0" w:noVBand="1" w:val="04A0"/>
      </w:tblPr>
      <w:tblGrid>
        <w:gridCol w:w="1440"/>
        <w:gridCol w:w="8424"/>
      </w:tblGrid>
      <w:tr>
        <w:tc>
          <w:tcPr>
            <w:tcW w:type="dxa" w:w="4930"/>
            <w:shd w:fill="EAF6F5"/>
            <w:tcMar>
              <w:top w:w="125" w:type="dxa"/>
              <w:start w:w="130" w:type="dxa"/>
              <w:bottom w:w="125" w:type="dxa"/>
              <w:end w:w="130" w:type="dxa"/>
            </w:tcMar>
          </w:tcPr>
          <w:p>
            <w:pPr>
              <w:spacing w:before="0" w:after="0" w:line="264" w:lineRule="auto"/>
            </w:pPr>
            <w:r>
              <w:rPr>
                <w:rFonts w:ascii="Inter" w:hAnsi="Inter" w:eastAsia="Inter"/>
                <w:b/>
                <w:i w:val="0"/>
                <w:color w:val="087E88"/>
                <w:sz w:val="19"/>
              </w:rPr>
              <w:t>INFO</w:t>
            </w:r>
          </w:p>
        </w:tc>
        <w:tc>
          <w:tcPr>
            <w:tcW w:type="dxa" w:w="4930"/>
            <w:shd w:fill="EAF6F5"/>
            <w:tcMar>
              <w:top w:w="125" w:type="dxa"/>
              <w:start w:w="130" w:type="dxa"/>
              <w:bottom w:w="125" w:type="dxa"/>
              <w:end w:w="130" w:type="dxa"/>
            </w:tcMar>
          </w:tcPr>
          <w:p>
            <w:pPr>
              <w:spacing w:before="0" w:after="0" w:line="264" w:lineRule="auto"/>
            </w:pPr>
            <w:r>
              <w:rPr>
                <w:rFonts w:ascii="Inter" w:hAnsi="Inter" w:eastAsia="Inter"/>
                <w:b w:val="0"/>
                <w:i w:val="0"/>
                <w:color w:val="24364C"/>
                <w:sz w:val="16"/>
              </w:rPr>
              <w:t>Es gelten ausschließlich die unten ausgewählten Befugnisse. Diese Erklärung berechtigt nicht zu medizinischen Behandlungsentscheidungen.</w:t>
            </w:r>
          </w:p>
        </w:tc>
      </w:tr>
    </w:tbl>
    <w:p>
      <w:pPr>
        <w:spacing w:after="0" w:before="0" w:line="240" w:lineRule="auto"/>
      </w:pPr>
      <w:r>
        <w:rPr>
          <w:sz w:val="12"/>
        </w:rPr>
        <w:t xml:space="preserve"> </w:t>
      </w:r>
    </w:p>
    <w:tbl>
      <w:tblPr>
        <w:tblW w:type="auto" w:w="0"/>
        <w:tblLayout w:type="fixed"/>
        <w:tblLook w:firstColumn="1" w:firstRow="1" w:lastColumn="0" w:lastRow="0" w:noHBand="0" w:noVBand="1" w:val="04A0"/>
      </w:tblPr>
      <w:tblGrid>
        <w:gridCol w:w="6624"/>
        <w:gridCol w:w="3240"/>
      </w:tblGrid>
      <w:tr>
        <w:tc>
          <w:tcPr>
            <w:tcW w:type="dxa" w:w="4930"/>
            <w:tcBorders>
              <w:bottom w:val="single" w:sz="9" w:color="DDE5EC"/>
            </w:tcBorders>
            <w:tcMar>
              <w:top w:w="95" w:type="dxa"/>
              <w:start w:w="0" w:type="dxa"/>
              <w:bottom w:w="70" w:type="dxa"/>
              <w:end w:w="0" w:type="dxa"/>
            </w:tcMar>
          </w:tcPr>
          <w:p>
            <w:pPr>
              <w:spacing w:before="0" w:after="0" w:line="264" w:lineRule="auto"/>
            </w:pPr>
            <w:r>
              <w:rPr>
                <w:rFonts w:ascii="Inter" w:hAnsi="Inter" w:eastAsia="Inter"/>
                <w:b/>
                <w:i w:val="0"/>
                <w:color w:val="087E88"/>
                <w:sz w:val="16"/>
              </w:rPr>
              <w:t xml:space="preserve">01   </w:t>
            </w:r>
            <w:r>
              <w:rPr>
                <w:rFonts w:ascii="Inter" w:hAnsi="Inter" w:eastAsia="Inter"/>
                <w:b/>
                <w:i w:val="0"/>
                <w:color w:val="172B45"/>
                <w:sz w:val="20"/>
              </w:rPr>
              <w:t>Beteiligte Personen</w:t>
            </w:r>
          </w:p>
        </w:tc>
        <w:tc>
          <w:tcPr>
            <w:tcW w:type="dxa" w:w="4930"/>
            <w:tcBorders>
              <w:bottom w:val="single" w:sz="9" w:color="DDE5EC"/>
            </w:tcBorders>
            <w:tcMar>
              <w:top w:w="95" w:type="dxa"/>
              <w:start w:w="0" w:type="dxa"/>
              <w:bottom w:w="70" w:type="dxa"/>
              <w:end w:w="0" w:type="dxa"/>
            </w:tcMar>
          </w:tcPr>
          <w:p>
            <w:pPr>
              <w:spacing w:before="0" w:after="0" w:line="264" w:lineRule="auto"/>
              <w:jc w:val="right"/>
            </w:pPr>
            <w:r>
              <w:rPr>
                <w:rFonts w:ascii="Inter" w:hAnsi="Inter" w:eastAsia="Inter"/>
                <w:b w:val="0"/>
                <w:i w:val="0"/>
                <w:color w:val="67798C"/>
                <w:sz w:val="15"/>
              </w:rPr>
              <w:t>Angaben vollständig eintragen</w:t>
            </w:r>
          </w:p>
        </w:tc>
      </w:tr>
    </w:tbl>
    <w:tbl>
      <w:tblPr>
        <w:tblW w:type="auto" w:w="0"/>
        <w:tblLayout w:type="fixed"/>
        <w:tblLook w:firstColumn="1" w:firstRow="1" w:lastColumn="0" w:lastRow="0" w:noHBand="0" w:noVBand="1" w:val="04A0"/>
      </w:tblPr>
      <w:tblGrid>
        <w:gridCol w:w="4867"/>
        <w:gridCol w:w="4997"/>
      </w:tblGrid>
      <w:tr>
        <w:tc>
          <w:tcPr>
            <w:tcW w:type="dxa" w:w="4930"/>
            <w:shd w:fill="F3F6FA"/>
            <w:tcMar>
              <w:top w:w="130" w:type="dxa"/>
              <w:start w:w="190" w:type="dxa"/>
              <w:bottom w:w="70" w:type="dxa"/>
              <w:end w:w="190" w:type="dxa"/>
            </w:tcMar>
          </w:tcPr>
          <w:p>
            <w:pPr>
              <w:spacing w:before="0" w:after="120" w:line="252" w:lineRule="auto"/>
            </w:pPr>
            <w:r/>
            <w:r>
              <w:rPr>
                <w:rFonts w:ascii="Inter" w:hAnsi="Inter" w:eastAsia="Inter"/>
                <w:b/>
                <w:i w:val="0"/>
                <w:color w:val="172B45"/>
                <w:sz w:val="18"/>
              </w:rPr>
              <w:t>PATIENT / IN</w:t>
            </w:r>
            <w:r>
              <w:rPr>
                <w:rFonts w:ascii="Inter" w:hAnsi="Inter" w:eastAsia="Inter"/>
                <w:b w:val="0"/>
                <w:i w:val="0"/>
                <w:color w:val="087E88"/>
                <w:sz w:val="15"/>
              </w:rPr>
              <w:t xml:space="preserve">    Vollmacht erteilende Person</w:t>
            </w:r>
          </w:p>
          <w:p>
            <w:pPr>
              <w:spacing w:before="100" w:after="20" w:line="264" w:lineRule="auto"/>
            </w:pPr>
            <w:r>
              <w:rPr>
                <w:rFonts w:ascii="Inter" w:hAnsi="Inter" w:eastAsia="Inter"/>
                <w:b/>
                <w:i w:val="0"/>
                <w:color w:val="67798C"/>
                <w:sz w:val="14"/>
              </w:rPr>
              <w:t>VOR- UND NACHNAME</w:t>
            </w:r>
          </w:p>
          <w:p>
            <w:pPr>
              <w:spacing w:before="0" w:after="120" w:line="252" w:lineRule="auto"/>
            </w:pPr>
            <w:sdt>
              <w:sdtPr>
                <w:alias w:val="Patient name"/>
                <w:tag w:val="patient_name"/>
                <w:id w:val="23001"/>
                <w:showingPlcHdr/>
                <w:text w:multiLine="0"/>
              </w:sdtPr>
              <w:sdtContent>
                <w:r>
                  <w:rPr>
                    <w:color w:val="8493A2"/>
                    <w:sz w:val="18"/>
                    <w:i/>
                  </w:rPr>
                  <w:t>Name eingeben</w:t>
                </w:r>
              </w:sdtContent>
            </w:sdt>
          </w:p>
          <w:p>
            <w:pPr>
              <w:spacing w:before="100" w:after="20" w:line="264" w:lineRule="auto"/>
            </w:pPr>
            <w:r>
              <w:rPr>
                <w:rFonts w:ascii="Inter" w:hAnsi="Inter" w:eastAsia="Inter"/>
                <w:b/>
                <w:i w:val="0"/>
                <w:color w:val="67798C"/>
                <w:sz w:val="14"/>
              </w:rPr>
              <w:t>GEBURTSDATUM</w:t>
            </w:r>
          </w:p>
          <w:p>
            <w:pPr>
              <w:spacing w:before="0" w:after="120" w:line="252" w:lineRule="auto"/>
            </w:pPr>
            <w:sdt>
              <w:sdtPr>
                <w:alias w:val="Patient birth"/>
                <w:tag w:val="patient_birth"/>
                <w:id w:val="23002"/>
                <w:showingPlcHdr/>
                <w:text w:multiLine="0"/>
              </w:sdtPr>
              <w:sdtContent>
                <w:r>
                  <w:rPr>
                    <w:color w:val="8493A2"/>
                    <w:sz w:val="18"/>
                    <w:i/>
                  </w:rPr>
                  <w:t>TT.MM.JJJJ</w:t>
                </w:r>
              </w:sdtContent>
            </w:sdt>
          </w:p>
          <w:p>
            <w:pPr>
              <w:spacing w:before="100" w:after="20" w:line="264" w:lineRule="auto"/>
            </w:pPr>
            <w:r>
              <w:rPr>
                <w:rFonts w:ascii="Inter" w:hAnsi="Inter" w:eastAsia="Inter"/>
                <w:b/>
                <w:i w:val="0"/>
                <w:color w:val="67798C"/>
                <w:sz w:val="14"/>
              </w:rPr>
              <w:t>ANSCHRIFT</w:t>
            </w:r>
          </w:p>
          <w:p>
            <w:pPr>
              <w:spacing w:before="0" w:after="120" w:line="252" w:lineRule="auto"/>
            </w:pPr>
            <w:sdt>
              <w:sdtPr>
                <w:alias w:val="Patient address"/>
                <w:tag w:val="patient_address"/>
                <w:id w:val="23003"/>
                <w:showingPlcHdr/>
                <w:text w:multiLine="0"/>
              </w:sdtPr>
              <w:sdtContent>
                <w:r>
                  <w:rPr>
                    <w:color w:val="8493A2"/>
                    <w:sz w:val="18"/>
                    <w:i/>
                  </w:rPr>
                  <w:t>Straße, PLZ, Ort</w:t>
                </w:r>
              </w:sdtContent>
            </w:sdt>
          </w:p>
        </w:tc>
        <w:tc>
          <w:tcPr>
            <w:tcW w:type="dxa" w:w="4930"/>
            <w:shd w:fill="F3F6FA"/>
            <w:tcMar>
              <w:top w:w="130" w:type="dxa"/>
              <w:start w:w="190" w:type="dxa"/>
              <w:bottom w:w="70" w:type="dxa"/>
              <w:end w:w="190" w:type="dxa"/>
            </w:tcMar>
          </w:tcPr>
          <w:p>
            <w:pPr>
              <w:spacing w:before="0" w:after="120" w:line="252" w:lineRule="auto"/>
            </w:pPr>
            <w:r/>
            <w:r>
              <w:rPr>
                <w:rFonts w:ascii="Inter" w:hAnsi="Inter" w:eastAsia="Inter"/>
                <w:b/>
                <w:i w:val="0"/>
                <w:color w:val="172B45"/>
                <w:sz w:val="18"/>
              </w:rPr>
              <w:t>BEVOLLMÄCHTIGTE PERSON</w:t>
            </w:r>
            <w:r>
              <w:rPr>
                <w:rFonts w:ascii="Inter" w:hAnsi="Inter" w:eastAsia="Inter"/>
                <w:b w:val="0"/>
                <w:i w:val="0"/>
                <w:color w:val="087E88"/>
                <w:sz w:val="15"/>
              </w:rPr>
              <w:t xml:space="preserve">    Vertrauensperson</w:t>
            </w:r>
          </w:p>
          <w:p>
            <w:pPr>
              <w:spacing w:before="100" w:after="20" w:line="264" w:lineRule="auto"/>
            </w:pPr>
            <w:r>
              <w:rPr>
                <w:rFonts w:ascii="Inter" w:hAnsi="Inter" w:eastAsia="Inter"/>
                <w:b/>
                <w:i w:val="0"/>
                <w:color w:val="67798C"/>
                <w:sz w:val="14"/>
              </w:rPr>
              <w:t>VOR- UND NACHNAME</w:t>
            </w:r>
          </w:p>
          <w:p>
            <w:pPr>
              <w:spacing w:before="0" w:after="120" w:line="252" w:lineRule="auto"/>
            </w:pPr>
            <w:sdt>
              <w:sdtPr>
                <w:alias w:val="Authorized name"/>
                <w:tag w:val="authorized_name"/>
                <w:id w:val="23004"/>
                <w:showingPlcHdr/>
                <w:text w:multiLine="0"/>
              </w:sdtPr>
              <w:sdtContent>
                <w:r>
                  <w:rPr>
                    <w:color w:val="8493A2"/>
                    <w:sz w:val="18"/>
                    <w:i/>
                  </w:rPr>
                  <w:t>Name eingeben</w:t>
                </w:r>
              </w:sdtContent>
            </w:sdt>
          </w:p>
          <w:p>
            <w:pPr>
              <w:spacing w:before="100" w:after="20" w:line="264" w:lineRule="auto"/>
            </w:pPr>
            <w:r>
              <w:rPr>
                <w:rFonts w:ascii="Inter" w:hAnsi="Inter" w:eastAsia="Inter"/>
                <w:b/>
                <w:i w:val="0"/>
                <w:color w:val="67798C"/>
                <w:sz w:val="14"/>
              </w:rPr>
              <w:t>GEBURTSDATUM</w:t>
            </w:r>
          </w:p>
          <w:p>
            <w:pPr>
              <w:spacing w:before="0" w:after="120" w:line="252" w:lineRule="auto"/>
            </w:pPr>
            <w:sdt>
              <w:sdtPr>
                <w:alias w:val="Authorized birth"/>
                <w:tag w:val="authorized_birth"/>
                <w:id w:val="23005"/>
                <w:showingPlcHdr/>
                <w:text w:multiLine="0"/>
              </w:sdtPr>
              <w:sdtContent>
                <w:r>
                  <w:rPr>
                    <w:color w:val="8493A2"/>
                    <w:sz w:val="18"/>
                    <w:i/>
                  </w:rPr>
                  <w:t>TT.MM.JJJJ</w:t>
                </w:r>
              </w:sdtContent>
            </w:sdt>
          </w:p>
          <w:p>
            <w:pPr>
              <w:spacing w:before="100" w:after="20" w:line="264" w:lineRule="auto"/>
            </w:pPr>
            <w:r>
              <w:rPr>
                <w:rFonts w:ascii="Inter" w:hAnsi="Inter" w:eastAsia="Inter"/>
                <w:b/>
                <w:i w:val="0"/>
                <w:color w:val="67798C"/>
                <w:sz w:val="14"/>
              </w:rPr>
              <w:t>ANSCHRIFT</w:t>
            </w:r>
          </w:p>
          <w:p>
            <w:pPr>
              <w:spacing w:before="0" w:after="120" w:line="252" w:lineRule="auto"/>
            </w:pPr>
            <w:sdt>
              <w:sdtPr>
                <w:alias w:val="Authorized address"/>
                <w:tag w:val="authorized_address"/>
                <w:id w:val="23006"/>
                <w:showingPlcHdr/>
                <w:text w:multiLine="0"/>
              </w:sdtPr>
              <w:sdtContent>
                <w:r>
                  <w:rPr>
                    <w:color w:val="8493A2"/>
                    <w:sz w:val="18"/>
                    <w:i/>
                  </w:rPr>
                  <w:t>Straße, PLZ, Ort</w:t>
                </w:r>
              </w:sdtContent>
            </w:sdt>
          </w:p>
        </w:tc>
      </w:tr>
    </w:tbl>
    <w:p>
      <w:pPr>
        <w:spacing w:after="0" w:before="0" w:line="240" w:lineRule="auto"/>
      </w:pPr>
      <w:r>
        <w:rPr>
          <w:sz w:val="14"/>
        </w:rPr>
        <w:t xml:space="preserve"> </w:t>
      </w:r>
    </w:p>
    <w:tbl>
      <w:tblPr>
        <w:tblW w:type="auto" w:w="0"/>
        <w:tblLayout w:type="fixed"/>
        <w:tblLook w:firstColumn="1" w:firstRow="1" w:lastColumn="0" w:lastRow="0" w:noHBand="0" w:noVBand="1" w:val="04A0"/>
      </w:tblPr>
      <w:tblGrid>
        <w:gridCol w:w="6624"/>
        <w:gridCol w:w="3240"/>
      </w:tblGrid>
      <w:tr>
        <w:tc>
          <w:tcPr>
            <w:tcW w:type="dxa" w:w="4930"/>
            <w:tcBorders>
              <w:bottom w:val="single" w:sz="9" w:color="DDE5EC"/>
            </w:tcBorders>
            <w:tcMar>
              <w:top w:w="95" w:type="dxa"/>
              <w:start w:w="0" w:type="dxa"/>
              <w:bottom w:w="70" w:type="dxa"/>
              <w:end w:w="0" w:type="dxa"/>
            </w:tcMar>
          </w:tcPr>
          <w:p>
            <w:pPr>
              <w:spacing w:before="0" w:after="0" w:line="264" w:lineRule="auto"/>
            </w:pPr>
            <w:r>
              <w:rPr>
                <w:rFonts w:ascii="Inter" w:hAnsi="Inter" w:eastAsia="Inter"/>
                <w:b/>
                <w:i w:val="0"/>
                <w:color w:val="087E88"/>
                <w:sz w:val="16"/>
              </w:rPr>
              <w:t xml:space="preserve">02   </w:t>
            </w:r>
            <w:r>
              <w:rPr>
                <w:rFonts w:ascii="Inter" w:hAnsi="Inter" w:eastAsia="Inter"/>
                <w:b/>
                <w:i w:val="0"/>
                <w:color w:val="172B45"/>
                <w:sz w:val="20"/>
              </w:rPr>
              <w:t>Umfang der Bevollmächtigung</w:t>
            </w:r>
          </w:p>
        </w:tc>
        <w:tc>
          <w:tcPr>
            <w:tcW w:type="dxa" w:w="4930"/>
            <w:tcBorders>
              <w:bottom w:val="single" w:sz="9" w:color="DDE5EC"/>
            </w:tcBorders>
            <w:tcMar>
              <w:top w:w="95" w:type="dxa"/>
              <w:start w:w="0" w:type="dxa"/>
              <w:bottom w:w="70" w:type="dxa"/>
              <w:end w:w="0" w:type="dxa"/>
            </w:tcMar>
          </w:tcPr>
          <w:p>
            <w:pPr>
              <w:spacing w:before="0" w:after="0" w:line="264" w:lineRule="auto"/>
              <w:jc w:val="right"/>
            </w:pPr>
            <w:r>
              <w:rPr>
                <w:rFonts w:ascii="Inter" w:hAnsi="Inter" w:eastAsia="Inter"/>
                <w:b w:val="0"/>
                <w:i w:val="0"/>
                <w:color w:val="67798C"/>
                <w:sz w:val="15"/>
              </w:rPr>
              <w:t>Zutreffendes bitte auswählen</w:t>
            </w:r>
          </w:p>
        </w:tc>
      </w:tr>
    </w:tbl>
    <w:p>
      <w:pPr>
        <w:spacing w:before="140" w:after="120" w:line="281" w:lineRule="auto"/>
      </w:pPr>
      <w:r>
        <w:rPr>
          <w:rFonts w:ascii="Inter" w:hAnsi="Inter" w:eastAsia="Inter"/>
          <w:b w:val="0"/>
          <w:i w:val="0"/>
          <w:color w:val="24364C"/>
          <w:sz w:val="17"/>
        </w:rPr>
        <w:t>Ich bevollmächtige die oben genannte Person, mich gegenüber der bezeichneten Praxis oder Einrichtung in folgenden Angelegenheiten zu vertreten:</w:t>
      </w:r>
    </w:p>
    <w:tbl>
      <w:tblPr>
        <w:tblW w:type="auto" w:w="0"/>
        <w:tblLayout w:type="fixed"/>
        <w:tblLook w:firstColumn="1" w:firstRow="1" w:lastColumn="0" w:lastRow="0" w:noHBand="0" w:noVBand="1" w:val="04A0"/>
      </w:tblPr>
      <w:tblGrid>
        <w:gridCol w:w="4932"/>
        <w:gridCol w:w="4932"/>
      </w:tblGrid>
      <w:tr>
        <w:tc>
          <w:tcPr>
            <w:tcW w:type="dxa" w:w="4930"/>
            <w:shd w:fill="F3F6FA"/>
            <w:tcMar>
              <w:top w:w="97" w:type="dxa"/>
              <w:start w:w="115" w:type="dxa"/>
              <w:bottom w:w="91" w:type="dxa"/>
              <w:end w:w="95" w:type="dxa"/>
            </w:tcMar>
          </w:tcPr>
          <w:p>
            <w:pPr>
              <w:spacing w:before="0" w:after="0" w:line="274" w:lineRule="auto"/>
            </w:pPr>
            <w:sdt>
              <w:sdtPr>
                <w:alias w:val="Arzttermine vereinbaren oder verlegen"/>
                <w:tag w:val="apt_set"/>
                <w:id w:val="23007"/>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6"/>
              </w:rPr>
              <w:t xml:space="preserve">  Arzttermine vereinbaren oder verlegen</w:t>
            </w:r>
          </w:p>
        </w:tc>
        <w:tc>
          <w:tcPr>
            <w:tcW w:type="dxa" w:w="4930"/>
            <w:shd w:fill="F3F6FA"/>
            <w:tcMar>
              <w:top w:w="97" w:type="dxa"/>
              <w:start w:w="115" w:type="dxa"/>
              <w:bottom w:w="91" w:type="dxa"/>
              <w:end w:w="95" w:type="dxa"/>
            </w:tcMar>
          </w:tcPr>
          <w:p>
            <w:pPr>
              <w:spacing w:before="0" w:after="0" w:line="274" w:lineRule="auto"/>
            </w:pPr>
            <w:sdt>
              <w:sdtPr>
                <w:alias w:val="Termine absagen und Rückfragen klären"/>
                <w:tag w:val="apt_cancel"/>
                <w:id w:val="23008"/>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6"/>
              </w:rPr>
              <w:t xml:space="preserve">  Termine absagen und Rückfragen klären</w:t>
            </w:r>
          </w:p>
        </w:tc>
      </w:tr>
      <w:tr>
        <w:tc>
          <w:tcPr>
            <w:tcW w:type="dxa" w:w="4930"/>
            <w:shd w:fill="F3F6FA"/>
            <w:tcMar>
              <w:top w:w="97" w:type="dxa"/>
              <w:start w:w="115" w:type="dxa"/>
              <w:bottom w:w="91" w:type="dxa"/>
              <w:end w:w="95" w:type="dxa"/>
            </w:tcMar>
          </w:tcPr>
          <w:p>
            <w:pPr>
              <w:spacing w:before="0" w:after="0" w:line="274" w:lineRule="auto"/>
            </w:pPr>
            <w:sdt>
              <w:sdtPr>
                <w:alias w:val="Rezepte und Überweisungen abholen"/>
                <w:tag w:val="rx_collect"/>
                <w:id w:val="23009"/>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6"/>
              </w:rPr>
              <w:t xml:space="preserve">  Rezepte und Überweisungen abholen</w:t>
            </w:r>
          </w:p>
        </w:tc>
        <w:tc>
          <w:tcPr>
            <w:tcW w:type="dxa" w:w="4930"/>
            <w:shd w:fill="F3F6FA"/>
            <w:tcMar>
              <w:top w:w="97" w:type="dxa"/>
              <w:start w:w="115" w:type="dxa"/>
              <w:bottom w:w="91" w:type="dxa"/>
              <w:end w:w="95" w:type="dxa"/>
            </w:tcMar>
          </w:tcPr>
          <w:p>
            <w:pPr>
              <w:spacing w:before="0" w:after="0" w:line="274" w:lineRule="auto"/>
            </w:pPr>
            <w:sdt>
              <w:sdtPr>
                <w:alias w:val="Unterlagen einreichen und übermitteln"/>
                <w:tag w:val="docs_submit"/>
                <w:id w:val="23010"/>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6"/>
              </w:rPr>
              <w:t xml:space="preserve">  Unterlagen einreichen und übermitteln</w:t>
            </w:r>
          </w:p>
        </w:tc>
      </w:tr>
      <w:tr>
        <w:tc>
          <w:tcPr>
            <w:tcW w:type="dxa" w:w="4930"/>
            <w:shd w:fill="F3F6FA"/>
            <w:tcMar>
              <w:top w:w="97" w:type="dxa"/>
              <w:start w:w="115" w:type="dxa"/>
              <w:bottom w:w="91" w:type="dxa"/>
              <w:end w:w="95" w:type="dxa"/>
            </w:tcMar>
          </w:tcPr>
          <w:p>
            <w:pPr>
              <w:spacing w:before="0" w:after="0" w:line="274" w:lineRule="auto"/>
            </w:pPr>
            <w:sdt>
              <w:sdtPr>
                <w:alias w:val="Befunde / Arztbriefe entgegennehmen¹"/>
                <w:tag w:val="paper_collect"/>
                <w:id w:val="23011"/>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6"/>
              </w:rPr>
              <w:t xml:space="preserve">  Befunde / Arztbriefe entgegennehmen¹</w:t>
            </w:r>
          </w:p>
        </w:tc>
        <w:tc>
          <w:tcPr>
            <w:tcW w:type="dxa" w:w="4930"/>
            <w:shd w:fill="F3F6FA"/>
            <w:tcMar>
              <w:top w:w="97" w:type="dxa"/>
              <w:start w:w="115" w:type="dxa"/>
              <w:bottom w:w="91" w:type="dxa"/>
              <w:end w:w="95" w:type="dxa"/>
            </w:tcMar>
          </w:tcPr>
          <w:p>
            <w:pPr>
              <w:spacing w:before="0" w:after="0" w:line="274" w:lineRule="auto"/>
            </w:pPr>
            <w:sdt>
              <w:sdtPr>
                <w:alias w:val="Organisatorische Anliegen erledigen"/>
                <w:tag w:val="org_reqs"/>
                <w:id w:val="23012"/>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6"/>
              </w:rPr>
              <w:t xml:space="preserve">  Organisatorische Anliegen erledigen</w:t>
            </w:r>
          </w:p>
        </w:tc>
      </w:tr>
    </w:tbl>
    <w:p>
      <w:pPr>
        <w:spacing w:before="80" w:after="0" w:line="264" w:lineRule="auto"/>
      </w:pPr>
      <w:r>
        <w:rPr>
          <w:rFonts w:ascii="Inter" w:hAnsi="Inter" w:eastAsia="Inter"/>
          <w:b w:val="0"/>
          <w:i w:val="0"/>
          <w:color w:val="67798C"/>
          <w:sz w:val="14"/>
        </w:rPr>
        <w:t>¹ Für vertrauliche medizinische Informationen ist ggf. die gesonderte Einwilligung auf Seite 2 erforderlich.</w:t>
      </w:r>
    </w:p>
    <w:p>
      <w:pPr>
        <w:spacing w:after="0" w:before="0" w:line="240" w:lineRule="auto"/>
      </w:pPr>
      <w:r>
        <w:rPr>
          <w:sz w:val="12"/>
        </w:rPr>
        <w:t xml:space="preserve"> </w:t>
      </w:r>
    </w:p>
    <w:tbl>
      <w:tblPr>
        <w:tblW w:type="auto" w:w="0"/>
        <w:tblLayout w:type="fixed"/>
        <w:tblLook w:firstColumn="1" w:firstRow="1" w:lastColumn="0" w:lastRow="0" w:noHBand="0" w:noVBand="1" w:val="04A0"/>
      </w:tblPr>
      <w:tblGrid>
        <w:gridCol w:w="6624"/>
        <w:gridCol w:w="3240"/>
      </w:tblGrid>
      <w:tr>
        <w:tc>
          <w:tcPr>
            <w:tcW w:type="dxa" w:w="4930"/>
            <w:tcBorders>
              <w:bottom w:val="single" w:sz="9" w:color="DDE5EC"/>
            </w:tcBorders>
            <w:tcMar>
              <w:top w:w="95" w:type="dxa"/>
              <w:start w:w="0" w:type="dxa"/>
              <w:bottom w:w="70" w:type="dxa"/>
              <w:end w:w="0" w:type="dxa"/>
            </w:tcMar>
          </w:tcPr>
          <w:p>
            <w:pPr>
              <w:spacing w:before="0" w:after="0" w:line="264" w:lineRule="auto"/>
            </w:pPr>
            <w:r>
              <w:rPr>
                <w:rFonts w:ascii="Inter" w:hAnsi="Inter" w:eastAsia="Inter"/>
                <w:b/>
                <w:i w:val="0"/>
                <w:color w:val="087E88"/>
                <w:sz w:val="16"/>
              </w:rPr>
              <w:t xml:space="preserve">03   </w:t>
            </w:r>
            <w:r>
              <w:rPr>
                <w:rFonts w:ascii="Inter" w:hAnsi="Inter" w:eastAsia="Inter"/>
                <w:b/>
                <w:i w:val="0"/>
                <w:color w:val="172B45"/>
                <w:sz w:val="20"/>
              </w:rPr>
              <w:t>Praxis und Gültigkeitsdauer</w:t>
            </w:r>
          </w:p>
        </w:tc>
        <w:tc>
          <w:tcPr>
            <w:tcW w:type="dxa" w:w="4930"/>
            <w:tcBorders>
              <w:bottom w:val="single" w:sz="9" w:color="DDE5EC"/>
            </w:tcBorders>
            <w:tcMar>
              <w:top w:w="95" w:type="dxa"/>
              <w:start w:w="0" w:type="dxa"/>
              <w:bottom w:w="70" w:type="dxa"/>
              <w:end w:w="0" w:type="dxa"/>
            </w:tcMar>
          </w:tcPr>
          <w:p>
            <w:pPr>
              <w:spacing w:before="0" w:after="0" w:line="264" w:lineRule="auto"/>
              <w:jc w:val="right"/>
            </w:pPr>
          </w:p>
        </w:tc>
      </w:tr>
    </w:tbl>
    <w:tbl>
      <w:tblPr>
        <w:tblW w:type="auto" w:w="0"/>
        <w:tblLayout w:type="fixed"/>
        <w:tblLook w:firstColumn="1" w:firstRow="1" w:lastColumn="0" w:lastRow="0" w:noHBand="0" w:noVBand="1" w:val="04A0"/>
      </w:tblPr>
      <w:tblGrid>
        <w:gridCol w:w="2376"/>
        <w:gridCol w:w="7488"/>
      </w:tblGrid>
      <w:tr>
        <w:tc>
          <w:tcPr>
            <w:tcW w:type="dxa" w:w="4930"/>
            <w:tcMar>
              <w:top w:w="80" w:type="dxa"/>
              <w:start w:w="110" w:type="dxa"/>
              <w:bottom w:w="95" w:type="dxa"/>
              <w:end w:w="75" w:type="dxa"/>
            </w:tcMar>
          </w:tcPr>
          <w:p>
            <w:pPr>
              <w:spacing w:before="0" w:after="0" w:line="264" w:lineRule="auto"/>
            </w:pPr>
            <w:r>
              <w:rPr>
                <w:rFonts w:ascii="Inter" w:hAnsi="Inter" w:eastAsia="Inter"/>
                <w:b/>
                <w:i w:val="0"/>
                <w:color w:val="67798C"/>
                <w:sz w:val="15"/>
              </w:rPr>
              <w:t>Praxis / Klinik</w:t>
            </w:r>
          </w:p>
        </w:tc>
        <w:tc>
          <w:tcPr>
            <w:tcW w:type="dxa" w:w="4930"/>
            <w:tcMar>
              <w:top w:w="80" w:type="dxa"/>
              <w:start w:w="110" w:type="dxa"/>
              <w:bottom w:w="95" w:type="dxa"/>
              <w:end w:w="75" w:type="dxa"/>
            </w:tcMar>
            <w:tcBorders>
              <w:bottom w:val="single" w:sz="7" w:color="DDE5EC"/>
            </w:tcBorders>
          </w:tcPr>
          <w:p>
            <w:pPr>
              <w:spacing w:before="0" w:after="0" w:line="264" w:lineRule="auto"/>
            </w:pPr>
            <w:sdt>
              <w:sdtPr>
                <w:alias w:val="P1 practice"/>
                <w:tag w:val="p1_practice"/>
                <w:id w:val="23013"/>
                <w:showingPlcHdr/>
                <w:text w:multiLine="0"/>
              </w:sdtPr>
              <w:sdtContent>
                <w:r>
                  <w:rPr>
                    <w:color w:val="8493A2"/>
                    <w:sz w:val="17"/>
                    <w:i/>
                  </w:rPr>
                  <w:t>Name der Praxis oder Einrichtung</w:t>
                </w:r>
              </w:sdtContent>
            </w:sdt>
          </w:p>
        </w:tc>
      </w:tr>
    </w:tbl>
    <w:p>
      <w:pPr>
        <w:spacing w:before="120" w:after="80" w:line="264" w:lineRule="auto"/>
      </w:pPr>
      <w:r>
        <w:rPr>
          <w:rFonts w:ascii="Inter" w:hAnsi="Inter" w:eastAsia="Inter"/>
          <w:b/>
          <w:i w:val="0"/>
          <w:color w:val="172B45"/>
          <w:sz w:val="16"/>
        </w:rPr>
        <w:t>Diese Vollmacht gilt (bitte eine Variante auswählen):</w:t>
      </w:r>
    </w:p>
    <w:tbl>
      <w:tblPr>
        <w:tblW w:type="auto" w:w="0"/>
        <w:tblLayout w:type="fixed"/>
        <w:tblLook w:firstColumn="1" w:firstRow="1" w:lastColumn="0" w:lastRow="0" w:noHBand="0" w:noVBand="1" w:val="04A0"/>
      </w:tblPr>
      <w:tblGrid>
        <w:gridCol w:w="4896"/>
        <w:gridCol w:w="4968"/>
      </w:tblGrid>
      <w:tr>
        <w:tc>
          <w:tcPr>
            <w:tcW w:type="dxa" w:w="4930"/>
            <w:tcMar>
              <w:top w:w="80" w:type="dxa"/>
              <w:start w:w="105" w:type="dxa"/>
              <w:bottom w:w="70" w:type="dxa"/>
              <w:end w:w="105" w:type="dxa"/>
            </w:tcMar>
          </w:tcPr>
          <w:p>
            <w:pPr>
              <w:spacing w:before="0" w:after="0" w:line="264" w:lineRule="auto"/>
            </w:pPr>
            <w:sdt>
              <w:sdtPr>
                <w:alias w:val="Nur für Termin am:  "/>
                <w:tag w:val="valid_once"/>
                <w:id w:val="23014"/>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5"/>
              </w:rPr>
              <w:t xml:space="preserve">  Nur für Termin am:  </w:t>
            </w:r>
            <w:sdt>
              <w:sdtPr>
                <w:alias w:val="Valid single"/>
                <w:tag w:val="valid_single"/>
                <w:id w:val="23015"/>
                <w:showingPlcHdr/>
                <w:text w:multiLine="0"/>
              </w:sdtPr>
              <w:sdtContent>
                <w:r>
                  <w:rPr>
                    <w:color w:val="8493A2"/>
                    <w:sz w:val="16"/>
                    <w:i/>
                  </w:rPr>
                  <w:t>TT.MM.JJJJ</w:t>
                </w:r>
              </w:sdtContent>
            </w:sdt>
          </w:p>
        </w:tc>
        <w:tc>
          <w:tcPr>
            <w:tcW w:type="dxa" w:w="4930"/>
            <w:tcMar>
              <w:top w:w="80" w:type="dxa"/>
              <w:start w:w="105" w:type="dxa"/>
              <w:bottom w:w="70" w:type="dxa"/>
              <w:end w:w="105" w:type="dxa"/>
            </w:tcMar>
          </w:tcPr>
          <w:p>
            <w:pPr>
              <w:spacing w:before="0" w:after="0" w:line="264" w:lineRule="auto"/>
            </w:pPr>
            <w:sdt>
              <w:sdtPr>
                <w:alias w:val="Vom:  "/>
                <w:tag w:val="valid_until"/>
                <w:id w:val="23016"/>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5"/>
              </w:rPr>
              <w:t xml:space="preserve">  Vom:  </w:t>
            </w:r>
            <w:sdt>
              <w:sdtPr>
                <w:alias w:val="Valid from"/>
                <w:tag w:val="valid_from"/>
                <w:id w:val="23017"/>
                <w:showingPlcHdr/>
                <w:text w:multiLine="0"/>
              </w:sdtPr>
              <w:sdtContent>
                <w:r>
                  <w:rPr>
                    <w:color w:val="8493A2"/>
                    <w:sz w:val="16"/>
                    <w:i/>
                  </w:rPr>
                  <w:t>TT.MM.JJJJ</w:t>
                </w:r>
              </w:sdtContent>
            </w:sdt>
          </w:p>
        </w:tc>
      </w:tr>
      <w:tr>
        <w:tc>
          <w:tcPr>
            <w:tcW w:type="dxa" w:w="4930"/>
            <w:tcMar>
              <w:top w:w="80" w:type="dxa"/>
              <w:start w:w="105" w:type="dxa"/>
              <w:bottom w:w="70" w:type="dxa"/>
              <w:end w:w="105" w:type="dxa"/>
            </w:tcMar>
          </w:tcPr>
          <w:p>
            <w:pPr>
              <w:spacing w:before="0" w:after="0" w:line="264" w:lineRule="auto"/>
            </w:pPr>
            <w:sdt>
              <w:sdtPr>
                <w:alias w:val="Ab Unterzeichnung bis Widerruf"/>
                <w:tag w:val="valid_revocable"/>
                <w:id w:val="23018"/>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5"/>
              </w:rPr>
              <w:t xml:space="preserve">  Ab Unterzeichnung bis Widerruf</w:t>
            </w:r>
          </w:p>
        </w:tc>
        <w:tc>
          <w:tcPr>
            <w:tcW w:type="dxa" w:w="4930"/>
            <w:tcMar>
              <w:top w:w="80" w:type="dxa"/>
              <w:start w:w="105" w:type="dxa"/>
              <w:bottom w:w="70" w:type="dxa"/>
              <w:end w:w="105" w:type="dxa"/>
            </w:tcMar>
          </w:tcPr>
          <w:p>
            <w:pPr>
              <w:spacing w:before="0" w:after="0" w:line="264" w:lineRule="auto"/>
            </w:pPr>
            <w:r>
              <w:rPr>
                <w:rFonts w:ascii="Inter" w:hAnsi="Inter" w:eastAsia="Inter"/>
                <w:b/>
                <w:i w:val="0"/>
                <w:color w:val="67798C"/>
                <w:sz w:val="16"/>
              </w:rPr>
              <w:t xml:space="preserve">Bis:  </w:t>
            </w:r>
            <w:sdt>
              <w:sdtPr>
                <w:alias w:val="Valid to"/>
                <w:tag w:val="valid_to"/>
                <w:id w:val="23019"/>
                <w:showingPlcHdr/>
                <w:text w:multiLine="0"/>
              </w:sdtPr>
              <w:sdtContent>
                <w:r>
                  <w:rPr>
                    <w:color w:val="8493A2"/>
                    <w:sz w:val="16"/>
                    <w:i/>
                  </w:rPr>
                  <w:t>TT.MM.JJJJ</w:t>
                </w:r>
              </w:sdtContent>
            </w:sdt>
          </w:p>
        </w:tc>
      </w:tr>
    </w:tbl>
    <w:p>
      <w:pPr>
        <w:spacing w:after="0" w:before="0" w:line="240" w:lineRule="auto"/>
      </w:pPr>
      <w:r>
        <w:rPr>
          <w:sz w:val="8"/>
        </w:rPr>
        <w:t xml:space="preserve"> </w:t>
      </w:r>
    </w:p>
    <w:tbl>
      <w:tblPr>
        <w:tblW w:type="auto" w:w="0"/>
        <w:tblLayout w:type="fixed"/>
        <w:tblLook w:firstColumn="1" w:firstRow="1" w:lastColumn="0" w:lastRow="0" w:noHBand="0" w:noVBand="1" w:val="04A0"/>
      </w:tblPr>
      <w:tblGrid>
        <w:gridCol w:w="6624"/>
        <w:gridCol w:w="3240"/>
      </w:tblGrid>
      <w:tr>
        <w:tc>
          <w:tcPr>
            <w:tcW w:type="dxa" w:w="4930"/>
            <w:tcBorders>
              <w:bottom w:val="single" w:sz="9" w:color="DDE5EC"/>
            </w:tcBorders>
            <w:tcMar>
              <w:top w:w="95" w:type="dxa"/>
              <w:start w:w="0" w:type="dxa"/>
              <w:bottom w:w="70" w:type="dxa"/>
              <w:end w:w="0" w:type="dxa"/>
            </w:tcMar>
          </w:tcPr>
          <w:p>
            <w:pPr>
              <w:spacing w:before="0" w:after="0" w:line="264" w:lineRule="auto"/>
            </w:pPr>
            <w:r>
              <w:rPr>
                <w:rFonts w:ascii="Inter" w:hAnsi="Inter" w:eastAsia="Inter"/>
                <w:b/>
                <w:i w:val="0"/>
                <w:color w:val="087E88"/>
                <w:sz w:val="16"/>
              </w:rPr>
              <w:t xml:space="preserve">04   </w:t>
            </w:r>
            <w:r>
              <w:rPr>
                <w:rFonts w:ascii="Inter" w:hAnsi="Inter" w:eastAsia="Inter"/>
                <w:b/>
                <w:i w:val="0"/>
                <w:color w:val="172B45"/>
                <w:sz w:val="20"/>
              </w:rPr>
              <w:t>Erklärung und Unterschrift</w:t>
            </w:r>
          </w:p>
        </w:tc>
        <w:tc>
          <w:tcPr>
            <w:tcW w:type="dxa" w:w="4930"/>
            <w:tcBorders>
              <w:bottom w:val="single" w:sz="9" w:color="DDE5EC"/>
            </w:tcBorders>
            <w:tcMar>
              <w:top w:w="95" w:type="dxa"/>
              <w:start w:w="0" w:type="dxa"/>
              <w:bottom w:w="70" w:type="dxa"/>
              <w:end w:w="0" w:type="dxa"/>
            </w:tcMar>
          </w:tcPr>
          <w:p>
            <w:pPr>
              <w:spacing w:before="0" w:after="0" w:line="264" w:lineRule="auto"/>
              <w:jc w:val="right"/>
            </w:pPr>
          </w:p>
        </w:tc>
      </w:tr>
    </w:tbl>
    <w:p>
      <w:pPr>
        <w:spacing w:before="140" w:after="40" w:line="288" w:lineRule="auto"/>
      </w:pPr>
      <w:r>
        <w:rPr>
          <w:rFonts w:ascii="Inter" w:hAnsi="Inter" w:eastAsia="Inter"/>
          <w:b w:val="0"/>
          <w:i w:val="0"/>
          <w:color w:val="24364C"/>
          <w:sz w:val="16"/>
        </w:rPr>
        <w:t>Die Vollmacht kann jederzeit mit Wirkung für die Zukunft widerrufen werden. Die bevollmächtigte Person hat sich auf Verlangen auszuweisen. Eine Untervollmacht wird nicht erteilt.</w:t>
      </w:r>
    </w:p>
    <w:tbl>
      <w:tblPr>
        <w:tblW w:type="auto" w:w="0"/>
        <w:tblLayout w:type="fixed"/>
        <w:tblLook w:firstColumn="1" w:firstRow="1" w:lastColumn="0" w:lastRow="0" w:noHBand="0" w:noVBand="1" w:val="04A0"/>
      </w:tblPr>
      <w:tblGrid>
        <w:gridCol w:w="3672"/>
        <w:gridCol w:w="648"/>
        <w:gridCol w:w="5544"/>
      </w:tblGrid>
      <w:tr>
        <w:tc>
          <w:tcPr>
            <w:tcW w:type="dxa" w:w="3287"/>
            <w:tcMar>
              <w:top w:w="190" w:type="dxa"/>
              <w:start w:w="48" w:type="dxa"/>
              <w:bottom w:w="38" w:type="dxa"/>
              <w:end w:w="48" w:type="dxa"/>
            </w:tcMar>
            <w:tcBorders>
              <w:bottom w:val="single" w:sz="8" w:color="9DADBE"/>
            </w:tcBorders>
          </w:tcPr>
          <w:p>
            <w:pPr>
              <w:spacing w:before="0" w:after="240" w:line="240" w:lineRule="auto"/>
            </w:pPr>
            <w:sdt>
              <w:sdtPr>
                <w:alias w:val="P1 place date"/>
                <w:tag w:val="p1_place_date"/>
                <w:id w:val="23020"/>
                <w:showingPlcHdr/>
                <w:text w:multiLine="0"/>
              </w:sdtPr>
              <w:sdtContent>
                <w:r>
                  <w:rPr>
                    <w:color w:val="8493A2"/>
                    <w:sz w:val="18"/>
                    <w:i/>
                  </w:rPr>
                  <w:t>Ort, Datum</w:t>
                </w:r>
              </w:sdtContent>
            </w:sdt>
          </w:p>
          <w:p>
            <w:pPr>
              <w:spacing w:before="120" w:after="0" w:line="264" w:lineRule="auto"/>
            </w:pPr>
            <w:r>
              <w:rPr>
                <w:rFonts w:ascii="Inter" w:hAnsi="Inter" w:eastAsia="Inter"/>
                <w:b/>
                <w:i w:val="0"/>
                <w:color w:val="67798C"/>
                <w:sz w:val="15"/>
              </w:rPr>
              <w:t>ORT, DATUM</w:t>
            </w:r>
          </w:p>
        </w:tc>
        <w:tc>
          <w:tcPr>
            <w:tcW w:type="dxa" w:w="3287"/>
            <w:tcMar>
              <w:top w:w="40" w:type="dxa"/>
              <w:start w:w="0" w:type="dxa"/>
              <w:bottom w:w="38" w:type="dxa"/>
              <w:end w:w="0" w:type="dxa"/>
            </w:tcMar>
          </w:tcPr>
          <w:p/>
        </w:tc>
        <w:tc>
          <w:tcPr>
            <w:tcW w:type="dxa" w:w="3287"/>
            <w:tcMar>
              <w:top w:w="190" w:type="dxa"/>
              <w:start w:w="48" w:type="dxa"/>
              <w:bottom w:w="38" w:type="dxa"/>
              <w:end w:w="48" w:type="dxa"/>
            </w:tcMar>
            <w:tcBorders>
              <w:bottom w:val="single" w:sz="8" w:color="9DADBE"/>
            </w:tcBorders>
          </w:tcPr>
          <w:p>
            <w:pPr>
              <w:spacing w:before="0" w:after="240" w:line="240" w:lineRule="auto"/>
            </w:pPr>
            <w:r>
              <w:rPr>
                <w:rFonts w:ascii="Inter" w:hAnsi="Inter" w:eastAsia="Inter"/>
                <w:b w:val="0"/>
                <w:i w:val="0"/>
                <w:color w:val="24364C"/>
                <w:sz w:val="18"/>
              </w:rPr>
              <w:t xml:space="preserve"> </w:t>
            </w:r>
          </w:p>
          <w:p>
            <w:pPr>
              <w:spacing w:before="120" w:after="0" w:line="264" w:lineRule="auto"/>
            </w:pPr>
            <w:r>
              <w:rPr>
                <w:rFonts w:ascii="Inter" w:hAnsi="Inter" w:eastAsia="Inter"/>
                <w:b/>
                <w:i w:val="0"/>
                <w:color w:val="67798C"/>
                <w:sz w:val="15"/>
              </w:rPr>
              <w:t>UNTERSCHRIFT PATIENT / IN</w:t>
            </w:r>
          </w:p>
        </w:tc>
      </w:tr>
    </w:tbl>
    <w:p>
      <w:pPr>
        <w:spacing w:before="160" w:after="0" w:line="269" w:lineRule="auto"/>
      </w:pPr>
      <w:r>
        <w:rPr>
          <w:rFonts w:ascii="Inter" w:hAnsi="Inter" w:eastAsia="Inter"/>
          <w:b w:val="0"/>
          <w:i w:val="0"/>
          <w:color w:val="67798C"/>
          <w:sz w:val="14"/>
        </w:rPr>
        <w:t>Anwendungshinweis: Für ärztliche Auskünfte, Diagnosen oder Akteneinsicht die separate Schweigepflichtentbindung auf Seite 2 ausfüllen und unterschreiben.</w:t>
      </w:r>
    </w:p>
    <w:p>
      <w:r>
        <w:br w:type="page"/>
      </w:r>
    </w:p>
    <w:tbl>
      <w:tblPr>
        <w:tblW w:type="auto" w:w="0"/>
        <w:tblLayout w:type="fixed"/>
        <w:tblLook w:firstColumn="1" w:firstRow="1" w:lastColumn="0" w:lastRow="0" w:noHBand="0" w:noVBand="1" w:val="04A0"/>
      </w:tblPr>
      <w:tblGrid>
        <w:gridCol w:w="6696"/>
        <w:gridCol w:w="3168"/>
      </w:tblGrid>
      <w:tr>
        <w:tc>
          <w:tcPr>
            <w:tcW w:type="dxa" w:w="4930"/>
            <w:shd w:fill="172B45"/>
            <w:tcMar>
              <w:top w:w="120" w:type="dxa"/>
              <w:start w:w="170" w:type="dxa"/>
              <w:bottom w:w="110" w:type="dxa"/>
              <w:end w:w="155" w:type="dxa"/>
            </w:tcMar>
          </w:tcPr>
          <w:p>
            <w:pPr>
              <w:spacing w:before="0" w:after="0" w:line="264" w:lineRule="auto"/>
            </w:pPr>
            <w:r>
              <w:rPr>
                <w:rFonts w:ascii="Inter" w:hAnsi="Inter" w:eastAsia="Inter"/>
                <w:b/>
                <w:i w:val="0"/>
                <w:color w:val="FFFFFF"/>
                <w:sz w:val="16"/>
              </w:rPr>
              <w:t>MEDIZINISCHE VORLAGEN  /  FORMULARE</w:t>
            </w:r>
          </w:p>
        </w:tc>
        <w:tc>
          <w:tcPr>
            <w:tcW w:type="dxa" w:w="4930"/>
            <w:shd w:fill="172B45"/>
            <w:tcMar>
              <w:top w:w="120" w:type="dxa"/>
              <w:start w:w="170" w:type="dxa"/>
              <w:bottom w:w="110" w:type="dxa"/>
              <w:end w:w="155" w:type="dxa"/>
            </w:tcMar>
          </w:tcPr>
          <w:p>
            <w:pPr>
              <w:spacing w:before="0" w:after="0" w:line="264" w:lineRule="auto"/>
              <w:jc w:val="right"/>
            </w:pPr>
            <w:r>
              <w:rPr>
                <w:rFonts w:ascii="Inter" w:hAnsi="Inter" w:eastAsia="Inter"/>
                <w:b/>
                <w:i w:val="0"/>
                <w:color w:val="B7D9DF"/>
                <w:sz w:val="16"/>
              </w:rPr>
              <w:t>02 / 02   ·   EINWILLIGUNG</w:t>
            </w:r>
          </w:p>
        </w:tc>
      </w:tr>
    </w:tbl>
    <w:p>
      <w:pPr>
        <w:spacing w:before="280" w:after="80" w:line="240" w:lineRule="auto"/>
      </w:pPr>
      <w:r>
        <w:rPr>
          <w:rFonts w:ascii="Inter Display" w:hAnsi="Inter Display" w:eastAsia="Inter Display"/>
          <w:b/>
          <w:i w:val="0"/>
          <w:color w:val="172B45"/>
          <w:sz w:val="41"/>
        </w:rPr>
        <w:t>Schweigepflichtentbindung</w:t>
      </w:r>
    </w:p>
    <w:p>
      <w:pPr>
        <w:spacing w:before="0" w:after="200" w:line="276" w:lineRule="auto"/>
      </w:pPr>
      <w:r>
        <w:rPr>
          <w:rFonts w:ascii="Inter" w:hAnsi="Inter" w:eastAsia="Inter"/>
          <w:b w:val="0"/>
          <w:i w:val="0"/>
          <w:color w:val="67798C"/>
          <w:sz w:val="18"/>
        </w:rPr>
        <w:t>Gesonderte, freiwillige Freigabe medizinischer Informationen</w:t>
      </w:r>
    </w:p>
    <w:tbl>
      <w:tblPr>
        <w:tblW w:type="auto" w:w="0"/>
        <w:tblLayout w:type="fixed"/>
        <w:tblLook w:firstColumn="1" w:firstRow="1" w:lastColumn="0" w:lastRow="0" w:noHBand="0" w:noVBand="1" w:val="04A0"/>
      </w:tblPr>
      <w:tblGrid>
        <w:gridCol w:w="1440"/>
        <w:gridCol w:w="8424"/>
      </w:tblGrid>
      <w:tr>
        <w:tc>
          <w:tcPr>
            <w:tcW w:type="dxa" w:w="4930"/>
            <w:shd w:fill="EAF6F5"/>
            <w:tcMar>
              <w:top w:w="125" w:type="dxa"/>
              <w:start w:w="130" w:type="dxa"/>
              <w:bottom w:w="125" w:type="dxa"/>
              <w:end w:w="130" w:type="dxa"/>
            </w:tcMar>
          </w:tcPr>
          <w:p>
            <w:pPr>
              <w:spacing w:before="0" w:after="0" w:line="264" w:lineRule="auto"/>
            </w:pPr>
            <w:r>
              <w:rPr>
                <w:rFonts w:ascii="Inter" w:hAnsi="Inter" w:eastAsia="Inter"/>
                <w:b/>
                <w:i w:val="0"/>
                <w:color w:val="087E88"/>
                <w:sz w:val="19"/>
              </w:rPr>
              <w:t>OPTIONAL</w:t>
            </w:r>
          </w:p>
        </w:tc>
        <w:tc>
          <w:tcPr>
            <w:tcW w:type="dxa" w:w="4930"/>
            <w:shd w:fill="EAF6F5"/>
            <w:tcMar>
              <w:top w:w="125" w:type="dxa"/>
              <w:start w:w="130" w:type="dxa"/>
              <w:bottom w:w="125" w:type="dxa"/>
              <w:end w:w="130" w:type="dxa"/>
            </w:tcMar>
          </w:tcPr>
          <w:p>
            <w:pPr>
              <w:spacing w:before="0" w:after="0" w:line="264" w:lineRule="auto"/>
            </w:pPr>
            <w:r>
              <w:rPr>
                <w:rFonts w:ascii="Inter" w:hAnsi="Inter" w:eastAsia="Inter"/>
                <w:b w:val="0"/>
                <w:i w:val="0"/>
                <w:color w:val="24364C"/>
                <w:sz w:val="16"/>
              </w:rPr>
              <w:t>Nur verwenden, wenn die bevollmächtigte Person medizinische Auskünfte erhalten oder in vertrauliche Behandlungsunterlagen Einsicht nehmen soll.</w:t>
            </w:r>
          </w:p>
        </w:tc>
      </w:tr>
    </w:tbl>
    <w:p>
      <w:pPr>
        <w:spacing w:after="0" w:before="0" w:line="240" w:lineRule="auto"/>
      </w:pPr>
      <w:r>
        <w:rPr>
          <w:sz w:val="12"/>
        </w:rPr>
        <w:t xml:space="preserve"> </w:t>
      </w:r>
    </w:p>
    <w:tbl>
      <w:tblPr>
        <w:tblW w:type="auto" w:w="0"/>
        <w:tblLayout w:type="fixed"/>
        <w:tblLook w:firstColumn="1" w:firstRow="1" w:lastColumn="0" w:lastRow="0" w:noHBand="0" w:noVBand="1" w:val="04A0"/>
      </w:tblPr>
      <w:tblGrid>
        <w:gridCol w:w="6624"/>
        <w:gridCol w:w="3240"/>
      </w:tblGrid>
      <w:tr>
        <w:tc>
          <w:tcPr>
            <w:tcW w:type="dxa" w:w="4930"/>
            <w:tcBorders>
              <w:bottom w:val="single" w:sz="9" w:color="DDE5EC"/>
            </w:tcBorders>
            <w:tcMar>
              <w:top w:w="95" w:type="dxa"/>
              <w:start w:w="0" w:type="dxa"/>
              <w:bottom w:w="70" w:type="dxa"/>
              <w:end w:w="0" w:type="dxa"/>
            </w:tcMar>
          </w:tcPr>
          <w:p>
            <w:pPr>
              <w:spacing w:before="0" w:after="0" w:line="264" w:lineRule="auto"/>
            </w:pPr>
            <w:r>
              <w:rPr>
                <w:rFonts w:ascii="Inter" w:hAnsi="Inter" w:eastAsia="Inter"/>
                <w:b/>
                <w:i w:val="0"/>
                <w:color w:val="087E88"/>
                <w:sz w:val="16"/>
              </w:rPr>
              <w:t xml:space="preserve">01   </w:t>
            </w:r>
            <w:r>
              <w:rPr>
                <w:rFonts w:ascii="Inter" w:hAnsi="Inter" w:eastAsia="Inter"/>
                <w:b/>
                <w:i w:val="0"/>
                <w:color w:val="172B45"/>
                <w:sz w:val="20"/>
              </w:rPr>
              <w:t>Personen und behandelnde Stelle</w:t>
            </w:r>
          </w:p>
        </w:tc>
        <w:tc>
          <w:tcPr>
            <w:tcW w:type="dxa" w:w="4930"/>
            <w:tcBorders>
              <w:bottom w:val="single" w:sz="9" w:color="DDE5EC"/>
            </w:tcBorders>
            <w:tcMar>
              <w:top w:w="95" w:type="dxa"/>
              <w:start w:w="0" w:type="dxa"/>
              <w:bottom w:w="70" w:type="dxa"/>
              <w:end w:w="0" w:type="dxa"/>
            </w:tcMar>
          </w:tcPr>
          <w:p>
            <w:pPr>
              <w:spacing w:before="0" w:after="0" w:line="264" w:lineRule="auto"/>
              <w:jc w:val="right"/>
            </w:pPr>
          </w:p>
        </w:tc>
      </w:tr>
    </w:tbl>
    <w:tbl>
      <w:tblPr>
        <w:tblW w:type="auto" w:w="0"/>
        <w:tblLayout w:type="fixed"/>
        <w:tblLook w:firstColumn="1" w:firstRow="1" w:lastColumn="0" w:lastRow="0" w:noHBand="0" w:noVBand="1" w:val="04A0"/>
      </w:tblPr>
      <w:tblGrid>
        <w:gridCol w:w="2376"/>
        <w:gridCol w:w="7488"/>
      </w:tblGrid>
      <w:tr>
        <w:tc>
          <w:tcPr>
            <w:tcW w:type="dxa" w:w="4930"/>
            <w:tcMar>
              <w:top w:w="80" w:type="dxa"/>
              <w:start w:w="110" w:type="dxa"/>
              <w:bottom w:w="95" w:type="dxa"/>
              <w:end w:w="75" w:type="dxa"/>
            </w:tcMar>
            <w:shd w:fill="F3F6FA"/>
          </w:tcPr>
          <w:p>
            <w:pPr>
              <w:spacing w:before="0" w:after="0" w:line="264" w:lineRule="auto"/>
            </w:pPr>
            <w:r>
              <w:rPr>
                <w:rFonts w:ascii="Inter" w:hAnsi="Inter" w:eastAsia="Inter"/>
                <w:b/>
                <w:i w:val="0"/>
                <w:color w:val="67798C"/>
                <w:sz w:val="15"/>
              </w:rPr>
              <w:t>Patient / in</w:t>
            </w:r>
          </w:p>
        </w:tc>
        <w:tc>
          <w:tcPr>
            <w:tcW w:type="dxa" w:w="4930"/>
            <w:tcMar>
              <w:top w:w="80" w:type="dxa"/>
              <w:start w:w="110" w:type="dxa"/>
              <w:bottom w:w="95" w:type="dxa"/>
              <w:end w:w="75" w:type="dxa"/>
            </w:tcMar>
            <w:shd w:fill="F3F6FA"/>
            <w:tcBorders>
              <w:bottom w:val="single" w:sz="7" w:color="DDE5EC"/>
            </w:tcBorders>
          </w:tcPr>
          <w:p>
            <w:pPr>
              <w:spacing w:before="0" w:after="0" w:line="264" w:lineRule="auto"/>
            </w:pPr>
            <w:sdt>
              <w:sdtPr>
                <w:alias w:val="P2 patient"/>
                <w:tag w:val="p2_patient"/>
                <w:id w:val="23021"/>
                <w:showingPlcHdr/>
                <w:text w:multiLine="0"/>
              </w:sdtPr>
              <w:sdtContent>
                <w:r>
                  <w:rPr>
                    <w:color w:val="8493A2"/>
                    <w:sz w:val="17"/>
                    <w:i/>
                  </w:rPr>
                  <w:t>Vor- und Nachname, Geburtsdatum</w:t>
                </w:r>
              </w:sdtContent>
            </w:sdt>
          </w:p>
        </w:tc>
      </w:tr>
    </w:tbl>
    <w:tbl>
      <w:tblPr>
        <w:tblW w:type="auto" w:w="0"/>
        <w:tblLayout w:type="fixed"/>
        <w:tblLook w:firstColumn="1" w:firstRow="1" w:lastColumn="0" w:lastRow="0" w:noHBand="0" w:noVBand="1" w:val="04A0"/>
      </w:tblPr>
      <w:tblGrid>
        <w:gridCol w:w="2376"/>
        <w:gridCol w:w="7488"/>
      </w:tblGrid>
      <w:tr>
        <w:tc>
          <w:tcPr>
            <w:tcW w:type="dxa" w:w="4930"/>
            <w:tcMar>
              <w:top w:w="80" w:type="dxa"/>
              <w:start w:w="110" w:type="dxa"/>
              <w:bottom w:w="95" w:type="dxa"/>
              <w:end w:w="75" w:type="dxa"/>
            </w:tcMar>
          </w:tcPr>
          <w:p>
            <w:pPr>
              <w:spacing w:before="0" w:after="0" w:line="264" w:lineRule="auto"/>
            </w:pPr>
            <w:r>
              <w:rPr>
                <w:rFonts w:ascii="Inter" w:hAnsi="Inter" w:eastAsia="Inter"/>
                <w:b/>
                <w:i w:val="0"/>
                <w:color w:val="67798C"/>
                <w:sz w:val="15"/>
              </w:rPr>
              <w:t>Vertrauensperson</w:t>
            </w:r>
          </w:p>
        </w:tc>
        <w:tc>
          <w:tcPr>
            <w:tcW w:type="dxa" w:w="4930"/>
            <w:tcMar>
              <w:top w:w="80" w:type="dxa"/>
              <w:start w:w="110" w:type="dxa"/>
              <w:bottom w:w="95" w:type="dxa"/>
              <w:end w:w="75" w:type="dxa"/>
            </w:tcMar>
            <w:tcBorders>
              <w:bottom w:val="single" w:sz="7" w:color="DDE5EC"/>
            </w:tcBorders>
          </w:tcPr>
          <w:p>
            <w:pPr>
              <w:spacing w:before="0" w:after="0" w:line="264" w:lineRule="auto"/>
            </w:pPr>
            <w:sdt>
              <w:sdtPr>
                <w:alias w:val="P2 delegate"/>
                <w:tag w:val="p2_delegate"/>
                <w:id w:val="23022"/>
                <w:showingPlcHdr/>
                <w:text w:multiLine="0"/>
              </w:sdtPr>
              <w:sdtContent>
                <w:r>
                  <w:rPr>
                    <w:color w:val="8493A2"/>
                    <w:sz w:val="17"/>
                    <w:i/>
                  </w:rPr>
                  <w:t>Vor- und Nachname, Geburtsdatum</w:t>
                </w:r>
              </w:sdtContent>
            </w:sdt>
          </w:p>
        </w:tc>
      </w:tr>
    </w:tbl>
    <w:tbl>
      <w:tblPr>
        <w:tblW w:type="auto" w:w="0"/>
        <w:tblLayout w:type="fixed"/>
        <w:tblLook w:firstColumn="1" w:firstRow="1" w:lastColumn="0" w:lastRow="0" w:noHBand="0" w:noVBand="1" w:val="04A0"/>
      </w:tblPr>
      <w:tblGrid>
        <w:gridCol w:w="2376"/>
        <w:gridCol w:w="7488"/>
      </w:tblGrid>
      <w:tr>
        <w:tc>
          <w:tcPr>
            <w:tcW w:type="dxa" w:w="4930"/>
            <w:tcMar>
              <w:top w:w="80" w:type="dxa"/>
              <w:start w:w="110" w:type="dxa"/>
              <w:bottom w:w="95" w:type="dxa"/>
              <w:end w:w="75" w:type="dxa"/>
            </w:tcMar>
            <w:shd w:fill="F3F6FA"/>
          </w:tcPr>
          <w:p>
            <w:pPr>
              <w:spacing w:before="0" w:after="0" w:line="264" w:lineRule="auto"/>
            </w:pPr>
            <w:r>
              <w:rPr>
                <w:rFonts w:ascii="Inter" w:hAnsi="Inter" w:eastAsia="Inter"/>
                <w:b/>
                <w:i w:val="0"/>
                <w:color w:val="67798C"/>
                <w:sz w:val="15"/>
              </w:rPr>
              <w:t>Praxis / Klinik</w:t>
            </w:r>
          </w:p>
        </w:tc>
        <w:tc>
          <w:tcPr>
            <w:tcW w:type="dxa" w:w="4930"/>
            <w:tcMar>
              <w:top w:w="80" w:type="dxa"/>
              <w:start w:w="110" w:type="dxa"/>
              <w:bottom w:w="95" w:type="dxa"/>
              <w:end w:w="75" w:type="dxa"/>
            </w:tcMar>
            <w:shd w:fill="F3F6FA"/>
            <w:tcBorders>
              <w:bottom w:val="single" w:sz="7" w:color="DDE5EC"/>
            </w:tcBorders>
          </w:tcPr>
          <w:p>
            <w:pPr>
              <w:spacing w:before="0" w:after="0" w:line="264" w:lineRule="auto"/>
            </w:pPr>
            <w:sdt>
              <w:sdtPr>
                <w:alias w:val="P2 provider"/>
                <w:tag w:val="p2_provider"/>
                <w:id w:val="23023"/>
                <w:showingPlcHdr/>
                <w:text w:multiLine="0"/>
              </w:sdtPr>
              <w:sdtContent>
                <w:r>
                  <w:rPr>
                    <w:color w:val="8493A2"/>
                    <w:sz w:val="17"/>
                    <w:i/>
                  </w:rPr>
                  <w:t>Name der behandelnden Praxis / Klinik</w:t>
                </w:r>
              </w:sdtContent>
            </w:sdt>
          </w:p>
        </w:tc>
      </w:tr>
    </w:tbl>
    <w:p>
      <w:pPr>
        <w:spacing w:after="0" w:before="0" w:line="240" w:lineRule="auto"/>
      </w:pPr>
      <w:r>
        <w:rPr>
          <w:sz w:val="12"/>
        </w:rPr>
        <w:t xml:space="preserve"> </w:t>
      </w:r>
    </w:p>
    <w:tbl>
      <w:tblPr>
        <w:tblW w:type="auto" w:w="0"/>
        <w:tblLayout w:type="fixed"/>
        <w:tblLook w:firstColumn="1" w:firstRow="1" w:lastColumn="0" w:lastRow="0" w:noHBand="0" w:noVBand="1" w:val="04A0"/>
      </w:tblPr>
      <w:tblGrid>
        <w:gridCol w:w="6624"/>
        <w:gridCol w:w="3240"/>
      </w:tblGrid>
      <w:tr>
        <w:tc>
          <w:tcPr>
            <w:tcW w:type="dxa" w:w="4930"/>
            <w:tcBorders>
              <w:bottom w:val="single" w:sz="9" w:color="DDE5EC"/>
            </w:tcBorders>
            <w:tcMar>
              <w:top w:w="95" w:type="dxa"/>
              <w:start w:w="0" w:type="dxa"/>
              <w:bottom w:w="70" w:type="dxa"/>
              <w:end w:w="0" w:type="dxa"/>
            </w:tcMar>
          </w:tcPr>
          <w:p>
            <w:pPr>
              <w:spacing w:before="0" w:after="0" w:line="264" w:lineRule="auto"/>
            </w:pPr>
            <w:r>
              <w:rPr>
                <w:rFonts w:ascii="Inter" w:hAnsi="Inter" w:eastAsia="Inter"/>
                <w:b/>
                <w:i w:val="0"/>
                <w:color w:val="087E88"/>
                <w:sz w:val="16"/>
              </w:rPr>
              <w:t xml:space="preserve">02   </w:t>
            </w:r>
            <w:r>
              <w:rPr>
                <w:rFonts w:ascii="Inter" w:hAnsi="Inter" w:eastAsia="Inter"/>
                <w:b/>
                <w:i w:val="0"/>
                <w:color w:val="172B45"/>
                <w:sz w:val="20"/>
              </w:rPr>
              <w:t>Freigegebene Informationen</w:t>
            </w:r>
          </w:p>
        </w:tc>
        <w:tc>
          <w:tcPr>
            <w:tcW w:type="dxa" w:w="4930"/>
            <w:tcBorders>
              <w:bottom w:val="single" w:sz="9" w:color="DDE5EC"/>
            </w:tcBorders>
            <w:tcMar>
              <w:top w:w="95" w:type="dxa"/>
              <w:start w:w="0" w:type="dxa"/>
              <w:bottom w:w="70" w:type="dxa"/>
              <w:end w:w="0" w:type="dxa"/>
            </w:tcMar>
          </w:tcPr>
          <w:p>
            <w:pPr>
              <w:spacing w:before="0" w:after="0" w:line="264" w:lineRule="auto"/>
              <w:jc w:val="right"/>
            </w:pPr>
            <w:r>
              <w:rPr>
                <w:rFonts w:ascii="Inter" w:hAnsi="Inter" w:eastAsia="Inter"/>
                <w:b w:val="0"/>
                <w:i w:val="0"/>
                <w:color w:val="67798C"/>
                <w:sz w:val="15"/>
              </w:rPr>
              <w:t>Nur ausgewählte Bereiche gelten</w:t>
            </w:r>
          </w:p>
        </w:tc>
      </w:tr>
    </w:tbl>
    <w:p>
      <w:pPr>
        <w:spacing w:before="140" w:after="100" w:line="278" w:lineRule="auto"/>
      </w:pPr>
      <w:r>
        <w:rPr>
          <w:rFonts w:ascii="Inter" w:hAnsi="Inter" w:eastAsia="Inter"/>
          <w:b w:val="0"/>
          <w:i w:val="0"/>
          <w:color w:val="24364C"/>
          <w:sz w:val="16"/>
        </w:rPr>
        <w:t>Ich entbinde die oben genannte behandelnde Stelle gegenüber meiner bezeichneten Vertrauensperson von der ärztlichen Schweigepflicht, soweit dies für die nachfolgend ausgewählten Informationen erforderlich ist:</w:t>
      </w:r>
    </w:p>
    <w:tbl>
      <w:tblPr>
        <w:tblW w:type="auto" w:w="0"/>
        <w:tblLayout w:type="fixed"/>
        <w:tblLook w:firstColumn="1" w:firstRow="1" w:lastColumn="0" w:lastRow="0" w:noHBand="0" w:noVBand="1" w:val="04A0"/>
      </w:tblPr>
      <w:tblGrid>
        <w:gridCol w:w="4932"/>
        <w:gridCol w:w="4932"/>
      </w:tblGrid>
      <w:tr>
        <w:tc>
          <w:tcPr>
            <w:tcW w:type="dxa" w:w="4930"/>
            <w:shd w:fill="F3F6FA"/>
            <w:tcMar>
              <w:top w:w="97" w:type="dxa"/>
              <w:start w:w="115" w:type="dxa"/>
              <w:bottom w:w="91" w:type="dxa"/>
              <w:end w:w="95" w:type="dxa"/>
            </w:tcMar>
          </w:tcPr>
          <w:p>
            <w:pPr>
              <w:spacing w:before="0" w:after="0" w:line="274" w:lineRule="auto"/>
            </w:pPr>
            <w:sdt>
              <w:sdtPr>
                <w:alias w:val="Information zum Behandlungsstand"/>
                <w:tag w:val="info_status"/>
                <w:id w:val="23024"/>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6"/>
              </w:rPr>
              <w:t xml:space="preserve">  Information zum Behandlungsstand</w:t>
            </w:r>
          </w:p>
        </w:tc>
        <w:tc>
          <w:tcPr>
            <w:tcW w:type="dxa" w:w="4930"/>
            <w:shd w:fill="F3F6FA"/>
            <w:tcMar>
              <w:top w:w="97" w:type="dxa"/>
              <w:start w:w="115" w:type="dxa"/>
              <w:bottom w:w="91" w:type="dxa"/>
              <w:end w:w="95" w:type="dxa"/>
            </w:tcMar>
          </w:tcPr>
          <w:p>
            <w:pPr>
              <w:spacing w:before="0" w:after="0" w:line="274" w:lineRule="auto"/>
            </w:pPr>
            <w:sdt>
              <w:sdtPr>
                <w:alias w:val="Diagnosen und Untersuchungsbefunde"/>
                <w:tag w:val="info_findings"/>
                <w:id w:val="23025"/>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6"/>
              </w:rPr>
              <w:t xml:space="preserve">  Diagnosen und Untersuchungsbefunde</w:t>
            </w:r>
          </w:p>
        </w:tc>
      </w:tr>
      <w:tr>
        <w:tc>
          <w:tcPr>
            <w:tcW w:type="dxa" w:w="4930"/>
            <w:shd w:fill="F3F6FA"/>
            <w:tcMar>
              <w:top w:w="97" w:type="dxa"/>
              <w:start w:w="115" w:type="dxa"/>
              <w:bottom w:w="91" w:type="dxa"/>
              <w:end w:w="95" w:type="dxa"/>
            </w:tcMar>
          </w:tcPr>
          <w:p>
            <w:pPr>
              <w:spacing w:before="0" w:after="0" w:line="274" w:lineRule="auto"/>
            </w:pPr>
            <w:sdt>
              <w:sdtPr>
                <w:alias w:val="Medikation und Therapieplanung"/>
                <w:tag w:val="info_therapy"/>
                <w:id w:val="23026"/>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6"/>
              </w:rPr>
              <w:t xml:space="preserve">  Medikation und Therapieplanung</w:t>
            </w:r>
          </w:p>
        </w:tc>
        <w:tc>
          <w:tcPr>
            <w:tcW w:type="dxa" w:w="4930"/>
            <w:shd w:fill="F3F6FA"/>
            <w:tcMar>
              <w:top w:w="97" w:type="dxa"/>
              <w:start w:w="115" w:type="dxa"/>
              <w:bottom w:w="91" w:type="dxa"/>
              <w:end w:w="95" w:type="dxa"/>
            </w:tcMar>
          </w:tcPr>
          <w:p>
            <w:pPr>
              <w:spacing w:before="0" w:after="0" w:line="274" w:lineRule="auto"/>
            </w:pPr>
            <w:sdt>
              <w:sdtPr>
                <w:alias w:val="Arzt- und Entlassberichte"/>
                <w:tag w:val="info_reports"/>
                <w:id w:val="23027"/>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6"/>
              </w:rPr>
              <w:t xml:space="preserve">  Arzt- und Entlassberichte</w:t>
            </w:r>
          </w:p>
        </w:tc>
      </w:tr>
      <w:tr>
        <w:tc>
          <w:tcPr>
            <w:tcW w:type="dxa" w:w="4930"/>
            <w:shd w:fill="F3F6FA"/>
            <w:tcMar>
              <w:top w:w="97" w:type="dxa"/>
              <w:start w:w="115" w:type="dxa"/>
              <w:bottom w:w="91" w:type="dxa"/>
              <w:end w:w="95" w:type="dxa"/>
            </w:tcMar>
          </w:tcPr>
          <w:p>
            <w:pPr>
              <w:spacing w:before="0" w:after="0" w:line="274" w:lineRule="auto"/>
            </w:pPr>
            <w:sdt>
              <w:sdtPr>
                <w:alias w:val="Einsicht / Abschriften der Akte"/>
                <w:tag w:val="info_files"/>
                <w:id w:val="23028"/>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6"/>
              </w:rPr>
              <w:t xml:space="preserve">  Einsicht / Abschriften der Akte</w:t>
            </w:r>
          </w:p>
        </w:tc>
        <w:tc>
          <w:tcPr>
            <w:tcW w:type="dxa" w:w="4930"/>
            <w:shd w:fill="F3F6FA"/>
            <w:tcMar>
              <w:top w:w="97" w:type="dxa"/>
              <w:start w:w="115" w:type="dxa"/>
              <w:bottom w:w="91" w:type="dxa"/>
              <w:end w:w="95" w:type="dxa"/>
            </w:tcMar>
          </w:tcPr>
          <w:p>
            <w:pPr>
              <w:spacing w:before="0" w:after="0" w:line="274" w:lineRule="auto"/>
            </w:pPr>
            <w:sdt>
              <w:sdtPr>
                <w:alias w:val="Laborwerte und Bildbefunde"/>
                <w:tag w:val="info_labs"/>
                <w:id w:val="23029"/>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6"/>
              </w:rPr>
              <w:t xml:space="preserve">  Laborwerte und Bildbefunde</w:t>
            </w:r>
          </w:p>
        </w:tc>
      </w:tr>
    </w:tbl>
    <w:p>
      <w:pPr>
        <w:spacing w:after="0" w:before="0" w:line="240" w:lineRule="auto"/>
      </w:pPr>
      <w:r>
        <w:rPr>
          <w:sz w:val="14"/>
        </w:rPr>
        <w:t xml:space="preserve"> </w:t>
      </w:r>
    </w:p>
    <w:tbl>
      <w:tblPr>
        <w:tblW w:type="auto" w:w="0"/>
        <w:tblLayout w:type="fixed"/>
        <w:tblLook w:firstColumn="1" w:firstRow="1" w:lastColumn="0" w:lastRow="0" w:noHBand="0" w:noVBand="1" w:val="04A0"/>
      </w:tblPr>
      <w:tblGrid>
        <w:gridCol w:w="6624"/>
        <w:gridCol w:w="3240"/>
      </w:tblGrid>
      <w:tr>
        <w:tc>
          <w:tcPr>
            <w:tcW w:type="dxa" w:w="4930"/>
            <w:tcBorders>
              <w:bottom w:val="single" w:sz="9" w:color="DDE5EC"/>
            </w:tcBorders>
            <w:tcMar>
              <w:top w:w="95" w:type="dxa"/>
              <w:start w:w="0" w:type="dxa"/>
              <w:bottom w:w="70" w:type="dxa"/>
              <w:end w:w="0" w:type="dxa"/>
            </w:tcMar>
          </w:tcPr>
          <w:p>
            <w:pPr>
              <w:spacing w:before="0" w:after="0" w:line="264" w:lineRule="auto"/>
            </w:pPr>
            <w:r>
              <w:rPr>
                <w:rFonts w:ascii="Inter" w:hAnsi="Inter" w:eastAsia="Inter"/>
                <w:b/>
                <w:i w:val="0"/>
                <w:color w:val="087E88"/>
                <w:sz w:val="16"/>
              </w:rPr>
              <w:t xml:space="preserve">03   </w:t>
            </w:r>
            <w:r>
              <w:rPr>
                <w:rFonts w:ascii="Inter" w:hAnsi="Inter" w:eastAsia="Inter"/>
                <w:b/>
                <w:i w:val="0"/>
                <w:color w:val="172B45"/>
                <w:sz w:val="20"/>
              </w:rPr>
              <w:t>Anlass, Beschränkungen und Geltung</w:t>
            </w:r>
          </w:p>
        </w:tc>
        <w:tc>
          <w:tcPr>
            <w:tcW w:type="dxa" w:w="4930"/>
            <w:tcBorders>
              <w:bottom w:val="single" w:sz="9" w:color="DDE5EC"/>
            </w:tcBorders>
            <w:tcMar>
              <w:top w:w="95" w:type="dxa"/>
              <w:start w:w="0" w:type="dxa"/>
              <w:bottom w:w="70" w:type="dxa"/>
              <w:end w:w="0" w:type="dxa"/>
            </w:tcMar>
          </w:tcPr>
          <w:p>
            <w:pPr>
              <w:spacing w:before="0" w:after="0" w:line="264" w:lineRule="auto"/>
              <w:jc w:val="right"/>
            </w:pPr>
          </w:p>
        </w:tc>
      </w:tr>
    </w:tbl>
    <w:tbl>
      <w:tblPr>
        <w:tblW w:type="auto" w:w="0"/>
        <w:tblLayout w:type="fixed"/>
        <w:tblLook w:firstColumn="1" w:firstRow="1" w:lastColumn="0" w:lastRow="0" w:noHBand="0" w:noVBand="1" w:val="04A0"/>
      </w:tblPr>
      <w:tblGrid>
        <w:gridCol w:w="2376"/>
        <w:gridCol w:w="7488"/>
      </w:tblGrid>
      <w:tr>
        <w:tc>
          <w:tcPr>
            <w:tcW w:type="dxa" w:w="4930"/>
            <w:tcMar>
              <w:top w:w="80" w:type="dxa"/>
              <w:start w:w="110" w:type="dxa"/>
              <w:bottom w:w="95" w:type="dxa"/>
              <w:end w:w="75" w:type="dxa"/>
            </w:tcMar>
          </w:tcPr>
          <w:p>
            <w:pPr>
              <w:spacing w:before="0" w:after="0" w:line="264" w:lineRule="auto"/>
            </w:pPr>
            <w:r>
              <w:rPr>
                <w:rFonts w:ascii="Inter" w:hAnsi="Inter" w:eastAsia="Inter"/>
                <w:b/>
                <w:i w:val="0"/>
                <w:color w:val="67798C"/>
                <w:sz w:val="15"/>
              </w:rPr>
              <w:t>Behandlung / Anlass</w:t>
            </w:r>
          </w:p>
        </w:tc>
        <w:tc>
          <w:tcPr>
            <w:tcW w:type="dxa" w:w="4930"/>
            <w:tcMar>
              <w:top w:w="80" w:type="dxa"/>
              <w:start w:w="110" w:type="dxa"/>
              <w:bottom w:w="95" w:type="dxa"/>
              <w:end w:w="75" w:type="dxa"/>
            </w:tcMar>
            <w:tcBorders>
              <w:bottom w:val="single" w:sz="7" w:color="DDE5EC"/>
            </w:tcBorders>
          </w:tcPr>
          <w:p>
            <w:pPr>
              <w:spacing w:before="0" w:after="0" w:line="264" w:lineRule="auto"/>
            </w:pPr>
            <w:sdt>
              <w:sdtPr>
                <w:alias w:val="P2 context"/>
                <w:tag w:val="p2_context"/>
                <w:id w:val="23030"/>
                <w:showingPlcHdr/>
                <w:text w:multiLine="0"/>
              </w:sdtPr>
              <w:sdtContent>
                <w:r>
                  <w:rPr>
                    <w:color w:val="8493A2"/>
                    <w:sz w:val="17"/>
                    <w:i/>
                  </w:rPr>
                  <w:t>Optional: Behandlung, Zeitraum oder konkreter Anlass</w:t>
                </w:r>
              </w:sdtContent>
            </w:sdt>
          </w:p>
        </w:tc>
      </w:tr>
    </w:tbl>
    <w:tbl>
      <w:tblPr>
        <w:tblW w:type="auto" w:w="0"/>
        <w:tblLayout w:type="fixed"/>
        <w:tblLook w:firstColumn="1" w:firstRow="1" w:lastColumn="0" w:lastRow="0" w:noHBand="0" w:noVBand="1" w:val="04A0"/>
      </w:tblPr>
      <w:tblGrid>
        <w:gridCol w:w="2376"/>
        <w:gridCol w:w="7488"/>
      </w:tblGrid>
      <w:tr>
        <w:tc>
          <w:tcPr>
            <w:tcW w:type="dxa" w:w="4930"/>
            <w:tcMar>
              <w:top w:w="80" w:type="dxa"/>
              <w:start w:w="110" w:type="dxa"/>
              <w:bottom w:w="95" w:type="dxa"/>
              <w:end w:w="75" w:type="dxa"/>
            </w:tcMar>
            <w:shd w:fill="F3F6FA"/>
          </w:tcPr>
          <w:p>
            <w:pPr>
              <w:spacing w:before="0" w:after="0" w:line="264" w:lineRule="auto"/>
            </w:pPr>
            <w:r>
              <w:rPr>
                <w:rFonts w:ascii="Inter" w:hAnsi="Inter" w:eastAsia="Inter"/>
                <w:b/>
                <w:i w:val="0"/>
                <w:color w:val="67798C"/>
                <w:sz w:val="15"/>
              </w:rPr>
              <w:t>Einschränkungen</w:t>
            </w:r>
          </w:p>
        </w:tc>
        <w:tc>
          <w:tcPr>
            <w:tcW w:type="dxa" w:w="4930"/>
            <w:tcMar>
              <w:top w:w="80" w:type="dxa"/>
              <w:start w:w="110" w:type="dxa"/>
              <w:bottom w:w="95" w:type="dxa"/>
              <w:end w:w="75" w:type="dxa"/>
            </w:tcMar>
            <w:shd w:fill="F3F6FA"/>
            <w:tcBorders>
              <w:bottom w:val="single" w:sz="7" w:color="DDE5EC"/>
            </w:tcBorders>
          </w:tcPr>
          <w:p>
            <w:pPr>
              <w:spacing w:before="0" w:after="0" w:line="264" w:lineRule="auto"/>
            </w:pPr>
            <w:sdt>
              <w:sdtPr>
                <w:alias w:val="P2 limits"/>
                <w:tag w:val="p2_limits"/>
                <w:id w:val="23031"/>
                <w:showingPlcHdr/>
                <w:text w:multiLine="0"/>
              </w:sdtPr>
              <w:sdtContent>
                <w:r>
                  <w:rPr>
                    <w:color w:val="8493A2"/>
                    <w:sz w:val="17"/>
                    <w:i/>
                  </w:rPr>
                  <w:t>Optional: ausgeschlossene Informationen / Bereiche</w:t>
                </w:r>
              </w:sdtContent>
            </w:sdt>
          </w:p>
        </w:tc>
      </w:tr>
    </w:tbl>
    <w:p>
      <w:pPr>
        <w:spacing w:before="120" w:after="100" w:line="264" w:lineRule="auto"/>
      </w:pPr>
      <w:r>
        <w:rPr>
          <w:rFonts w:ascii="Inter" w:hAnsi="Inter" w:eastAsia="Inter"/>
          <w:b/>
          <w:i w:val="0"/>
          <w:color w:val="172B45"/>
          <w:sz w:val="16"/>
        </w:rPr>
        <w:t>Gültigkeit der Schweigepflichtentbindung:</w:t>
      </w:r>
    </w:p>
    <w:tbl>
      <w:tblPr>
        <w:tblW w:type="auto" w:w="0"/>
        <w:tblLayout w:type="fixed"/>
        <w:tblLook w:firstColumn="1" w:firstRow="1" w:lastColumn="0" w:lastRow="0" w:noHBand="0" w:noVBand="1" w:val="04A0"/>
      </w:tblPr>
      <w:tblGrid>
        <w:gridCol w:w="4932"/>
        <w:gridCol w:w="4932"/>
      </w:tblGrid>
      <w:tr>
        <w:tc>
          <w:tcPr>
            <w:tcW w:type="dxa" w:w="4930"/>
            <w:tcMar>
              <w:top w:w="97" w:type="dxa"/>
              <w:start w:w="115" w:type="dxa"/>
              <w:bottom w:w="91" w:type="dxa"/>
              <w:end w:w="95" w:type="dxa"/>
            </w:tcMar>
          </w:tcPr>
          <w:p>
            <w:pPr>
              <w:spacing w:before="0" w:after="0" w:line="274" w:lineRule="auto"/>
            </w:pPr>
            <w:sdt>
              <w:sdtPr>
                <w:alias w:val="Nur für den unten genannten Anlass"/>
                <w:tag w:val="cons_once"/>
                <w:id w:val="23032"/>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6"/>
              </w:rPr>
              <w:t xml:space="preserve">  Nur für den unten genannten Anlass</w:t>
            </w:r>
          </w:p>
        </w:tc>
        <w:tc>
          <w:tcPr>
            <w:tcW w:type="dxa" w:w="4930"/>
            <w:tcMar>
              <w:top w:w="97" w:type="dxa"/>
              <w:start w:w="115" w:type="dxa"/>
              <w:bottom w:w="91" w:type="dxa"/>
              <w:end w:w="95" w:type="dxa"/>
            </w:tcMar>
          </w:tcPr>
          <w:p>
            <w:pPr>
              <w:spacing w:before="0" w:after="0" w:line="274" w:lineRule="auto"/>
            </w:pPr>
            <w:sdt>
              <w:sdtPr>
                <w:alias w:val="Ab Unterzeichnung bis Widerruf"/>
                <w:tag w:val="cons_revocable"/>
                <w:id w:val="23033"/>
                <w14:checkbox>
                  <w14:checked w14:val="0"/>
                  <w14:checkedState w14:val="2612" w14:font="Segoe UI Symbol"/>
                  <w14:uncheckedState w14:val="2610" w14:font="Segoe UI Symbol"/>
                </w14:checkbox>
              </w:sdtPr>
              <w:sdtContent>
                <w:r>
                  <w:rPr>
                    <w:rFonts w:ascii="DejaVu Sans" w:hAnsi="DejaVu Sans"/>
                    <w:color w:val="087E88"/>
                    <w:sz w:val="23"/>
                  </w:rPr>
                  <w:t>☐</w:t>
                </w:r>
              </w:sdtContent>
            </w:sdt>
            <w:r>
              <w:rPr>
                <w:rFonts w:ascii="Inter" w:hAnsi="Inter" w:eastAsia="Inter"/>
                <w:b w:val="0"/>
                <w:i w:val="0"/>
                <w:color w:val="24364C"/>
                <w:sz w:val="16"/>
              </w:rPr>
              <w:t xml:space="preserve">  Ab Unterzeichnung bis Widerruf</w:t>
            </w:r>
          </w:p>
        </w:tc>
      </w:tr>
    </w:tbl>
    <w:tbl>
      <w:tblPr>
        <w:tblW w:type="auto" w:w="0"/>
        <w:tblLayout w:type="fixed"/>
        <w:tblLook w:firstColumn="1" w:firstRow="1" w:lastColumn="0" w:lastRow="0" w:noHBand="0" w:noVBand="1" w:val="04A0"/>
      </w:tblPr>
      <w:tblGrid>
        <w:gridCol w:w="2376"/>
        <w:gridCol w:w="7488"/>
      </w:tblGrid>
      <w:tr>
        <w:tc>
          <w:tcPr>
            <w:tcW w:type="dxa" w:w="4930"/>
            <w:tcMar>
              <w:top w:w="80" w:type="dxa"/>
              <w:start w:w="110" w:type="dxa"/>
              <w:bottom w:w="95" w:type="dxa"/>
              <w:end w:w="75" w:type="dxa"/>
            </w:tcMar>
          </w:tcPr>
          <w:p>
            <w:pPr>
              <w:spacing w:before="0" w:after="0" w:line="264" w:lineRule="auto"/>
            </w:pPr>
            <w:r>
              <w:rPr>
                <w:rFonts w:ascii="Inter" w:hAnsi="Inter" w:eastAsia="Inter"/>
                <w:b/>
                <w:i w:val="0"/>
                <w:color w:val="67798C"/>
                <w:sz w:val="15"/>
              </w:rPr>
              <w:t>Falls befristet bis</w:t>
            </w:r>
          </w:p>
        </w:tc>
        <w:tc>
          <w:tcPr>
            <w:tcW w:type="dxa" w:w="4930"/>
            <w:tcMar>
              <w:top w:w="80" w:type="dxa"/>
              <w:start w:w="110" w:type="dxa"/>
              <w:bottom w:w="95" w:type="dxa"/>
              <w:end w:w="75" w:type="dxa"/>
            </w:tcMar>
            <w:tcBorders>
              <w:bottom w:val="single" w:sz="7" w:color="DDE5EC"/>
            </w:tcBorders>
          </w:tcPr>
          <w:p>
            <w:pPr>
              <w:spacing w:before="0" w:after="0" w:line="264" w:lineRule="auto"/>
            </w:pPr>
            <w:sdt>
              <w:sdtPr>
                <w:alias w:val="P2 expiry"/>
                <w:tag w:val="p2_expiry"/>
                <w:id w:val="23034"/>
                <w:showingPlcHdr/>
                <w:text w:multiLine="0"/>
              </w:sdtPr>
              <w:sdtContent>
                <w:r>
                  <w:rPr>
                    <w:color w:val="8493A2"/>
                    <w:sz w:val="17"/>
                    <w:i/>
                  </w:rPr>
                  <w:t>TT.MM.JJJJ (optional)</w:t>
                </w:r>
              </w:sdtContent>
            </w:sdt>
          </w:p>
        </w:tc>
      </w:tr>
    </w:tbl>
    <w:p>
      <w:pPr>
        <w:spacing w:after="0" w:before="0" w:line="240" w:lineRule="auto"/>
      </w:pPr>
      <w:r>
        <w:rPr>
          <w:sz w:val="14"/>
        </w:rPr>
        <w:t xml:space="preserve"> </w:t>
      </w:r>
    </w:p>
    <w:tbl>
      <w:tblPr>
        <w:tblW w:type="auto" w:w="0"/>
        <w:tblLayout w:type="fixed"/>
        <w:tblLook w:firstColumn="1" w:firstRow="1" w:lastColumn="0" w:lastRow="0" w:noHBand="0" w:noVBand="1" w:val="04A0"/>
      </w:tblPr>
      <w:tblGrid>
        <w:gridCol w:w="6624"/>
        <w:gridCol w:w="3240"/>
      </w:tblGrid>
      <w:tr>
        <w:tc>
          <w:tcPr>
            <w:tcW w:type="dxa" w:w="4930"/>
            <w:tcBorders>
              <w:bottom w:val="single" w:sz="9" w:color="DDE5EC"/>
            </w:tcBorders>
            <w:tcMar>
              <w:top w:w="95" w:type="dxa"/>
              <w:start w:w="0" w:type="dxa"/>
              <w:bottom w:w="70" w:type="dxa"/>
              <w:end w:w="0" w:type="dxa"/>
            </w:tcMar>
          </w:tcPr>
          <w:p>
            <w:pPr>
              <w:spacing w:before="0" w:after="0" w:line="264" w:lineRule="auto"/>
            </w:pPr>
            <w:r>
              <w:rPr>
                <w:rFonts w:ascii="Inter" w:hAnsi="Inter" w:eastAsia="Inter"/>
                <w:b/>
                <w:i w:val="0"/>
                <w:color w:val="087E88"/>
                <w:sz w:val="16"/>
              </w:rPr>
              <w:t xml:space="preserve">04   </w:t>
            </w:r>
            <w:r>
              <w:rPr>
                <w:rFonts w:ascii="Inter" w:hAnsi="Inter" w:eastAsia="Inter"/>
                <w:b/>
                <w:i w:val="0"/>
                <w:color w:val="172B45"/>
                <w:sz w:val="20"/>
              </w:rPr>
              <w:t>Einwilligung und Unterschrift</w:t>
            </w:r>
          </w:p>
        </w:tc>
        <w:tc>
          <w:tcPr>
            <w:tcW w:type="dxa" w:w="4930"/>
            <w:tcBorders>
              <w:bottom w:val="single" w:sz="9" w:color="DDE5EC"/>
            </w:tcBorders>
            <w:tcMar>
              <w:top w:w="95" w:type="dxa"/>
              <w:start w:w="0" w:type="dxa"/>
              <w:bottom w:w="70" w:type="dxa"/>
              <w:end w:w="0" w:type="dxa"/>
            </w:tcMar>
          </w:tcPr>
          <w:p>
            <w:pPr>
              <w:spacing w:before="0" w:after="0" w:line="264" w:lineRule="auto"/>
              <w:jc w:val="right"/>
            </w:pPr>
          </w:p>
        </w:tc>
      </w:tr>
    </w:tbl>
    <w:p>
      <w:pPr>
        <w:spacing w:before="160" w:after="80" w:line="283" w:lineRule="auto"/>
      </w:pPr>
      <w:r>
        <w:rPr>
          <w:rFonts w:ascii="Inter" w:hAnsi="Inter" w:eastAsia="Inter"/>
          <w:b w:val="0"/>
          <w:i w:val="0"/>
          <w:color w:val="24364C"/>
          <w:sz w:val="16"/>
        </w:rPr>
        <w:t>Ich erteile diese Einwilligung freiwillig. Mir ist bekannt, dass ich sie jederzeit ohne Begründung mit Wirkung für die Zukunft widerrufen kann. Die Freigabe umfasst keine Befugnis, an meiner Stelle in medizinische Maßnahmen einzuwilligen oder sie abzulehnen.</w:t>
      </w:r>
    </w:p>
    <w:tbl>
      <w:tblPr>
        <w:tblW w:type="auto" w:w="0"/>
        <w:tblLayout w:type="fixed"/>
        <w:tblLook w:firstColumn="1" w:firstRow="1" w:lastColumn="0" w:lastRow="0" w:noHBand="0" w:noVBand="1" w:val="04A0"/>
      </w:tblPr>
      <w:tblGrid>
        <w:gridCol w:w="3672"/>
        <w:gridCol w:w="648"/>
        <w:gridCol w:w="5544"/>
      </w:tblGrid>
      <w:tr>
        <w:tc>
          <w:tcPr>
            <w:tcW w:type="dxa" w:w="3287"/>
            <w:tcMar>
              <w:top w:w="190" w:type="dxa"/>
              <w:start w:w="48" w:type="dxa"/>
              <w:bottom w:w="38" w:type="dxa"/>
              <w:end w:w="48" w:type="dxa"/>
            </w:tcMar>
            <w:tcBorders>
              <w:bottom w:val="single" w:sz="8" w:color="9DADBE"/>
            </w:tcBorders>
          </w:tcPr>
          <w:p>
            <w:pPr>
              <w:spacing w:before="0" w:after="240" w:line="240" w:lineRule="auto"/>
            </w:pPr>
            <w:sdt>
              <w:sdtPr>
                <w:alias w:val="P2 place date"/>
                <w:tag w:val="p2_place_date"/>
                <w:id w:val="23035"/>
                <w:showingPlcHdr/>
                <w:text w:multiLine="0"/>
              </w:sdtPr>
              <w:sdtContent>
                <w:r>
                  <w:rPr>
                    <w:color w:val="8493A2"/>
                    <w:sz w:val="18"/>
                    <w:i/>
                  </w:rPr>
                  <w:t>Ort, Datum</w:t>
                </w:r>
              </w:sdtContent>
            </w:sdt>
          </w:p>
          <w:p>
            <w:pPr>
              <w:spacing w:before="120" w:after="0" w:line="264" w:lineRule="auto"/>
            </w:pPr>
            <w:r>
              <w:rPr>
                <w:rFonts w:ascii="Inter" w:hAnsi="Inter" w:eastAsia="Inter"/>
                <w:b/>
                <w:i w:val="0"/>
                <w:color w:val="67798C"/>
                <w:sz w:val="15"/>
              </w:rPr>
              <w:t>ORT, DATUM</w:t>
            </w:r>
          </w:p>
        </w:tc>
        <w:tc>
          <w:tcPr>
            <w:tcW w:type="dxa" w:w="3287"/>
            <w:tcMar>
              <w:top w:w="40" w:type="dxa"/>
              <w:start w:w="0" w:type="dxa"/>
              <w:bottom w:w="38" w:type="dxa"/>
              <w:end w:w="0" w:type="dxa"/>
            </w:tcMar>
          </w:tcPr>
          <w:p/>
        </w:tc>
        <w:tc>
          <w:tcPr>
            <w:tcW w:type="dxa" w:w="3287"/>
            <w:tcMar>
              <w:top w:w="190" w:type="dxa"/>
              <w:start w:w="48" w:type="dxa"/>
              <w:bottom w:w="38" w:type="dxa"/>
              <w:end w:w="48" w:type="dxa"/>
            </w:tcMar>
            <w:tcBorders>
              <w:bottom w:val="single" w:sz="8" w:color="9DADBE"/>
            </w:tcBorders>
          </w:tcPr>
          <w:p>
            <w:pPr>
              <w:spacing w:before="0" w:after="240" w:line="240" w:lineRule="auto"/>
            </w:pPr>
            <w:r>
              <w:rPr>
                <w:rFonts w:ascii="Inter" w:hAnsi="Inter" w:eastAsia="Inter"/>
                <w:b w:val="0"/>
                <w:i w:val="0"/>
                <w:color w:val="24364C"/>
                <w:sz w:val="18"/>
              </w:rPr>
              <w:t xml:space="preserve"> </w:t>
            </w:r>
          </w:p>
          <w:p>
            <w:pPr>
              <w:spacing w:before="120" w:after="0" w:line="264" w:lineRule="auto"/>
            </w:pPr>
            <w:r>
              <w:rPr>
                <w:rFonts w:ascii="Inter" w:hAnsi="Inter" w:eastAsia="Inter"/>
                <w:b/>
                <w:i w:val="0"/>
                <w:color w:val="67798C"/>
                <w:sz w:val="15"/>
              </w:rPr>
              <w:t>UNTERSCHRIFT PATIENT / IN</w:t>
            </w:r>
          </w:p>
        </w:tc>
      </w:tr>
    </w:tbl>
    <w:p>
      <w:pPr>
        <w:spacing w:before="160" w:after="0" w:line="269" w:lineRule="auto"/>
      </w:pPr>
      <w:r>
        <w:rPr>
          <w:rFonts w:ascii="Inter" w:hAnsi="Inter" w:eastAsia="Inter"/>
          <w:b w:val="0"/>
          <w:i w:val="0"/>
          <w:color w:val="67798C"/>
          <w:sz w:val="14"/>
        </w:rPr>
        <w:t>Vor der Abgabe: Anwendungsbereich auswählen, beide Personen eindeutig benennen, unterschreiben und ggf. ein Ausweisdokument der bevollmächtigten Person bereithalten.</w:t>
      </w:r>
    </w:p>
    <w:sectPr w:rsidR="00FC693F" w:rsidRPr="0006063C" w:rsidSect="00034616">
      <w:footerReference w:type="default" r:id="rId9"/>
      <w:pgSz w:w="11905" w:h="16838"/>
      <w:pgMar w:top="965" w:right="1022" w:bottom="950" w:left="1022" w:header="475" w:footer="4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64" w:lineRule="auto"/>
      <w:jc w:val="right"/>
      <w:pBdr>
        <w:top w:val="single" w:sz="7" w:color="DDE5EC" w:space="7"/>
      </w:pBdr>
    </w:pPr>
    <w:r>
      <w:rPr>
        <w:rFonts w:ascii="Inter" w:hAnsi="Inter" w:eastAsia="Inter"/>
        <w:b/>
        <w:i w:val="0"/>
        <w:color w:val="67798C"/>
        <w:sz w:val="14"/>
      </w:rPr>
      <w:t>ÄRZTLICHE VOLLMACHT    •    VORLAGE ZUR INDIVIDUELLEN VERWENDUNG</w:t>
    </w:r>
    <w:r>
      <w:rPr>
        <w:rFonts w:ascii="Inter" w:hAnsi="Inter" w:eastAsia="Inter"/>
        <w:b w:val="0"/>
        <w:i w:val="0"/>
        <w:color w:val="67798C"/>
        <w:sz w:val="14"/>
      </w:rPr>
      <w:t xml:space="preserve">                               SEITE </w:t>
    </w:r>
    <w:r>
      <w:rPr>
        <w:color w:val="67798C"/>
        <w:sz w:val="14"/>
      </w:rPr>
    </w:r>
    <w:fldSimple w:instr="PAGE"/>
    <w:r>
      <w:rPr>
        <w:rFonts w:ascii="Inter" w:hAnsi="Inter" w:eastAsia="Inter"/>
        <w:b w:val="0"/>
        <w:i w:val="0"/>
        <w:color w:val="67798C"/>
        <w:sz w:val="14"/>
      </w:rPr>
      <w:t xml:space="preserve"> / 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pPr>
    <w:rPr>
      <w:rFonts w:ascii="Inter" w:hAnsi="Inter"/>
      <w:color w:val="24364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Arzt – editierbare Vorlage</dc:title>
  <dc:subject>Arztvollmacht und gesonderte Schweigepflichtentbindung</dc:subject>
  <dc:creator/>
  <cp:keywords>Arztvollmacht, Schweigepflichtentbindung, Word Vorlage</cp:keywords>
  <dc:description/>
  <cp:lastModifiedBy/>
  <cp:revision>1</cp:revision>
  <dcterms:created xsi:type="dcterms:W3CDTF">2013-12-23T23:15:00Z</dcterms:created>
  <dcterms:modified xsi:type="dcterms:W3CDTF">2013-12-23T23:15:00Z</dcterms:modified>
  <cp:category/>
</cp:coreProperties>
</file>