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40" w:line="250" w:lineRule="auto"/>
      </w:pPr>
      <w:r>
        <w:rPr>
          <w:rFonts w:ascii="Carlito" w:hAnsi="Carlito"/>
          <w:b/>
          <w:i w:val="0"/>
          <w:color w:val="17364B"/>
          <w:sz w:val="48"/>
        </w:rPr>
        <w:t>VOLLMACHT</w:t>
      </w:r>
    </w:p>
    <w:p>
      <w:pPr>
        <w:spacing w:before="0" w:after="140" w:line="250" w:lineRule="auto"/>
      </w:pPr>
      <w:r>
        <w:rPr>
          <w:rFonts w:ascii="Carlito" w:hAnsi="Carlito"/>
          <w:b w:val="0"/>
          <w:i w:val="0"/>
          <w:color w:val="137C82"/>
          <w:sz w:val="24"/>
        </w:rPr>
        <w:t>für Behördengänge und einzelne Verwaltungsangelegenheiten</w:t>
      </w:r>
    </w:p>
    <w:tbl>
      <w:tblPr>
        <w:tblW w:type="auto" w:w="0"/>
        <w:tblLook w:firstColumn="1" w:firstRow="1" w:lastColumn="0" w:lastRow="0" w:noHBand="0" w:noVBand="1" w:val="04A0"/>
      </w:tblPr>
      <w:tblGrid>
        <w:gridCol w:w="9922"/>
      </w:tblGrid>
      <w:tr>
        <w:trPr>
          <w:cantSplit/>
        </w:trPr>
        <w:tc>
          <w:tcPr>
            <w:tcW w:type="dxa" w:w="9922"/>
            <w:shd w:fill="DDF0EF"/>
            <w:tcMar>
              <w:top w:w="95" w:type="dxa"/>
              <w:bottom w:w="95" w:type="dxa"/>
              <w:left w:w="160" w:type="dxa"/>
              <w:right w:w="130" w:type="dxa"/>
            </w:tcMar>
          </w:tcPr>
          <w:p>
            <w:pPr>
              <w:spacing w:before="0" w:after="0" w:line="250" w:lineRule="auto"/>
            </w:pPr>
            <w:r>
              <w:rPr>
                <w:rFonts w:ascii="Carlito" w:hAnsi="Carlito"/>
                <w:b/>
                <w:i w:val="0"/>
                <w:color w:val="137C82"/>
                <w:sz w:val="15"/>
              </w:rPr>
              <w:t>ZWECKGEBUNDENE VERTRETUNG</w:t>
            </w:r>
            <w:r>
              <w:rPr>
                <w:rFonts w:ascii="Carlito" w:hAnsi="Carlito"/>
                <w:b w:val="0"/>
                <w:i w:val="0"/>
                <w:color w:val="203444"/>
                <w:sz w:val="16"/>
              </w:rPr>
              <w:t xml:space="preserve">   Für die nachstehend bezeichnete Behörde und Angelegenheit.</w:t>
            </w:r>
          </w:p>
        </w:tc>
      </w:tr>
    </w:tbl>
    <w:tbl>
      <w:tblPr>
        <w:tblW w:type="auto" w:w="0"/>
        <w:tblLayout w:type="fixed"/>
        <w:tblLook w:firstColumn="1" w:firstRow="1" w:lastColumn="0" w:lastRow="0" w:noHBand="0" w:noVBand="1" w:val="04A0"/>
      </w:tblPr>
      <w:tblGrid>
        <w:gridCol w:w="425"/>
        <w:gridCol w:w="9468"/>
      </w:tblGrid>
      <w:tr>
        <w:trPr>
          <w:cantSplit/>
        </w:trPr>
        <w:tc>
          <w:tcPr>
            <w:tcW w:type="dxa" w:w="425"/>
            <w:shd w:fill="137C82"/>
            <w:tcMar>
              <w:top w:w="80" w:type="dxa"/>
              <w:bottom w:w="80" w:type="dxa"/>
              <w:left w:w="40" w:type="dxa"/>
              <w:right w:w="30" w:type="dxa"/>
            </w:tcMar>
          </w:tcPr>
          <w:p>
            <w:pPr>
              <w:spacing w:before="0" w:after="0" w:line="250" w:lineRule="auto"/>
              <w:jc w:val="center"/>
            </w:pPr>
            <w:r>
              <w:rPr>
                <w:rFonts w:ascii="Carlito" w:hAnsi="Carlito"/>
                <w:b/>
                <w:i w:val="0"/>
                <w:color w:val="FFFFFF"/>
                <w:sz w:val="16"/>
              </w:rPr>
              <w:t>01</w:t>
            </w:r>
          </w:p>
        </w:tc>
        <w:tc>
          <w:tcPr>
            <w:tcW w:type="dxa" w:w="9468"/>
            <w:shd w:fill="17364B"/>
            <w:tcMar>
              <w:top w:w="80" w:type="dxa"/>
              <w:bottom w:w="80" w:type="dxa"/>
              <w:left w:w="140" w:type="dxa"/>
              <w:right w:w="100" w:type="dxa"/>
            </w:tcMar>
          </w:tcPr>
          <w:p>
            <w:pPr>
              <w:spacing w:before="0" w:after="0" w:line="250" w:lineRule="auto"/>
            </w:pPr>
            <w:r>
              <w:rPr>
                <w:rFonts w:ascii="Carlito" w:hAnsi="Carlito"/>
                <w:b/>
                <w:i w:val="0"/>
                <w:color w:val="FFFFFF"/>
                <w:sz w:val="18"/>
              </w:rPr>
              <w:t>BETEILIGTE</w:t>
            </w:r>
          </w:p>
        </w:tc>
      </w:tr>
    </w:tbl>
    <w:p>
      <w:pPr>
        <w:spacing w:after="0"/>
      </w:pPr>
    </w:p>
    <w:tbl>
      <w:tblPr>
        <w:tblW w:type="auto" w:w="0"/>
        <w:tblLayout w:type="fixed"/>
        <w:tblLook w:firstColumn="1" w:firstRow="1" w:lastColumn="0" w:lastRow="0" w:noHBand="0" w:noVBand="1" w:val="04A0"/>
      </w:tblPr>
      <w:tblGrid>
        <w:gridCol w:w="4961"/>
        <w:gridCol w:w="4961"/>
      </w:tblGrid>
      <w:tr>
        <w:trPr>
          <w:cantSplit/>
        </w:trPr>
        <w:tc>
          <w:tcPr>
            <w:tcW w:type="dxa" w:w="4961"/>
            <w:tcMar>
              <w:top w:w="0" w:type="dxa"/>
              <w:bottom w:w="10" w:type="dxa"/>
              <w:left w:w="0" w:type="dxa"/>
              <w:right w:w="90" w:type="dxa"/>
            </w:tcMar>
          </w:tcPr>
          <w:p>
            <w:pPr>
              <w:spacing w:before="0" w:after="100" w:line="250" w:lineRule="auto"/>
            </w:pPr>
            <w:r>
              <w:rPr>
                <w:rFonts w:ascii="Carlito" w:hAnsi="Carlito"/>
                <w:b/>
                <w:i w:val="0"/>
                <w:color w:val="137C82"/>
                <w:sz w:val="18"/>
              </w:rPr>
              <w:t>Vollmachtgeber/in</w:t>
            </w:r>
          </w:p>
          <w:tbl>
            <w:tblPr>
              <w:tblW w:type="auto" w:w="0"/>
              <w:tblLayout w:type="fixed"/>
              <w:tblLook w:firstColumn="1" w:firstRow="1" w:lastColumn="0" w:lastRow="0" w:noHBand="0" w:noVBand="1" w:val="04A0"/>
            </w:tblPr>
            <w:tblGrid>
              <w:gridCol w:w="4961"/>
            </w:tblGrid>
            <w:tr>
              <w:tc>
                <w:tcPr>
                  <w:tcW w:type="dxa" w:w="4961"/>
                  <w:vAlign w:val="center"/>
                  <w:tcMar>
                    <w:top w:w="80" w:type="dxa"/>
                    <w:bottom w:w="70" w:type="dxa"/>
                    <w:left w:w="130" w:type="dxa"/>
                    <w:right w:w="90" w:type="dxa"/>
                  </w:tcMar>
                  <w:shd w:fill="F3F7F8"/>
                  <w:tcBorders>
                    <w:bottom w:val="single" w:sz="5" w:color="D7E1E6"/>
                    <w:right w:val="single" w:sz="14" w:color="FFFFFF"/>
                  </w:tcBorders>
                </w:tcPr>
                <w:p>
                  <w:pPr>
                    <w:spacing w:before="0" w:after="40" w:line="250" w:lineRule="auto"/>
                  </w:pPr>
                  <w:r>
                    <w:rPr>
                      <w:rFonts w:ascii="Carlito" w:hAnsi="Carlito"/>
                      <w:b/>
                      <w:i w:val="0"/>
                      <w:color w:val="637683"/>
                      <w:sz w:val="14"/>
                    </w:rPr>
                    <w:t>VOR- UND NACHNAME</w:t>
                  </w:r>
                </w:p>
                <w:p>
                  <w:pPr>
                    <w:spacing w:before="0" w:after="0" w:line="240" w:lineRule="auto"/>
                  </w:pPr>
                  <w:sdt>
                    <w:sdtPr>
                      <w:alias w:val="Geber Name"/>
                      <w:tag w:val="geber_name"/>
                      <w:id w:val="100001"/>
                      <w:text/>
                    </w:sdtPr>
                    <w:sdtContent>
                      <w:r>
                        <w:rPr>
                          <w:color w:val="637683"/>
                          <w:sz w:val="18"/>
                          <w:rFonts w:ascii="Carlito" w:hAnsi="Carlito"/>
                        </w:rPr>
                        <w:t>Vor- und Nachname</w:t>
                      </w:r>
                    </w:sdtContent>
                  </w:sdt>
                </w:p>
              </w:tc>
            </w:tr>
          </w:tbl>
          <w:p/>
          <w:p>
            <w:pPr>
              <w:spacing w:before="0" w:after="0" w:line="250" w:lineRule="auto"/>
            </w:pPr>
          </w:p>
          <w:tbl>
            <w:tblPr>
              <w:tblW w:type="auto" w:w="0"/>
              <w:tblLayout w:type="fixed"/>
              <w:tblLook w:firstColumn="1" w:firstRow="1" w:lastColumn="0" w:lastRow="0" w:noHBand="0" w:noVBand="1" w:val="04A0"/>
            </w:tblPr>
            <w:tblGrid>
              <w:gridCol w:w="4961"/>
            </w:tblGrid>
            <w:tr>
              <w:tc>
                <w:tcPr>
                  <w:tcW w:type="dxa" w:w="4961"/>
                  <w:vAlign w:val="center"/>
                  <w:tcMar>
                    <w:top w:w="80" w:type="dxa"/>
                    <w:bottom w:w="70" w:type="dxa"/>
                    <w:left w:w="130" w:type="dxa"/>
                    <w:right w:w="90" w:type="dxa"/>
                  </w:tcMar>
                  <w:shd w:fill="F3F7F8"/>
                  <w:tcBorders>
                    <w:bottom w:val="single" w:sz="5" w:color="D7E1E6"/>
                    <w:right w:val="single" w:sz="14" w:color="FFFFFF"/>
                  </w:tcBorders>
                </w:tcPr>
                <w:p>
                  <w:pPr>
                    <w:spacing w:before="0" w:after="40" w:line="250" w:lineRule="auto"/>
                  </w:pPr>
                  <w:r>
                    <w:rPr>
                      <w:rFonts w:ascii="Carlito" w:hAnsi="Carlito"/>
                      <w:b/>
                      <w:i w:val="0"/>
                      <w:color w:val="637683"/>
                      <w:sz w:val="14"/>
                    </w:rPr>
                    <w:t>GEBURTSDATUM</w:t>
                  </w:r>
                </w:p>
                <w:p>
                  <w:pPr>
                    <w:spacing w:before="0" w:after="0" w:line="240" w:lineRule="auto"/>
                  </w:pPr>
                  <w:sdt>
                    <w:sdtPr>
                      <w:alias w:val="Geber Geburt"/>
                      <w:tag w:val="geber_geburt"/>
                      <w:id w:val="100002"/>
                      <w:text/>
                    </w:sdtPr>
                    <w:sdtContent>
                      <w:r>
                        <w:rPr>
                          <w:color w:val="637683"/>
                          <w:sz w:val="18"/>
                          <w:rFonts w:ascii="Carlito" w:hAnsi="Carlito"/>
                        </w:rPr>
                        <w:t>TT.MM.JJJJ</w:t>
                      </w:r>
                    </w:sdtContent>
                  </w:sdt>
                </w:p>
              </w:tc>
            </w:tr>
          </w:tbl>
          <w:p/>
          <w:p>
            <w:pPr>
              <w:spacing w:before="0" w:after="0" w:line="250" w:lineRule="auto"/>
            </w:pPr>
          </w:p>
          <w:tbl>
            <w:tblPr>
              <w:tblW w:type="auto" w:w="0"/>
              <w:tblLayout w:type="fixed"/>
              <w:tblLook w:firstColumn="1" w:firstRow="1" w:lastColumn="0" w:lastRow="0" w:noHBand="0" w:noVBand="1" w:val="04A0"/>
            </w:tblPr>
            <w:tblGrid>
              <w:gridCol w:w="4961"/>
            </w:tblGrid>
            <w:tr>
              <w:tc>
                <w:tcPr>
                  <w:tcW w:type="dxa" w:w="4961"/>
                  <w:vAlign w:val="center"/>
                  <w:tcMar>
                    <w:top w:w="80" w:type="dxa"/>
                    <w:bottom w:w="70" w:type="dxa"/>
                    <w:left w:w="130" w:type="dxa"/>
                    <w:right w:w="90" w:type="dxa"/>
                  </w:tcMar>
                  <w:shd w:fill="F3F7F8"/>
                  <w:tcBorders>
                    <w:bottom w:val="single" w:sz="5" w:color="D7E1E6"/>
                    <w:right w:val="single" w:sz="14" w:color="FFFFFF"/>
                  </w:tcBorders>
                </w:tcPr>
                <w:p>
                  <w:pPr>
                    <w:spacing w:before="0" w:after="40" w:line="250" w:lineRule="auto"/>
                  </w:pPr>
                  <w:r>
                    <w:rPr>
                      <w:rFonts w:ascii="Carlito" w:hAnsi="Carlito"/>
                      <w:b/>
                      <w:i w:val="0"/>
                      <w:color w:val="637683"/>
                      <w:sz w:val="14"/>
                    </w:rPr>
                    <w:t>STRASSE / HAUSNUMMER</w:t>
                  </w:r>
                </w:p>
                <w:p>
                  <w:pPr>
                    <w:spacing w:before="0" w:after="0" w:line="240" w:lineRule="auto"/>
                  </w:pPr>
                  <w:sdt>
                    <w:sdtPr>
                      <w:alias w:val="Geber Strasse"/>
                      <w:tag w:val="geber_strasse"/>
                      <w:id w:val="100003"/>
                      <w:text/>
                    </w:sdtPr>
                    <w:sdtContent>
                      <w:r>
                        <w:rPr>
                          <w:color w:val="637683"/>
                          <w:sz w:val="18"/>
                          <w:rFonts w:ascii="Carlito" w:hAnsi="Carlito"/>
                        </w:rPr>
                        <w:t>Straße und Hausnummer</w:t>
                      </w:r>
                    </w:sdtContent>
                  </w:sdt>
                </w:p>
              </w:tc>
            </w:tr>
          </w:tbl>
          <w:p/>
          <w:p>
            <w:pPr>
              <w:spacing w:before="0" w:after="0" w:line="250" w:lineRule="auto"/>
            </w:pPr>
          </w:p>
          <w:tbl>
            <w:tblPr>
              <w:tblW w:type="auto" w:w="0"/>
              <w:tblLayout w:type="fixed"/>
              <w:tblLook w:firstColumn="1" w:firstRow="1" w:lastColumn="0" w:lastRow="0" w:noHBand="0" w:noVBand="1" w:val="04A0"/>
            </w:tblPr>
            <w:tblGrid>
              <w:gridCol w:w="4961"/>
            </w:tblGrid>
            <w:tr>
              <w:tc>
                <w:tcPr>
                  <w:tcW w:type="dxa" w:w="4961"/>
                  <w:vAlign w:val="center"/>
                  <w:tcMar>
                    <w:top w:w="80" w:type="dxa"/>
                    <w:bottom w:w="70" w:type="dxa"/>
                    <w:left w:w="130" w:type="dxa"/>
                    <w:right w:w="90" w:type="dxa"/>
                  </w:tcMar>
                  <w:shd w:fill="F3F7F8"/>
                  <w:tcBorders>
                    <w:bottom w:val="single" w:sz="5" w:color="D7E1E6"/>
                    <w:right w:val="single" w:sz="14" w:color="FFFFFF"/>
                  </w:tcBorders>
                </w:tcPr>
                <w:p>
                  <w:pPr>
                    <w:spacing w:before="0" w:after="40" w:line="250" w:lineRule="auto"/>
                  </w:pPr>
                  <w:r>
                    <w:rPr>
                      <w:rFonts w:ascii="Carlito" w:hAnsi="Carlito"/>
                      <w:b/>
                      <w:i w:val="0"/>
                      <w:color w:val="637683"/>
                      <w:sz w:val="14"/>
                    </w:rPr>
                    <w:t>PLZ / ORT</w:t>
                  </w:r>
                </w:p>
                <w:p>
                  <w:pPr>
                    <w:spacing w:before="0" w:after="0" w:line="240" w:lineRule="auto"/>
                  </w:pPr>
                  <w:sdt>
                    <w:sdtPr>
                      <w:alias w:val="Geber Ort"/>
                      <w:tag w:val="geber_ort"/>
                      <w:id w:val="100004"/>
                      <w:text/>
                    </w:sdtPr>
                    <w:sdtContent>
                      <w:r>
                        <w:rPr>
                          <w:color w:val="637683"/>
                          <w:sz w:val="18"/>
                          <w:rFonts w:ascii="Carlito" w:hAnsi="Carlito"/>
                        </w:rPr>
                        <w:t>Postleitzahl und Ort</w:t>
                      </w:r>
                    </w:sdtContent>
                  </w:sdt>
                </w:p>
              </w:tc>
            </w:tr>
          </w:tbl>
          <w:p/>
          <w:p>
            <w:pPr>
              <w:spacing w:before="0" w:after="0" w:line="250" w:lineRule="auto"/>
            </w:pPr>
          </w:p>
        </w:tc>
        <w:tc>
          <w:tcPr>
            <w:tcW w:type="dxa" w:w="4961"/>
            <w:tcMar>
              <w:top w:w="0" w:type="dxa"/>
              <w:bottom w:w="10" w:type="dxa"/>
              <w:left w:w="0" w:type="dxa"/>
              <w:right w:w="0" w:type="dxa"/>
            </w:tcMar>
          </w:tcPr>
          <w:p>
            <w:pPr>
              <w:spacing w:before="0" w:after="100" w:line="250" w:lineRule="auto"/>
            </w:pPr>
            <w:r>
              <w:rPr>
                <w:rFonts w:ascii="Carlito" w:hAnsi="Carlito"/>
                <w:b/>
                <w:i w:val="0"/>
                <w:color w:val="137C82"/>
                <w:sz w:val="18"/>
              </w:rPr>
              <w:t>Bevollmächtigte Person</w:t>
            </w:r>
          </w:p>
          <w:tbl>
            <w:tblPr>
              <w:tblW w:type="auto" w:w="0"/>
              <w:tblLayout w:type="fixed"/>
              <w:tblLook w:firstColumn="1" w:firstRow="1" w:lastColumn="0" w:lastRow="0" w:noHBand="0" w:noVBand="1" w:val="04A0"/>
            </w:tblPr>
            <w:tblGrid>
              <w:gridCol w:w="4961"/>
            </w:tblGrid>
            <w:tr>
              <w:tc>
                <w:tcPr>
                  <w:tcW w:type="dxa" w:w="4961"/>
                  <w:vAlign w:val="center"/>
                  <w:tcMar>
                    <w:top w:w="80" w:type="dxa"/>
                    <w:bottom w:w="70" w:type="dxa"/>
                    <w:left w:w="130" w:type="dxa"/>
                    <w:right w:w="90" w:type="dxa"/>
                  </w:tcMar>
                  <w:shd w:fill="F3F7F8"/>
                  <w:tcBorders>
                    <w:bottom w:val="single" w:sz="5" w:color="D7E1E6"/>
                    <w:right w:val="single" w:sz="14" w:color="FFFFFF"/>
                  </w:tcBorders>
                </w:tcPr>
                <w:p>
                  <w:pPr>
                    <w:spacing w:before="0" w:after="40" w:line="250" w:lineRule="auto"/>
                  </w:pPr>
                  <w:r>
                    <w:rPr>
                      <w:rFonts w:ascii="Carlito" w:hAnsi="Carlito"/>
                      <w:b/>
                      <w:i w:val="0"/>
                      <w:color w:val="637683"/>
                      <w:sz w:val="14"/>
                    </w:rPr>
                    <w:t>VOR- UND NACHNAME</w:t>
                  </w:r>
                </w:p>
                <w:p>
                  <w:pPr>
                    <w:spacing w:before="0" w:after="0" w:line="240" w:lineRule="auto"/>
                  </w:pPr>
                  <w:sdt>
                    <w:sdtPr>
                      <w:alias w:val="Vertreter Name"/>
                      <w:tag w:val="vertreter_name"/>
                      <w:id w:val="100005"/>
                      <w:text/>
                    </w:sdtPr>
                    <w:sdtContent>
                      <w:r>
                        <w:rPr>
                          <w:color w:val="637683"/>
                          <w:sz w:val="18"/>
                          <w:rFonts w:ascii="Carlito" w:hAnsi="Carlito"/>
                        </w:rPr>
                        <w:t>Vor- und Nachname</w:t>
                      </w:r>
                    </w:sdtContent>
                  </w:sdt>
                </w:p>
              </w:tc>
            </w:tr>
          </w:tbl>
          <w:p/>
          <w:p>
            <w:pPr>
              <w:spacing w:before="0" w:after="0" w:line="250" w:lineRule="auto"/>
            </w:pPr>
          </w:p>
          <w:tbl>
            <w:tblPr>
              <w:tblW w:type="auto" w:w="0"/>
              <w:tblLayout w:type="fixed"/>
              <w:tblLook w:firstColumn="1" w:firstRow="1" w:lastColumn="0" w:lastRow="0" w:noHBand="0" w:noVBand="1" w:val="04A0"/>
            </w:tblPr>
            <w:tblGrid>
              <w:gridCol w:w="4961"/>
            </w:tblGrid>
            <w:tr>
              <w:tc>
                <w:tcPr>
                  <w:tcW w:type="dxa" w:w="4961"/>
                  <w:vAlign w:val="center"/>
                  <w:tcMar>
                    <w:top w:w="80" w:type="dxa"/>
                    <w:bottom w:w="70" w:type="dxa"/>
                    <w:left w:w="130" w:type="dxa"/>
                    <w:right w:w="90" w:type="dxa"/>
                  </w:tcMar>
                  <w:shd w:fill="F3F7F8"/>
                  <w:tcBorders>
                    <w:bottom w:val="single" w:sz="5" w:color="D7E1E6"/>
                    <w:right w:val="single" w:sz="14" w:color="FFFFFF"/>
                  </w:tcBorders>
                </w:tcPr>
                <w:p>
                  <w:pPr>
                    <w:spacing w:before="0" w:after="40" w:line="250" w:lineRule="auto"/>
                  </w:pPr>
                  <w:r>
                    <w:rPr>
                      <w:rFonts w:ascii="Carlito" w:hAnsi="Carlito"/>
                      <w:b/>
                      <w:i w:val="0"/>
                      <w:color w:val="637683"/>
                      <w:sz w:val="14"/>
                    </w:rPr>
                    <w:t>GEBURTSDATUM</w:t>
                  </w:r>
                </w:p>
                <w:p>
                  <w:pPr>
                    <w:spacing w:before="0" w:after="0" w:line="240" w:lineRule="auto"/>
                  </w:pPr>
                  <w:sdt>
                    <w:sdtPr>
                      <w:alias w:val="Vertreter Geburt"/>
                      <w:tag w:val="vertreter_geburt"/>
                      <w:id w:val="100006"/>
                      <w:text/>
                    </w:sdtPr>
                    <w:sdtContent>
                      <w:r>
                        <w:rPr>
                          <w:color w:val="637683"/>
                          <w:sz w:val="18"/>
                          <w:rFonts w:ascii="Carlito" w:hAnsi="Carlito"/>
                        </w:rPr>
                        <w:t>TT.MM.JJJJ</w:t>
                      </w:r>
                    </w:sdtContent>
                  </w:sdt>
                </w:p>
              </w:tc>
            </w:tr>
          </w:tbl>
          <w:p/>
          <w:p>
            <w:pPr>
              <w:spacing w:before="0" w:after="0" w:line="250" w:lineRule="auto"/>
            </w:pPr>
          </w:p>
          <w:tbl>
            <w:tblPr>
              <w:tblW w:type="auto" w:w="0"/>
              <w:tblLayout w:type="fixed"/>
              <w:tblLook w:firstColumn="1" w:firstRow="1" w:lastColumn="0" w:lastRow="0" w:noHBand="0" w:noVBand="1" w:val="04A0"/>
            </w:tblPr>
            <w:tblGrid>
              <w:gridCol w:w="4961"/>
            </w:tblGrid>
            <w:tr>
              <w:tc>
                <w:tcPr>
                  <w:tcW w:type="dxa" w:w="4961"/>
                  <w:vAlign w:val="center"/>
                  <w:tcMar>
                    <w:top w:w="80" w:type="dxa"/>
                    <w:bottom w:w="70" w:type="dxa"/>
                    <w:left w:w="130" w:type="dxa"/>
                    <w:right w:w="90" w:type="dxa"/>
                  </w:tcMar>
                  <w:shd w:fill="F3F7F8"/>
                  <w:tcBorders>
                    <w:bottom w:val="single" w:sz="5" w:color="D7E1E6"/>
                    <w:right w:val="single" w:sz="14" w:color="FFFFFF"/>
                  </w:tcBorders>
                </w:tcPr>
                <w:p>
                  <w:pPr>
                    <w:spacing w:before="0" w:after="40" w:line="250" w:lineRule="auto"/>
                  </w:pPr>
                  <w:r>
                    <w:rPr>
                      <w:rFonts w:ascii="Carlito" w:hAnsi="Carlito"/>
                      <w:b/>
                      <w:i w:val="0"/>
                      <w:color w:val="637683"/>
                      <w:sz w:val="14"/>
                    </w:rPr>
                    <w:t>STRASSE / HAUSNUMMER</w:t>
                  </w:r>
                </w:p>
                <w:p>
                  <w:pPr>
                    <w:spacing w:before="0" w:after="0" w:line="240" w:lineRule="auto"/>
                  </w:pPr>
                  <w:sdt>
                    <w:sdtPr>
                      <w:alias w:val="Vertreter Strasse"/>
                      <w:tag w:val="vertreter_strasse"/>
                      <w:id w:val="100007"/>
                      <w:text/>
                    </w:sdtPr>
                    <w:sdtContent>
                      <w:r>
                        <w:rPr>
                          <w:color w:val="637683"/>
                          <w:sz w:val="18"/>
                          <w:rFonts w:ascii="Carlito" w:hAnsi="Carlito"/>
                        </w:rPr>
                        <w:t>Straße und Hausnummer</w:t>
                      </w:r>
                    </w:sdtContent>
                  </w:sdt>
                </w:p>
              </w:tc>
            </w:tr>
          </w:tbl>
          <w:p/>
          <w:p>
            <w:pPr>
              <w:spacing w:before="0" w:after="0" w:line="250" w:lineRule="auto"/>
            </w:pPr>
          </w:p>
          <w:tbl>
            <w:tblPr>
              <w:tblW w:type="auto" w:w="0"/>
              <w:tblLayout w:type="fixed"/>
              <w:tblLook w:firstColumn="1" w:firstRow="1" w:lastColumn="0" w:lastRow="0" w:noHBand="0" w:noVBand="1" w:val="04A0"/>
            </w:tblPr>
            <w:tblGrid>
              <w:gridCol w:w="4961"/>
            </w:tblGrid>
            <w:tr>
              <w:tc>
                <w:tcPr>
                  <w:tcW w:type="dxa" w:w="4961"/>
                  <w:vAlign w:val="center"/>
                  <w:tcMar>
                    <w:top w:w="80" w:type="dxa"/>
                    <w:bottom w:w="70" w:type="dxa"/>
                    <w:left w:w="130" w:type="dxa"/>
                    <w:right w:w="90" w:type="dxa"/>
                  </w:tcMar>
                  <w:shd w:fill="F3F7F8"/>
                  <w:tcBorders>
                    <w:bottom w:val="single" w:sz="5" w:color="D7E1E6"/>
                    <w:right w:val="single" w:sz="14" w:color="FFFFFF"/>
                  </w:tcBorders>
                </w:tcPr>
                <w:p>
                  <w:pPr>
                    <w:spacing w:before="0" w:after="40" w:line="250" w:lineRule="auto"/>
                  </w:pPr>
                  <w:r>
                    <w:rPr>
                      <w:rFonts w:ascii="Carlito" w:hAnsi="Carlito"/>
                      <w:b/>
                      <w:i w:val="0"/>
                      <w:color w:val="637683"/>
                      <w:sz w:val="14"/>
                    </w:rPr>
                    <w:t>PLZ / ORT</w:t>
                  </w:r>
                </w:p>
                <w:p>
                  <w:pPr>
                    <w:spacing w:before="0" w:after="0" w:line="240" w:lineRule="auto"/>
                  </w:pPr>
                  <w:sdt>
                    <w:sdtPr>
                      <w:alias w:val="Vertreter Ort"/>
                      <w:tag w:val="vertreter_ort"/>
                      <w:id w:val="100008"/>
                      <w:text/>
                    </w:sdtPr>
                    <w:sdtContent>
                      <w:r>
                        <w:rPr>
                          <w:color w:val="637683"/>
                          <w:sz w:val="18"/>
                          <w:rFonts w:ascii="Carlito" w:hAnsi="Carlito"/>
                        </w:rPr>
                        <w:t>Postleitzahl und Ort</w:t>
                      </w:r>
                    </w:sdtContent>
                  </w:sdt>
                </w:p>
              </w:tc>
            </w:tr>
          </w:tbl>
          <w:p/>
          <w:p>
            <w:pPr>
              <w:spacing w:before="0" w:after="0" w:line="250" w:lineRule="auto"/>
            </w:pPr>
          </w:p>
        </w:tc>
      </w:tr>
    </w:tbl>
    <w:tbl>
      <w:tblPr>
        <w:tblW w:type="auto" w:w="0"/>
        <w:tblLayout w:type="fixed"/>
        <w:tblLook w:firstColumn="1" w:firstRow="1" w:lastColumn="0" w:lastRow="0" w:noHBand="0" w:noVBand="1" w:val="04A0"/>
      </w:tblPr>
      <w:tblGrid>
        <w:gridCol w:w="425"/>
        <w:gridCol w:w="9468"/>
      </w:tblGrid>
      <w:tr>
        <w:trPr>
          <w:cantSplit/>
        </w:trPr>
        <w:tc>
          <w:tcPr>
            <w:tcW w:type="dxa" w:w="425"/>
            <w:shd w:fill="137C82"/>
            <w:tcMar>
              <w:top w:w="80" w:type="dxa"/>
              <w:bottom w:w="80" w:type="dxa"/>
              <w:left w:w="40" w:type="dxa"/>
              <w:right w:w="30" w:type="dxa"/>
            </w:tcMar>
          </w:tcPr>
          <w:p>
            <w:pPr>
              <w:spacing w:before="0" w:after="0" w:line="250" w:lineRule="auto"/>
              <w:jc w:val="center"/>
            </w:pPr>
            <w:r>
              <w:rPr>
                <w:rFonts w:ascii="Carlito" w:hAnsi="Carlito"/>
                <w:b/>
                <w:i w:val="0"/>
                <w:color w:val="FFFFFF"/>
                <w:sz w:val="16"/>
              </w:rPr>
              <w:t>02</w:t>
            </w:r>
          </w:p>
        </w:tc>
        <w:tc>
          <w:tcPr>
            <w:tcW w:type="dxa" w:w="9468"/>
            <w:shd w:fill="17364B"/>
            <w:tcMar>
              <w:top w:w="80" w:type="dxa"/>
              <w:bottom w:w="80" w:type="dxa"/>
              <w:left w:w="140" w:type="dxa"/>
              <w:right w:w="100" w:type="dxa"/>
            </w:tcMar>
          </w:tcPr>
          <w:p>
            <w:pPr>
              <w:spacing w:before="0" w:after="0" w:line="250" w:lineRule="auto"/>
            </w:pPr>
            <w:r>
              <w:rPr>
                <w:rFonts w:ascii="Carlito" w:hAnsi="Carlito"/>
                <w:b/>
                <w:i w:val="0"/>
                <w:color w:val="FFFFFF"/>
                <w:sz w:val="18"/>
              </w:rPr>
              <w:t>BEHÖRDE UND KONKRETES ANLIEGEN</w:t>
            </w:r>
          </w:p>
        </w:tc>
      </w:tr>
    </w:tbl>
    <w:p>
      <w:pPr>
        <w:spacing w:after="0"/>
      </w:pPr>
    </w:p>
    <w:tbl>
      <w:tblPr>
        <w:tblW w:type="auto" w:w="0"/>
        <w:tblLayout w:type="fixed"/>
        <w:tblLook w:firstColumn="1" w:firstRow="1" w:lastColumn="0" w:lastRow="0" w:noHBand="0" w:noVBand="1" w:val="04A0"/>
      </w:tblPr>
      <w:tblGrid>
        <w:gridCol w:w="4961"/>
        <w:gridCol w:w="4961"/>
      </w:tblGrid>
      <w:tr>
        <w:trPr>
          <w:cantSplit/>
        </w:trPr>
        <w:tc>
          <w:tcPr>
            <w:tcW w:type="dxa" w:w="4961"/>
            <w:vAlign w:val="center"/>
            <w:tcMar>
              <w:top w:w="80" w:type="dxa"/>
              <w:bottom w:w="70" w:type="dxa"/>
              <w:left w:w="130" w:type="dxa"/>
              <w:right w:w="90" w:type="dxa"/>
            </w:tcMar>
            <w:shd w:fill="F3F7F8"/>
            <w:tcBorders>
              <w:bottom w:val="single" w:sz="5" w:color="D7E1E6"/>
              <w:right w:val="single" w:sz="14" w:color="FFFFFF"/>
            </w:tcBorders>
          </w:tcPr>
          <w:p>
            <w:pPr>
              <w:spacing w:before="0" w:after="40" w:line="250" w:lineRule="auto"/>
            </w:pPr>
            <w:r>
              <w:rPr>
                <w:rFonts w:ascii="Carlito" w:hAnsi="Carlito"/>
                <w:b/>
                <w:i w:val="0"/>
                <w:color w:val="637683"/>
                <w:sz w:val="14"/>
              </w:rPr>
              <w:t>BEHÖRDE / DIENSTSTELLE</w:t>
            </w:r>
          </w:p>
          <w:p>
            <w:pPr>
              <w:spacing w:before="0" w:after="0" w:line="240" w:lineRule="auto"/>
            </w:pPr>
            <w:sdt>
              <w:sdtPr>
                <w:alias w:val="Behoerde"/>
                <w:tag w:val="behoerde"/>
                <w:id w:val="100009"/>
                <w:text/>
              </w:sdtPr>
              <w:sdtContent>
                <w:r>
                  <w:rPr>
                    <w:color w:val="637683"/>
                    <w:sz w:val="18"/>
                    <w:rFonts w:ascii="Carlito" w:hAnsi="Carlito"/>
                  </w:rPr>
                  <w:t>Behörde oder Amt</w:t>
                </w:r>
              </w:sdtContent>
            </w:sdt>
          </w:p>
        </w:tc>
        <w:tc>
          <w:tcPr>
            <w:tcW w:type="dxa" w:w="4961"/>
            <w:vAlign w:val="center"/>
            <w:tcMar>
              <w:top w:w="80" w:type="dxa"/>
              <w:bottom w:w="70" w:type="dxa"/>
              <w:left w:w="130" w:type="dxa"/>
              <w:right w:w="90" w:type="dxa"/>
            </w:tcMar>
            <w:shd w:fill="F3F7F8"/>
            <w:tcBorders>
              <w:bottom w:val="single" w:sz="5" w:color="D7E1E6"/>
              <w:right w:val="single" w:sz="14" w:color="FFFFFF"/>
            </w:tcBorders>
          </w:tcPr>
          <w:p>
            <w:pPr>
              <w:spacing w:before="0" w:after="40" w:line="250" w:lineRule="auto"/>
            </w:pPr>
            <w:r>
              <w:rPr>
                <w:rFonts w:ascii="Carlito" w:hAnsi="Carlito"/>
                <w:b/>
                <w:i w:val="0"/>
                <w:color w:val="637683"/>
                <w:sz w:val="14"/>
              </w:rPr>
              <w:t>AKTENZEICHEN / VORGANGSNUMMER (FALLS VORHANDEN)</w:t>
            </w:r>
          </w:p>
          <w:p>
            <w:pPr>
              <w:spacing w:before="0" w:after="0" w:line="240" w:lineRule="auto"/>
            </w:pPr>
            <w:sdt>
              <w:sdtPr>
                <w:alias w:val="Aktenzeichen"/>
                <w:tag w:val="aktenzeichen"/>
                <w:id w:val="100010"/>
                <w:text/>
              </w:sdtPr>
              <w:sdtContent>
                <w:r>
                  <w:rPr>
                    <w:color w:val="637683"/>
                    <w:sz w:val="18"/>
                    <w:rFonts w:ascii="Carlito" w:hAnsi="Carlito"/>
                  </w:rPr>
                  <w:t>Optional</w:t>
                </w:r>
              </w:sdtContent>
            </w:sdt>
          </w:p>
        </w:tc>
      </w:tr>
    </w:tbl>
    <w:tbl>
      <w:tblPr>
        <w:tblW w:type="auto" w:w="0"/>
        <w:tblLayout w:type="fixed"/>
        <w:tblLook w:firstColumn="1" w:firstRow="1" w:lastColumn="0" w:lastRow="0" w:noHBand="0" w:noVBand="1" w:val="04A0"/>
      </w:tblPr>
      <w:tblGrid>
        <w:gridCol w:w="9921"/>
      </w:tblGrid>
      <w:tr>
        <w:trPr>
          <w:cantSplit/>
        </w:trPr>
        <w:tc>
          <w:tcPr>
            <w:tcW w:type="dxa" w:w="9922"/>
            <w:vAlign w:val="center"/>
            <w:tcMar>
              <w:top w:w="80" w:type="dxa"/>
              <w:bottom w:w="70" w:type="dxa"/>
              <w:left w:w="130" w:type="dxa"/>
              <w:right w:w="90" w:type="dxa"/>
            </w:tcMar>
            <w:shd w:fill="F3F7F8"/>
            <w:tcBorders>
              <w:bottom w:val="single" w:sz="5" w:color="D7E1E6"/>
              <w:right w:val="single" w:sz="14" w:color="FFFFFF"/>
            </w:tcBorders>
          </w:tcPr>
          <w:p>
            <w:pPr>
              <w:spacing w:before="0" w:after="40" w:line="250" w:lineRule="auto"/>
            </w:pPr>
            <w:r>
              <w:rPr>
                <w:rFonts w:ascii="Carlito" w:hAnsi="Carlito"/>
                <w:b/>
                <w:i w:val="0"/>
                <w:color w:val="637683"/>
                <w:sz w:val="14"/>
              </w:rPr>
              <w:t>ANLIEGEN / BETROFFENER VORGANG</w:t>
            </w:r>
          </w:p>
          <w:p>
            <w:pPr>
              <w:spacing w:before="0" w:after="0" w:line="240" w:lineRule="auto"/>
            </w:pPr>
            <w:sdt>
              <w:sdtPr>
                <w:alias w:val="Anliegen"/>
                <w:tag w:val="anliegen"/>
                <w:id w:val="100011"/>
                <w:text/>
              </w:sdtPr>
              <w:sdtContent>
                <w:r>
                  <w:rPr>
                    <w:color w:val="637683"/>
                    <w:sz w:val="18"/>
                    <w:rFonts w:ascii="Carlito" w:hAnsi="Carlito"/>
                  </w:rPr>
                  <w:t>Angelegenheit möglichst genau beschreiben</w:t>
                </w:r>
              </w:sdtContent>
            </w:sdt>
          </w:p>
        </w:tc>
      </w:tr>
    </w:tbl>
    <w:p>
      <w:pPr>
        <w:spacing w:before="100" w:after="120" w:line="259" w:lineRule="auto"/>
      </w:pPr>
      <w:r>
        <w:rPr>
          <w:rFonts w:ascii="Carlito" w:hAnsi="Carlito"/>
          <w:b w:val="0"/>
          <w:i w:val="0"/>
          <w:color w:val="203444"/>
          <w:sz w:val="17"/>
        </w:rPr>
        <w:t>Hiermit bevollmächtige ich die oben genannte Person, mich ausschließlich in der bezeichneten Angelegenheit gegenüber der genannten Behörde im Umfang der angekreuzten Befugnisse zu vertreten.</w:t>
      </w:r>
    </w:p>
    <w:tbl>
      <w:tblPr>
        <w:tblW w:type="auto" w:w="0"/>
        <w:tblLayout w:type="fixed"/>
        <w:tblLook w:firstColumn="1" w:firstRow="1" w:lastColumn="0" w:lastRow="0" w:noHBand="0" w:noVBand="1" w:val="04A0"/>
      </w:tblPr>
      <w:tblGrid>
        <w:gridCol w:w="425"/>
        <w:gridCol w:w="9468"/>
      </w:tblGrid>
      <w:tr>
        <w:trPr>
          <w:cantSplit/>
        </w:trPr>
        <w:tc>
          <w:tcPr>
            <w:tcW w:type="dxa" w:w="425"/>
            <w:shd w:fill="137C82"/>
            <w:tcMar>
              <w:top w:w="80" w:type="dxa"/>
              <w:bottom w:w="80" w:type="dxa"/>
              <w:left w:w="40" w:type="dxa"/>
              <w:right w:w="30" w:type="dxa"/>
            </w:tcMar>
          </w:tcPr>
          <w:p>
            <w:pPr>
              <w:spacing w:before="0" w:after="0" w:line="250" w:lineRule="auto"/>
              <w:jc w:val="center"/>
            </w:pPr>
            <w:r>
              <w:rPr>
                <w:rFonts w:ascii="Carlito" w:hAnsi="Carlito"/>
                <w:b/>
                <w:i w:val="0"/>
                <w:color w:val="FFFFFF"/>
                <w:sz w:val="16"/>
              </w:rPr>
              <w:t>03</w:t>
            </w:r>
          </w:p>
        </w:tc>
        <w:tc>
          <w:tcPr>
            <w:tcW w:type="dxa" w:w="9468"/>
            <w:shd w:fill="17364B"/>
            <w:tcMar>
              <w:top w:w="80" w:type="dxa"/>
              <w:bottom w:w="80" w:type="dxa"/>
              <w:left w:w="140" w:type="dxa"/>
              <w:right w:w="100" w:type="dxa"/>
            </w:tcMar>
          </w:tcPr>
          <w:p>
            <w:pPr>
              <w:spacing w:before="0" w:after="0" w:line="250" w:lineRule="auto"/>
            </w:pPr>
            <w:r>
              <w:rPr>
                <w:rFonts w:ascii="Carlito" w:hAnsi="Carlito"/>
                <w:b/>
                <w:i w:val="0"/>
                <w:color w:val="FFFFFF"/>
                <w:sz w:val="18"/>
              </w:rPr>
              <w:t>UMFANG DER VOLLMACHT</w:t>
            </w:r>
            <w:r>
              <w:rPr>
                <w:rFonts w:ascii="Carlito" w:hAnsi="Carlito"/>
                <w:b w:val="0"/>
                <w:i w:val="0"/>
                <w:color w:val="B4D3D6"/>
                <w:sz w:val="14"/>
              </w:rPr>
              <w:t xml:space="preserve">    Nur markierte Befugnisse gelten</w:t>
            </w:r>
          </w:p>
        </w:tc>
      </w:tr>
    </w:tbl>
    <w:p>
      <w:pPr>
        <w:spacing w:after="0"/>
      </w:pPr>
    </w:p>
    <w:tbl>
      <w:tblPr>
        <w:tblW w:type="auto" w:w="0"/>
        <w:tblLayout w:type="fixed"/>
        <w:tblLook w:firstColumn="1" w:firstRow="1" w:lastColumn="0" w:lastRow="0" w:noHBand="0" w:noVBand="1" w:val="04A0"/>
      </w:tblPr>
      <w:tblGrid>
        <w:gridCol w:w="4961"/>
        <w:gridCol w:w="4961"/>
      </w:tblGrid>
      <w:tr>
        <w:trPr>
          <w:cantSplit/>
        </w:trPr>
        <w:tc>
          <w:tcPr>
            <w:tcW w:type="dxa" w:w="4961"/>
            <w:tcMar>
              <w:top w:w="57" w:type="dxa"/>
              <w:bottom w:w="55" w:type="dxa"/>
              <w:left w:w="125" w:type="dxa"/>
              <w:right w:w="60" w:type="dxa"/>
            </w:tcMar>
            <w:tcBorders>
              <w:bottom w:val="single" w:sz="4" w:color="D7E1E6"/>
            </w:tcBorders>
          </w:tcPr>
          <w:p>
            <w:pPr>
              <w:spacing w:before="0" w:after="0" w:line="250" w:lineRule="auto"/>
            </w:pPr>
            <w:sdt>
              <w:sdtPr>
                <w:alias w:val="Auskünfte einholen und Rückfragen klären"/>
                <w:tag w:val="auskunft"/>
                <w:id w:val="200001"/>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03444"/>
                <w:sz w:val="17"/>
              </w:rPr>
              <w:t xml:space="preserve">  Auskünfte einholen und Rückfragen klären</w:t>
            </w:r>
          </w:p>
        </w:tc>
        <w:tc>
          <w:tcPr>
            <w:tcW w:type="dxa" w:w="4961"/>
            <w:tcMar>
              <w:top w:w="57" w:type="dxa"/>
              <w:bottom w:w="55" w:type="dxa"/>
              <w:left w:w="125" w:type="dxa"/>
              <w:right w:w="60" w:type="dxa"/>
            </w:tcMar>
            <w:tcBorders>
              <w:bottom w:val="single" w:sz="4" w:color="D7E1E6"/>
            </w:tcBorders>
          </w:tcPr>
          <w:p>
            <w:pPr>
              <w:spacing w:before="0" w:after="0" w:line="250" w:lineRule="auto"/>
            </w:pPr>
            <w:sdt>
              <w:sdtPr>
                <w:alias w:val="Termine wahrnehmen"/>
                <w:tag w:val="termine"/>
                <w:id w:val="200002"/>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03444"/>
                <w:sz w:val="17"/>
              </w:rPr>
              <w:t xml:space="preserve">  Termine wahrnehmen</w:t>
            </w:r>
          </w:p>
        </w:tc>
      </w:tr>
      <w:tr>
        <w:trPr>
          <w:cantSplit/>
        </w:trPr>
        <w:tc>
          <w:tcPr>
            <w:tcW w:type="dxa" w:w="4961"/>
            <w:tcMar>
              <w:top w:w="57" w:type="dxa"/>
              <w:bottom w:w="55" w:type="dxa"/>
              <w:left w:w="125" w:type="dxa"/>
              <w:right w:w="60" w:type="dxa"/>
            </w:tcMar>
            <w:tcBorders>
              <w:bottom w:val="single" w:sz="4" w:color="D7E1E6"/>
            </w:tcBorders>
          </w:tcPr>
          <w:p>
            <w:pPr>
              <w:spacing w:before="0" w:after="0" w:line="250" w:lineRule="auto"/>
            </w:pPr>
            <w:sdt>
              <w:sdtPr>
                <w:alias w:val="Unterlagen einreichen oder nachreichen"/>
                <w:tag w:val="abgabe"/>
                <w:id w:val="200003"/>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03444"/>
                <w:sz w:val="17"/>
              </w:rPr>
              <w:t xml:space="preserve">  Unterlagen einreichen oder nachreichen</w:t>
            </w:r>
          </w:p>
        </w:tc>
        <w:tc>
          <w:tcPr>
            <w:tcW w:type="dxa" w:w="4961"/>
            <w:tcMar>
              <w:top w:w="57" w:type="dxa"/>
              <w:bottom w:w="55" w:type="dxa"/>
              <w:left w:w="125" w:type="dxa"/>
              <w:right w:w="60" w:type="dxa"/>
            </w:tcMar>
            <w:tcBorders>
              <w:bottom w:val="single" w:sz="4" w:color="D7E1E6"/>
            </w:tcBorders>
          </w:tcPr>
          <w:p>
            <w:pPr>
              <w:spacing w:before="0" w:after="0" w:line="250" w:lineRule="auto"/>
            </w:pPr>
            <w:sdt>
              <w:sdtPr>
                <w:alias w:val="Bescheinigungen / Dokumente abholen"/>
                <w:tag w:val="abholung"/>
                <w:id w:val="200004"/>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03444"/>
                <w:sz w:val="17"/>
              </w:rPr>
              <w:t xml:space="preserve">  Bescheinigungen / Dokumente abholen</w:t>
            </w:r>
          </w:p>
        </w:tc>
      </w:tr>
      <w:tr>
        <w:trPr>
          <w:cantSplit/>
        </w:trPr>
        <w:tc>
          <w:tcPr>
            <w:tcW w:type="dxa" w:w="4961"/>
            <w:tcMar>
              <w:top w:w="57" w:type="dxa"/>
              <w:bottom w:w="55" w:type="dxa"/>
              <w:left w:w="125" w:type="dxa"/>
              <w:right w:w="60" w:type="dxa"/>
            </w:tcMar>
            <w:tcBorders>
              <w:bottom w:val="single" w:sz="4" w:color="D7E1E6"/>
            </w:tcBorders>
          </w:tcPr>
          <w:p>
            <w:pPr>
              <w:spacing w:before="0" w:after="0" w:line="250" w:lineRule="auto"/>
            </w:pPr>
            <w:sdt>
              <w:sdtPr>
                <w:alias w:val="Anträge oder Erklärungen abgeben"/>
                <w:tag w:val="antraege"/>
                <w:id w:val="200005"/>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03444"/>
                <w:sz w:val="17"/>
              </w:rPr>
              <w:t xml:space="preserve">  Anträge oder Erklärungen abgeben</w:t>
            </w:r>
          </w:p>
        </w:tc>
        <w:tc>
          <w:tcPr>
            <w:tcW w:type="dxa" w:w="4961"/>
            <w:tcMar>
              <w:top w:w="57" w:type="dxa"/>
              <w:bottom w:w="55" w:type="dxa"/>
              <w:left w:w="125" w:type="dxa"/>
              <w:right w:w="60" w:type="dxa"/>
            </w:tcMar>
            <w:tcBorders>
              <w:bottom w:val="single" w:sz="4" w:color="D7E1E6"/>
            </w:tcBorders>
          </w:tcPr>
          <w:p>
            <w:pPr>
              <w:spacing w:before="0" w:after="0" w:line="250" w:lineRule="auto"/>
            </w:pPr>
            <w:sdt>
              <w:sdtPr>
                <w:alias w:val="Anträge im Rahmen des Vorgangs unterschreiben"/>
                <w:tag w:val="unterschrift"/>
                <w:id w:val="200006"/>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03444"/>
                <w:sz w:val="17"/>
              </w:rPr>
              <w:t xml:space="preserve">  Anträge im Rahmen des Vorgangs unterschreiben</w:t>
            </w:r>
          </w:p>
        </w:tc>
      </w:tr>
    </w:tbl>
    <w:p>
      <w:pPr>
        <w:spacing w:before="120" w:after="60" w:line="250" w:lineRule="auto"/>
      </w:pPr>
      <w:r>
        <w:rPr>
          <w:rFonts w:ascii="Carlito" w:hAnsi="Carlito"/>
          <w:b/>
          <w:i w:val="0"/>
          <w:color w:val="C08A4D"/>
          <w:sz w:val="15"/>
        </w:rPr>
        <w:t>GESONDERTE BEFUGNISSE</w:t>
      </w:r>
      <w:r>
        <w:rPr>
          <w:rFonts w:ascii="Carlito" w:hAnsi="Carlito"/>
          <w:b w:val="0"/>
          <w:i w:val="0"/>
          <w:color w:val="637683"/>
          <w:sz w:val="15"/>
        </w:rPr>
        <w:t xml:space="preserve">   (nur bei ausdrücklicher Auswahl)</w:t>
      </w:r>
    </w:p>
    <w:tbl>
      <w:tblPr>
        <w:tblW w:type="auto" w:w="0"/>
        <w:tblLayout w:type="fixed"/>
        <w:tblLook w:firstColumn="1" w:firstRow="1" w:lastColumn="0" w:lastRow="0" w:noHBand="0" w:noVBand="1" w:val="04A0"/>
      </w:tblPr>
      <w:tblGrid>
        <w:gridCol w:w="4961"/>
        <w:gridCol w:w="4961"/>
      </w:tblGrid>
      <w:tr>
        <w:trPr>
          <w:cantSplit/>
        </w:trPr>
        <w:tc>
          <w:tcPr>
            <w:tcW w:type="dxa" w:w="4961"/>
            <w:tcMar>
              <w:top w:w="57" w:type="dxa"/>
              <w:bottom w:w="55" w:type="dxa"/>
              <w:left w:w="125" w:type="dxa"/>
              <w:right w:w="60" w:type="dxa"/>
            </w:tcMar>
            <w:tcBorders>
              <w:bottom w:val="single" w:sz="4" w:color="D7E1E6"/>
            </w:tcBorders>
          </w:tcPr>
          <w:p>
            <w:pPr>
              <w:spacing w:before="0" w:after="0" w:line="250" w:lineRule="auto"/>
            </w:pPr>
            <w:sdt>
              <w:sdtPr>
                <w:alias w:val="Bescheide / Schriftstücke entgegennehmen"/>
                <w:tag w:val="bescheid"/>
                <w:id w:val="200007"/>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03444"/>
                <w:sz w:val="17"/>
              </w:rPr>
              <w:t xml:space="preserve">  Bescheide / Schriftstücke entgegennehmen</w:t>
            </w:r>
          </w:p>
        </w:tc>
        <w:tc>
          <w:tcPr>
            <w:tcW w:type="dxa" w:w="4961"/>
            <w:tcMar>
              <w:top w:w="57" w:type="dxa"/>
              <w:bottom w:w="55" w:type="dxa"/>
              <w:left w:w="125" w:type="dxa"/>
              <w:right w:w="60" w:type="dxa"/>
            </w:tcMar>
            <w:tcBorders>
              <w:bottom w:val="single" w:sz="4" w:color="D7E1E6"/>
            </w:tcBorders>
          </w:tcPr>
          <w:p>
            <w:pPr>
              <w:spacing w:before="0" w:after="0" w:line="250" w:lineRule="auto"/>
            </w:pPr>
            <w:sdt>
              <w:sdtPr>
                <w:alias w:val="Rechtsbehelfe einlegen"/>
                <w:tag w:val="rechtsbehelf"/>
                <w:id w:val="200008"/>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03444"/>
                <w:sz w:val="17"/>
              </w:rPr>
              <w:t xml:space="preserve">  Rechtsbehelfe einlegen</w:t>
            </w:r>
          </w:p>
        </w:tc>
      </w:tr>
      <w:tr>
        <w:trPr>
          <w:cantSplit/>
        </w:trPr>
        <w:tc>
          <w:tcPr>
            <w:tcW w:type="dxa" w:w="4961"/>
            <w:tcMar>
              <w:top w:w="57" w:type="dxa"/>
              <w:bottom w:w="55" w:type="dxa"/>
              <w:left w:w="125" w:type="dxa"/>
              <w:right w:w="60" w:type="dxa"/>
            </w:tcMar>
            <w:tcBorders>
              <w:bottom w:val="single" w:sz="4" w:color="D7E1E6"/>
            </w:tcBorders>
          </w:tcPr>
          <w:p>
            <w:pPr>
              <w:spacing w:before="0" w:after="0" w:line="250" w:lineRule="auto"/>
            </w:pPr>
            <w:sdt>
              <w:sdtPr>
                <w:alias w:val="Akteneinsicht beantragen, soweit zulässig"/>
                <w:tag w:val="akten"/>
                <w:id w:val="200009"/>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03444"/>
                <w:sz w:val="17"/>
              </w:rPr>
              <w:t xml:space="preserve">  Akteneinsicht beantragen, soweit zulässig</w:t>
            </w:r>
          </w:p>
        </w:tc>
        <w:tc>
          <w:tcPr>
            <w:tcW w:type="dxa" w:w="4961"/>
            <w:tcMar>
              <w:top w:w="57" w:type="dxa"/>
              <w:bottom w:w="55" w:type="dxa"/>
              <w:left w:w="125" w:type="dxa"/>
              <w:right w:w="60" w:type="dxa"/>
            </w:tcMar>
            <w:tcBorders>
              <w:bottom w:val="single" w:sz="4" w:color="D7E1E6"/>
            </w:tcBorders>
          </w:tcPr>
          <w:p>
            <w:pPr>
              <w:spacing w:before="0" w:after="0" w:line="250" w:lineRule="auto"/>
            </w:pPr>
            <w:sdt>
              <w:sdtPr>
                <w:alias w:val="Anträge oder Rechtsbehelfe zurücknehmen"/>
                <w:tag w:val="ruecknahme"/>
                <w:id w:val="200010"/>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03444"/>
                <w:sz w:val="17"/>
              </w:rPr>
              <w:t xml:space="preserve">  Anträge oder Rechtsbehelfe zurücknehmen</w:t>
            </w:r>
          </w:p>
        </w:tc>
      </w:tr>
    </w:tbl>
    <w:tbl>
      <w:tblPr>
        <w:tblW w:type="auto" w:w="0"/>
        <w:tblLayout w:type="fixed"/>
        <w:tblLook w:firstColumn="1" w:firstRow="1" w:lastColumn="0" w:lastRow="0" w:noHBand="0" w:noVBand="1" w:val="04A0"/>
      </w:tblPr>
      <w:tblGrid>
        <w:gridCol w:w="425"/>
        <w:gridCol w:w="9468"/>
      </w:tblGrid>
      <w:tr>
        <w:trPr>
          <w:cantSplit/>
        </w:trPr>
        <w:tc>
          <w:tcPr>
            <w:tcW w:type="dxa" w:w="425"/>
            <w:shd w:fill="137C82"/>
            <w:tcMar>
              <w:top w:w="80" w:type="dxa"/>
              <w:bottom w:w="80" w:type="dxa"/>
              <w:left w:w="40" w:type="dxa"/>
              <w:right w:w="30" w:type="dxa"/>
            </w:tcMar>
          </w:tcPr>
          <w:p>
            <w:pPr>
              <w:spacing w:before="0" w:after="0" w:line="250" w:lineRule="auto"/>
              <w:jc w:val="center"/>
            </w:pPr>
            <w:r>
              <w:rPr>
                <w:rFonts w:ascii="Carlito" w:hAnsi="Carlito"/>
                <w:b/>
                <w:i w:val="0"/>
                <w:color w:val="FFFFFF"/>
                <w:sz w:val="16"/>
              </w:rPr>
              <w:t>04</w:t>
            </w:r>
          </w:p>
        </w:tc>
        <w:tc>
          <w:tcPr>
            <w:tcW w:type="dxa" w:w="9468"/>
            <w:shd w:fill="17364B"/>
            <w:tcMar>
              <w:top w:w="80" w:type="dxa"/>
              <w:bottom w:w="80" w:type="dxa"/>
              <w:left w:w="140" w:type="dxa"/>
              <w:right w:w="100" w:type="dxa"/>
            </w:tcMar>
          </w:tcPr>
          <w:p>
            <w:pPr>
              <w:spacing w:before="0" w:after="0" w:line="250" w:lineRule="auto"/>
            </w:pPr>
            <w:r>
              <w:rPr>
                <w:rFonts w:ascii="Carlito" w:hAnsi="Carlito"/>
                <w:b/>
                <w:i w:val="0"/>
                <w:color w:val="FFFFFF"/>
                <w:sz w:val="18"/>
              </w:rPr>
              <w:t>BEFRISTUNG UND GRENZEN</w:t>
            </w:r>
          </w:p>
        </w:tc>
      </w:tr>
    </w:tbl>
    <w:p>
      <w:pPr>
        <w:spacing w:after="0"/>
      </w:pPr>
    </w:p>
    <w:tbl>
      <w:tblPr>
        <w:tblW w:type="auto" w:w="0"/>
        <w:tblLayout w:type="fixed"/>
        <w:tblLook w:firstColumn="1" w:firstRow="1" w:lastColumn="0" w:lastRow="0" w:noHBand="0" w:noVBand="1" w:val="04A0"/>
      </w:tblPr>
      <w:tblGrid>
        <w:gridCol w:w="5669"/>
        <w:gridCol w:w="4252"/>
      </w:tblGrid>
      <w:tr>
        <w:trPr>
          <w:cantSplit/>
        </w:trPr>
        <w:tc>
          <w:tcPr>
            <w:tcW w:type="dxa" w:w="4961"/>
            <w:tcMar>
              <w:top w:w="80" w:type="dxa"/>
              <w:bottom w:w="90" w:type="dxa"/>
              <w:left w:w="120" w:type="dxa"/>
              <w:right w:w="60" w:type="dxa"/>
            </w:tcMar>
          </w:tcPr>
          <w:p>
            <w:pPr>
              <w:spacing w:before="0" w:after="80" w:line="250" w:lineRule="auto"/>
            </w:pPr>
            <w:sdt>
              <w:sdtPr>
                <w:alias w:val="Nur für einen einmaligen Behördengang"/>
                <w:tag w:val="einmalig"/>
                <w:id w:val="200011"/>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03444"/>
                <w:sz w:val="16"/>
              </w:rPr>
              <w:t xml:space="preserve">  Nur für einen einmaligen Behördengang</w:t>
            </w:r>
          </w:p>
          <w:p>
            <w:pPr>
              <w:spacing w:before="0" w:after="0" w:line="250" w:lineRule="auto"/>
            </w:pPr>
            <w:sdt>
              <w:sdtPr>
                <w:alias w:val="Befristet bis (Datum rechts)"/>
                <w:tag w:val="befristet"/>
                <w:id w:val="200012"/>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03444"/>
                <w:sz w:val="16"/>
              </w:rPr>
              <w:t xml:space="preserve">  Befristet bis (Datum rechts)</w:t>
            </w:r>
          </w:p>
        </w:tc>
        <w:tc>
          <w:tcPr>
            <w:tcW w:type="dxa" w:w="4961"/>
            <w:vAlign w:val="center"/>
            <w:tcMar>
              <w:top w:w="80" w:type="dxa"/>
              <w:bottom w:w="70" w:type="dxa"/>
              <w:left w:w="130" w:type="dxa"/>
              <w:right w:w="90" w:type="dxa"/>
            </w:tcMar>
            <w:shd w:fill="F3F7F8"/>
            <w:tcBorders>
              <w:bottom w:val="single" w:sz="5" w:color="D7E1E6"/>
              <w:right w:val="single" w:sz="14" w:color="FFFFFF"/>
            </w:tcBorders>
          </w:tcPr>
          <w:p>
            <w:pPr>
              <w:spacing w:before="0" w:after="40" w:line="250" w:lineRule="auto"/>
            </w:pPr>
            <w:r>
              <w:rPr>
                <w:rFonts w:ascii="Carlito" w:hAnsi="Carlito"/>
                <w:b/>
                <w:i w:val="0"/>
                <w:color w:val="637683"/>
                <w:sz w:val="14"/>
              </w:rPr>
              <w:t>ENDDATUM (OPTIONAL)</w:t>
            </w:r>
          </w:p>
          <w:p>
            <w:pPr>
              <w:spacing w:before="0" w:after="0" w:line="240" w:lineRule="auto"/>
            </w:pPr>
            <w:sdt>
              <w:sdtPr>
                <w:alias w:val="Enddatum"/>
                <w:tag w:val="enddatum"/>
                <w:id w:val="100012"/>
                <w:text/>
              </w:sdtPr>
              <w:sdtContent>
                <w:r>
                  <w:rPr>
                    <w:color w:val="637683"/>
                    <w:sz w:val="18"/>
                    <w:rFonts w:ascii="Carlito" w:hAnsi="Carlito"/>
                  </w:rPr>
                  <w:t>TT.MM.JJJJ</w:t>
                </w:r>
              </w:sdtContent>
            </w:sdt>
          </w:p>
        </w:tc>
      </w:tr>
    </w:tbl>
    <w:p>
      <w:pPr>
        <w:spacing w:before="100" w:after="100" w:line="254" w:lineRule="auto"/>
      </w:pPr>
      <w:r>
        <w:rPr>
          <w:rFonts w:ascii="Carlito" w:hAnsi="Carlito"/>
          <w:b w:val="0"/>
          <w:i w:val="0"/>
          <w:color w:val="637683"/>
          <w:sz w:val="15"/>
        </w:rPr>
        <w:t>Die Vollmacht gilt nur für die genannte Angelegenheit und endet spätestens mit deren Abschluss, sofern sie nicht zuvor widerrufen wird. Keine Untervollmacht. Geldempfang, Kontoverfügungen, Gerichtsverfahren sowie gesetzlich persönlich vorzunehmende Handlungen sind nicht umfasst.</w:t>
      </w:r>
    </w:p>
    <w:tbl>
      <w:tblPr>
        <w:tblW w:type="auto" w:w="0"/>
        <w:tblLayout w:type="fixed"/>
        <w:tblLook w:firstColumn="1" w:firstRow="1" w:lastColumn="0" w:lastRow="0" w:noHBand="0" w:noVBand="1" w:val="04A0"/>
      </w:tblPr>
      <w:tblGrid>
        <w:gridCol w:w="4961"/>
        <w:gridCol w:w="4961"/>
      </w:tblGrid>
      <w:tr>
        <w:trPr>
          <w:cantSplit/>
        </w:trPr>
        <w:tc>
          <w:tcPr>
            <w:tcW w:type="dxa" w:w="4961"/>
            <w:vAlign w:val="center"/>
            <w:tcMar>
              <w:top w:w="80" w:type="dxa"/>
              <w:bottom w:w="70" w:type="dxa"/>
              <w:left w:w="130" w:type="dxa"/>
              <w:right w:w="90" w:type="dxa"/>
            </w:tcMar>
            <w:shd w:fill="F3F7F8"/>
            <w:tcBorders>
              <w:bottom w:val="single" w:sz="5" w:color="D7E1E6"/>
              <w:right w:val="single" w:sz="14" w:color="FFFFFF"/>
            </w:tcBorders>
          </w:tcPr>
          <w:p>
            <w:pPr>
              <w:spacing w:before="0" w:after="40" w:line="250" w:lineRule="auto"/>
            </w:pPr>
            <w:r>
              <w:rPr>
                <w:rFonts w:ascii="Carlito" w:hAnsi="Carlito"/>
                <w:b/>
                <w:i w:val="0"/>
                <w:color w:val="637683"/>
                <w:sz w:val="14"/>
              </w:rPr>
              <w:t>ORT, DATUM</w:t>
            </w:r>
          </w:p>
          <w:p>
            <w:pPr>
              <w:spacing w:before="0" w:after="0" w:line="240" w:lineRule="auto"/>
            </w:pPr>
            <w:sdt>
              <w:sdtPr>
                <w:alias w:val="Ausstellung"/>
                <w:tag w:val="ausstellung"/>
                <w:id w:val="100013"/>
                <w:text/>
              </w:sdtPr>
              <w:sdtContent>
                <w:r>
                  <w:rPr>
                    <w:color w:val="637683"/>
                    <w:sz w:val="18"/>
                    <w:rFonts w:ascii="Carlito" w:hAnsi="Carlito"/>
                  </w:rPr>
                  <w:t>Ort, TT.MM.JJJJ</w:t>
                </w:r>
              </w:sdtContent>
            </w:sdt>
          </w:p>
        </w:tc>
        <w:tc>
          <w:tcPr>
            <w:tcW w:type="dxa" w:w="4961"/>
            <w:shd w:fill="F3F7F8"/>
            <w:tcMar>
              <w:top w:w="90" w:type="dxa"/>
              <w:bottom w:w="70" w:type="dxa"/>
              <w:left w:w="130" w:type="dxa"/>
              <w:right w:w="90" w:type="dxa"/>
            </w:tcMar>
          </w:tcPr>
          <w:p>
            <w:pPr>
              <w:spacing w:before="0" w:after="120" w:line="250" w:lineRule="auto"/>
            </w:pPr>
            <w:r>
              <w:rPr>
                <w:rFonts w:ascii="Carlito" w:hAnsi="Carlito"/>
                <w:b/>
                <w:i w:val="0"/>
                <w:color w:val="637683"/>
                <w:sz w:val="14"/>
              </w:rPr>
              <w:t>UNTERSCHRIFT VOLLMACHTGEBER/IN</w:t>
            </w:r>
          </w:p>
          <w:p>
            <w:pPr>
              <w:spacing w:before="0" w:after="0" w:line="250" w:lineRule="auto"/>
            </w:pPr>
            <w:r>
              <w:rPr>
                <w:rFonts w:ascii="Carlito" w:hAnsi="Carlito"/>
                <w:b w:val="0"/>
                <w:i w:val="0"/>
                <w:color w:val="203444"/>
                <w:sz w:val="18"/>
              </w:rPr>
              <w:t>___________________________________</w:t>
            </w:r>
          </w:p>
        </w:tc>
      </w:tr>
    </w:tbl>
    <w:p>
      <w:r>
        <w:br w:type="page"/>
      </w:r>
    </w:p>
    <w:p>
      <w:pPr>
        <w:spacing w:before="80" w:after="40" w:line="250" w:lineRule="auto"/>
      </w:pPr>
      <w:r>
        <w:rPr>
          <w:rFonts w:ascii="Carlito" w:hAnsi="Carlito"/>
          <w:b/>
          <w:i w:val="0"/>
          <w:color w:val="17364B"/>
          <w:sz w:val="46"/>
        </w:rPr>
        <w:t>BEHÖRDENGANG</w:t>
      </w:r>
    </w:p>
    <w:p>
      <w:pPr>
        <w:spacing w:before="0" w:after="160" w:line="250" w:lineRule="auto"/>
      </w:pPr>
      <w:r>
        <w:rPr>
          <w:rFonts w:ascii="Carlito" w:hAnsi="Carlito"/>
          <w:b w:val="0"/>
          <w:i w:val="0"/>
          <w:color w:val="137C82"/>
          <w:sz w:val="24"/>
        </w:rPr>
        <w:t>Unterlagen &amp; Übergabeprotokoll</w:t>
      </w:r>
    </w:p>
    <w:tbl>
      <w:tblPr>
        <w:tblW w:type="auto" w:w="0"/>
        <w:tblLook w:firstColumn="1" w:firstRow="1" w:lastColumn="0" w:lastRow="0" w:noHBand="0" w:noVBand="1" w:val="04A0"/>
      </w:tblPr>
      <w:tblGrid>
        <w:gridCol w:w="9922"/>
      </w:tblGrid>
      <w:tr>
        <w:trPr>
          <w:cantSplit/>
        </w:trPr>
        <w:tc>
          <w:tcPr>
            <w:tcW w:type="dxa" w:w="9922"/>
            <w:shd w:fill="DDF0EF"/>
            <w:tcMar>
              <w:top w:w="95" w:type="dxa"/>
              <w:bottom w:w="100" w:type="dxa"/>
              <w:left w:w="160" w:type="dxa"/>
              <w:right w:w="130" w:type="dxa"/>
            </w:tcMar>
          </w:tcPr>
          <w:p>
            <w:pPr>
              <w:spacing w:before="0" w:after="0" w:line="250" w:lineRule="auto"/>
            </w:pPr>
            <w:r>
              <w:rPr>
                <w:rFonts w:ascii="Carlito" w:hAnsi="Carlito"/>
                <w:b/>
                <w:i w:val="0"/>
                <w:color w:val="137C82"/>
                <w:sz w:val="15"/>
              </w:rPr>
              <w:t>OPTIONALES BEGLEITBLATT</w:t>
            </w:r>
            <w:r>
              <w:rPr>
                <w:rFonts w:ascii="Carlito" w:hAnsi="Carlito"/>
                <w:b w:val="0"/>
                <w:i w:val="0"/>
                <w:color w:val="203444"/>
                <w:sz w:val="16"/>
              </w:rPr>
              <w:t xml:space="preserve">   Diese Seite dient der Vorbereitung und gehört nicht zwingend zur Vollmacht.</w:t>
            </w:r>
          </w:p>
        </w:tc>
      </w:tr>
    </w:tbl>
    <w:tbl>
      <w:tblPr>
        <w:tblW w:type="auto" w:w="0"/>
        <w:tblLayout w:type="fixed"/>
        <w:tblLook w:firstColumn="1" w:firstRow="1" w:lastColumn="0" w:lastRow="0" w:noHBand="0" w:noVBand="1" w:val="04A0"/>
      </w:tblPr>
      <w:tblGrid>
        <w:gridCol w:w="425"/>
        <w:gridCol w:w="9468"/>
      </w:tblGrid>
      <w:tr>
        <w:trPr>
          <w:cantSplit/>
        </w:trPr>
        <w:tc>
          <w:tcPr>
            <w:tcW w:type="dxa" w:w="425"/>
            <w:shd w:fill="137C82"/>
            <w:tcMar>
              <w:top w:w="80" w:type="dxa"/>
              <w:bottom w:w="80" w:type="dxa"/>
              <w:left w:w="40" w:type="dxa"/>
              <w:right w:w="30" w:type="dxa"/>
            </w:tcMar>
          </w:tcPr>
          <w:p>
            <w:pPr>
              <w:spacing w:before="0" w:after="0" w:line="250" w:lineRule="auto"/>
              <w:jc w:val="center"/>
            </w:pPr>
            <w:r>
              <w:rPr>
                <w:rFonts w:ascii="Carlito" w:hAnsi="Carlito"/>
                <w:b/>
                <w:i w:val="0"/>
                <w:color w:val="FFFFFF"/>
                <w:sz w:val="16"/>
              </w:rPr>
              <w:t>A</w:t>
            </w:r>
          </w:p>
        </w:tc>
        <w:tc>
          <w:tcPr>
            <w:tcW w:type="dxa" w:w="9468"/>
            <w:shd w:fill="17364B"/>
            <w:tcMar>
              <w:top w:w="80" w:type="dxa"/>
              <w:bottom w:w="80" w:type="dxa"/>
              <w:left w:w="140" w:type="dxa"/>
              <w:right w:w="100" w:type="dxa"/>
            </w:tcMar>
          </w:tcPr>
          <w:p>
            <w:pPr>
              <w:spacing w:before="0" w:after="0" w:line="250" w:lineRule="auto"/>
            </w:pPr>
            <w:r>
              <w:rPr>
                <w:rFonts w:ascii="Carlito" w:hAnsi="Carlito"/>
                <w:b/>
                <w:i w:val="0"/>
                <w:color w:val="FFFFFF"/>
                <w:sz w:val="18"/>
              </w:rPr>
              <w:t>BESUCH VORBEREITEN</w:t>
            </w:r>
          </w:p>
        </w:tc>
      </w:tr>
    </w:tbl>
    <w:p>
      <w:pPr>
        <w:spacing w:after="0"/>
      </w:pPr>
    </w:p>
    <w:tbl>
      <w:tblPr>
        <w:tblW w:type="auto" w:w="0"/>
        <w:tblLayout w:type="fixed"/>
        <w:tblLook w:firstColumn="1" w:firstRow="1" w:lastColumn="0" w:lastRow="0" w:noHBand="0" w:noVBand="1" w:val="04A0"/>
      </w:tblPr>
      <w:tblGrid>
        <w:gridCol w:w="4961"/>
        <w:gridCol w:w="4961"/>
      </w:tblGrid>
      <w:tr>
        <w:trPr>
          <w:cantSplit/>
        </w:trPr>
        <w:tc>
          <w:tcPr>
            <w:tcW w:type="dxa" w:w="4961"/>
            <w:tcMar>
              <w:top w:w="57" w:type="dxa"/>
              <w:bottom w:w="55" w:type="dxa"/>
              <w:left w:w="125" w:type="dxa"/>
              <w:right w:w="60" w:type="dxa"/>
            </w:tcMar>
            <w:tcBorders>
              <w:bottom w:val="single" w:sz="4" w:color="D7E1E6"/>
            </w:tcBorders>
          </w:tcPr>
          <w:p>
            <w:pPr>
              <w:spacing w:before="0" w:after="0" w:line="250" w:lineRule="auto"/>
            </w:pPr>
            <w:sdt>
              <w:sdtPr>
                <w:alias w:val="Vollmacht vollständig ausgefüllt und unterschrieben"/>
                <w:tag w:val="check_vollmacht"/>
                <w:id w:val="200013"/>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03444"/>
                <w:sz w:val="17"/>
              </w:rPr>
              <w:t xml:space="preserve">  Vollmacht vollständig ausgefüllt und unterschrieben</w:t>
            </w:r>
          </w:p>
        </w:tc>
        <w:tc>
          <w:tcPr>
            <w:tcW w:type="dxa" w:w="4961"/>
            <w:tcMar>
              <w:top w:w="57" w:type="dxa"/>
              <w:bottom w:w="55" w:type="dxa"/>
              <w:left w:w="125" w:type="dxa"/>
              <w:right w:w="60" w:type="dxa"/>
            </w:tcMar>
            <w:tcBorders>
              <w:bottom w:val="single" w:sz="4" w:color="D7E1E6"/>
            </w:tcBorders>
          </w:tcPr>
          <w:p>
            <w:pPr>
              <w:spacing w:before="0" w:after="0" w:line="250" w:lineRule="auto"/>
            </w:pPr>
            <w:sdt>
              <w:sdtPr>
                <w:alias w:val="Ausweis der vertretenden Person vorhanden"/>
                <w:tag w:val="check_ausweis"/>
                <w:id w:val="200014"/>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03444"/>
                <w:sz w:val="17"/>
              </w:rPr>
              <w:t xml:space="preserve">  Ausweis der vertretenden Person vorhanden</w:t>
            </w:r>
          </w:p>
        </w:tc>
      </w:tr>
      <w:tr>
        <w:trPr>
          <w:cantSplit/>
        </w:trPr>
        <w:tc>
          <w:tcPr>
            <w:tcW w:type="dxa" w:w="4961"/>
            <w:tcMar>
              <w:top w:w="57" w:type="dxa"/>
              <w:bottom w:w="55" w:type="dxa"/>
              <w:left w:w="125" w:type="dxa"/>
              <w:right w:w="60" w:type="dxa"/>
            </w:tcMar>
            <w:tcBorders>
              <w:bottom w:val="single" w:sz="4" w:color="D7E1E6"/>
            </w:tcBorders>
          </w:tcPr>
          <w:p>
            <w:pPr>
              <w:spacing w:before="0" w:after="0" w:line="250" w:lineRule="auto"/>
            </w:pPr>
            <w:sdt>
              <w:sdtPr>
                <w:alias w:val="Identitätsnachweise nach Behördenvorgabe"/>
                <w:tag w:val="check_ident"/>
                <w:id w:val="200015"/>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03444"/>
                <w:sz w:val="17"/>
              </w:rPr>
              <w:t xml:space="preserve">  Identitätsnachweise nach Behördenvorgabe</w:t>
            </w:r>
          </w:p>
        </w:tc>
        <w:tc>
          <w:tcPr>
            <w:tcW w:type="dxa" w:w="4961"/>
            <w:tcMar>
              <w:top w:w="57" w:type="dxa"/>
              <w:bottom w:w="55" w:type="dxa"/>
              <w:left w:w="125" w:type="dxa"/>
              <w:right w:w="60" w:type="dxa"/>
            </w:tcMar>
            <w:tcBorders>
              <w:bottom w:val="single" w:sz="4" w:color="D7E1E6"/>
            </w:tcBorders>
          </w:tcPr>
          <w:p>
            <w:pPr>
              <w:spacing w:before="0" w:after="0" w:line="250" w:lineRule="auto"/>
            </w:pPr>
            <w:sdt>
              <w:sdtPr>
                <w:alias w:val="Erforderliche Anträge / Vordrucke dabei"/>
                <w:tag w:val="check_antrag"/>
                <w:id w:val="200016"/>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03444"/>
                <w:sz w:val="17"/>
              </w:rPr>
              <w:t xml:space="preserve">  Erforderliche Anträge / Vordrucke dabei</w:t>
            </w:r>
          </w:p>
        </w:tc>
      </w:tr>
      <w:tr>
        <w:trPr>
          <w:cantSplit/>
        </w:trPr>
        <w:tc>
          <w:tcPr>
            <w:tcW w:type="dxa" w:w="4961"/>
            <w:tcMar>
              <w:top w:w="57" w:type="dxa"/>
              <w:bottom w:w="55" w:type="dxa"/>
              <w:left w:w="125" w:type="dxa"/>
              <w:right w:w="60" w:type="dxa"/>
            </w:tcMar>
            <w:tcBorders>
              <w:bottom w:val="single" w:sz="4" w:color="D7E1E6"/>
            </w:tcBorders>
          </w:tcPr>
          <w:p>
            <w:pPr>
              <w:spacing w:before="0" w:after="0" w:line="250" w:lineRule="auto"/>
            </w:pPr>
            <w:sdt>
              <w:sdtPr>
                <w:alias w:val="Belege / Nachweise zusammengestellt"/>
                <w:tag w:val="check_nachweise"/>
                <w:id w:val="200017"/>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03444"/>
                <w:sz w:val="17"/>
              </w:rPr>
              <w:t xml:space="preserve">  Belege / Nachweise zusammengestellt</w:t>
            </w:r>
          </w:p>
        </w:tc>
        <w:tc>
          <w:tcPr>
            <w:tcW w:type="dxa" w:w="4961"/>
            <w:tcMar>
              <w:top w:w="57" w:type="dxa"/>
              <w:bottom w:w="55" w:type="dxa"/>
              <w:left w:w="125" w:type="dxa"/>
              <w:right w:w="60" w:type="dxa"/>
            </w:tcMar>
            <w:tcBorders>
              <w:bottom w:val="single" w:sz="4" w:color="D7E1E6"/>
            </w:tcBorders>
          </w:tcPr>
          <w:p>
            <w:pPr>
              <w:spacing w:before="0" w:after="0" w:line="250" w:lineRule="auto"/>
            </w:pPr>
            <w:sdt>
              <w:sdtPr>
                <w:alias w:val="Termin und Zuständigkeit geprüft"/>
                <w:tag w:val="check_termin"/>
                <w:id w:val="200018"/>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03444"/>
                <w:sz w:val="17"/>
              </w:rPr>
              <w:t xml:space="preserve">  Termin und Zuständigkeit geprüft</w:t>
            </w:r>
          </w:p>
        </w:tc>
      </w:tr>
      <w:tr>
        <w:trPr>
          <w:cantSplit/>
        </w:trPr>
        <w:tc>
          <w:tcPr>
            <w:tcW w:type="dxa" w:w="4961"/>
            <w:tcMar>
              <w:top w:w="57" w:type="dxa"/>
              <w:bottom w:w="55" w:type="dxa"/>
              <w:left w:w="125" w:type="dxa"/>
              <w:right w:w="60" w:type="dxa"/>
            </w:tcMar>
            <w:tcBorders>
              <w:bottom w:val="single" w:sz="4" w:color="D7E1E6"/>
            </w:tcBorders>
          </w:tcPr>
          <w:p>
            <w:pPr>
              <w:spacing w:before="0" w:after="0" w:line="250" w:lineRule="auto"/>
            </w:pPr>
            <w:sdt>
              <w:sdtPr>
                <w:alias w:val="Gebühren / Zahlungsart geklärt"/>
                <w:tag w:val="check_gebuehr"/>
                <w:id w:val="200019"/>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03444"/>
                <w:sz w:val="17"/>
              </w:rPr>
              <w:t xml:space="preserve">  Gebühren / Zahlungsart geklärt</w:t>
            </w:r>
          </w:p>
        </w:tc>
        <w:tc>
          <w:tcPr>
            <w:tcW w:type="dxa" w:w="4961"/>
            <w:tcMar>
              <w:top w:w="57" w:type="dxa"/>
              <w:bottom w:w="55" w:type="dxa"/>
              <w:left w:w="125" w:type="dxa"/>
              <w:right w:w="60" w:type="dxa"/>
            </w:tcMar>
            <w:tcBorders>
              <w:bottom w:val="single" w:sz="4" w:color="D7E1E6"/>
            </w:tcBorders>
          </w:tcPr>
          <w:p>
            <w:pPr>
              <w:spacing w:before="0" w:after="0" w:line="250" w:lineRule="auto"/>
            </w:pPr>
            <w:sdt>
              <w:sdtPr>
                <w:alias w:val="Eigene Vollmachtsvordrucke der Behörde geprüft"/>
                <w:tag w:val="check_formular"/>
                <w:id w:val="200020"/>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03444"/>
                <w:sz w:val="17"/>
              </w:rPr>
              <w:t xml:space="preserve">  Eigene Vollmachtsvordrucke der Behörde geprüft</w:t>
            </w:r>
          </w:p>
        </w:tc>
      </w:tr>
    </w:tbl>
    <w:p>
      <w:pPr>
        <w:spacing w:before="100" w:after="160" w:line="254" w:lineRule="auto"/>
      </w:pPr>
      <w:r>
        <w:rPr>
          <w:rFonts w:ascii="Carlito" w:hAnsi="Carlito"/>
          <w:b w:val="0"/>
          <w:i w:val="0"/>
          <w:color w:val="637683"/>
          <w:sz w:val="16"/>
        </w:rPr>
        <w:t>Je nach Amt können persönliche Vorsprache, Identitätsprüfung, unterschriebene Originalanträge oder besondere Vollmachtsformulare erforderlich sein.</w:t>
      </w:r>
    </w:p>
    <w:tbl>
      <w:tblPr>
        <w:tblW w:type="auto" w:w="0"/>
        <w:tblLayout w:type="fixed"/>
        <w:tblLook w:firstColumn="1" w:firstRow="1" w:lastColumn="0" w:lastRow="0" w:noHBand="0" w:noVBand="1" w:val="04A0"/>
      </w:tblPr>
      <w:tblGrid>
        <w:gridCol w:w="425"/>
        <w:gridCol w:w="9468"/>
      </w:tblGrid>
      <w:tr>
        <w:trPr>
          <w:cantSplit/>
        </w:trPr>
        <w:tc>
          <w:tcPr>
            <w:tcW w:type="dxa" w:w="425"/>
            <w:shd w:fill="137C82"/>
            <w:tcMar>
              <w:top w:w="80" w:type="dxa"/>
              <w:bottom w:w="80" w:type="dxa"/>
              <w:left w:w="40" w:type="dxa"/>
              <w:right w:w="30" w:type="dxa"/>
            </w:tcMar>
          </w:tcPr>
          <w:p>
            <w:pPr>
              <w:spacing w:before="0" w:after="0" w:line="250" w:lineRule="auto"/>
              <w:jc w:val="center"/>
            </w:pPr>
            <w:r>
              <w:rPr>
                <w:rFonts w:ascii="Carlito" w:hAnsi="Carlito"/>
                <w:b/>
                <w:i w:val="0"/>
                <w:color w:val="FFFFFF"/>
                <w:sz w:val="16"/>
              </w:rPr>
              <w:t>B</w:t>
            </w:r>
          </w:p>
        </w:tc>
        <w:tc>
          <w:tcPr>
            <w:tcW w:type="dxa" w:w="9468"/>
            <w:shd w:fill="17364B"/>
            <w:tcMar>
              <w:top w:w="80" w:type="dxa"/>
              <w:bottom w:w="80" w:type="dxa"/>
              <w:left w:w="140" w:type="dxa"/>
              <w:right w:w="100" w:type="dxa"/>
            </w:tcMar>
          </w:tcPr>
          <w:p>
            <w:pPr>
              <w:spacing w:before="0" w:after="0" w:line="250" w:lineRule="auto"/>
            </w:pPr>
            <w:r>
              <w:rPr>
                <w:rFonts w:ascii="Carlito" w:hAnsi="Carlito"/>
                <w:b/>
                <w:i w:val="0"/>
                <w:color w:val="FFFFFF"/>
                <w:sz w:val="18"/>
              </w:rPr>
              <w:t>EINSATZDATEN</w:t>
            </w:r>
          </w:p>
        </w:tc>
      </w:tr>
    </w:tbl>
    <w:p>
      <w:pPr>
        <w:spacing w:after="0"/>
      </w:pPr>
    </w:p>
    <w:tbl>
      <w:tblPr>
        <w:tblW w:type="auto" w:w="0"/>
        <w:tblLayout w:type="fixed"/>
        <w:tblLook w:firstColumn="1" w:firstRow="1" w:lastColumn="0" w:lastRow="0" w:noHBand="0" w:noVBand="1" w:val="04A0"/>
      </w:tblPr>
      <w:tblGrid>
        <w:gridCol w:w="4961"/>
        <w:gridCol w:w="4961"/>
      </w:tblGrid>
      <w:tr>
        <w:trPr>
          <w:cantSplit/>
        </w:trPr>
        <w:tc>
          <w:tcPr>
            <w:tcW w:type="dxa" w:w="4961"/>
            <w:vAlign w:val="center"/>
            <w:tcMar>
              <w:top w:w="80" w:type="dxa"/>
              <w:bottom w:w="70" w:type="dxa"/>
              <w:left w:w="130" w:type="dxa"/>
              <w:right w:w="90" w:type="dxa"/>
            </w:tcMar>
            <w:shd w:fill="F3F7F8"/>
            <w:tcBorders>
              <w:bottom w:val="single" w:sz="5" w:color="D7E1E6"/>
              <w:right w:val="single" w:sz="14" w:color="FFFFFF"/>
            </w:tcBorders>
          </w:tcPr>
          <w:p>
            <w:pPr>
              <w:spacing w:before="0" w:after="40" w:line="250" w:lineRule="auto"/>
            </w:pPr>
            <w:r>
              <w:rPr>
                <w:rFonts w:ascii="Carlito" w:hAnsi="Carlito"/>
                <w:b/>
                <w:i w:val="0"/>
                <w:color w:val="637683"/>
                <w:sz w:val="14"/>
              </w:rPr>
              <w:t>DATUM / UHRZEIT DES TERMINS</w:t>
            </w:r>
          </w:p>
          <w:p>
            <w:pPr>
              <w:spacing w:before="0" w:after="0" w:line="240" w:lineRule="auto"/>
            </w:pPr>
            <w:sdt>
              <w:sdtPr>
                <w:alias w:val="Termin"/>
                <w:tag w:val="termin"/>
                <w:id w:val="100014"/>
                <w:text/>
              </w:sdtPr>
              <w:sdtContent>
                <w:r>
                  <w:rPr>
                    <w:color w:val="637683"/>
                    <w:sz w:val="18"/>
                    <w:rFonts w:ascii="Carlito" w:hAnsi="Carlito"/>
                  </w:rPr>
                  <w:t>TT.MM.JJJJ / Uhrzeit</w:t>
                </w:r>
              </w:sdtContent>
            </w:sdt>
          </w:p>
        </w:tc>
        <w:tc>
          <w:tcPr>
            <w:tcW w:type="dxa" w:w="4961"/>
            <w:vAlign w:val="center"/>
            <w:tcMar>
              <w:top w:w="80" w:type="dxa"/>
              <w:bottom w:w="70" w:type="dxa"/>
              <w:left w:w="130" w:type="dxa"/>
              <w:right w:w="90" w:type="dxa"/>
            </w:tcMar>
            <w:shd w:fill="F3F7F8"/>
            <w:tcBorders>
              <w:bottom w:val="single" w:sz="5" w:color="D7E1E6"/>
              <w:right w:val="single" w:sz="14" w:color="FFFFFF"/>
            </w:tcBorders>
          </w:tcPr>
          <w:p>
            <w:pPr>
              <w:spacing w:before="0" w:after="40" w:line="250" w:lineRule="auto"/>
            </w:pPr>
            <w:r>
              <w:rPr>
                <w:rFonts w:ascii="Carlito" w:hAnsi="Carlito"/>
                <w:b/>
                <w:i w:val="0"/>
                <w:color w:val="637683"/>
                <w:sz w:val="14"/>
              </w:rPr>
              <w:t>STANDORT / ZIMMER / SCHALTER</w:t>
            </w:r>
          </w:p>
          <w:p>
            <w:pPr>
              <w:spacing w:before="0" w:after="0" w:line="240" w:lineRule="auto"/>
            </w:pPr>
            <w:sdt>
              <w:sdtPr>
                <w:alias w:val="Standort"/>
                <w:tag w:val="standort"/>
                <w:id w:val="100015"/>
                <w:text/>
              </w:sdtPr>
              <w:sdtContent>
                <w:r>
                  <w:rPr>
                    <w:color w:val="637683"/>
                    <w:sz w:val="18"/>
                    <w:rFonts w:ascii="Carlito" w:hAnsi="Carlito"/>
                  </w:rPr>
                  <w:t>Behördenstandort</w:t>
                </w:r>
              </w:sdtContent>
            </w:sdt>
          </w:p>
        </w:tc>
      </w:tr>
    </w:tbl>
    <w:tbl>
      <w:tblPr>
        <w:tblW w:type="auto" w:w="0"/>
        <w:tblLayout w:type="fixed"/>
        <w:tblLook w:firstColumn="1" w:firstRow="1" w:lastColumn="0" w:lastRow="0" w:noHBand="0" w:noVBand="1" w:val="04A0"/>
      </w:tblPr>
      <w:tblGrid>
        <w:gridCol w:w="4961"/>
        <w:gridCol w:w="4961"/>
      </w:tblGrid>
      <w:tr>
        <w:trPr>
          <w:cantSplit/>
        </w:trPr>
        <w:tc>
          <w:tcPr>
            <w:tcW w:type="dxa" w:w="4961"/>
            <w:vAlign w:val="center"/>
            <w:tcMar>
              <w:top w:w="80" w:type="dxa"/>
              <w:bottom w:w="70" w:type="dxa"/>
              <w:left w:w="130" w:type="dxa"/>
              <w:right w:w="90" w:type="dxa"/>
            </w:tcMar>
            <w:shd w:fill="F3F7F8"/>
            <w:tcBorders>
              <w:bottom w:val="single" w:sz="5" w:color="D7E1E6"/>
              <w:right w:val="single" w:sz="14" w:color="FFFFFF"/>
            </w:tcBorders>
          </w:tcPr>
          <w:p>
            <w:pPr>
              <w:spacing w:before="0" w:after="40" w:line="250" w:lineRule="auto"/>
            </w:pPr>
            <w:r>
              <w:rPr>
                <w:rFonts w:ascii="Carlito" w:hAnsi="Carlito"/>
                <w:b/>
                <w:i w:val="0"/>
                <w:color w:val="637683"/>
                <w:sz w:val="14"/>
              </w:rPr>
              <w:t>KONTAKT / SACHBEARBEITUNG (OPTIONAL)</w:t>
            </w:r>
          </w:p>
          <w:p>
            <w:pPr>
              <w:spacing w:before="0" w:after="0" w:line="240" w:lineRule="auto"/>
            </w:pPr>
            <w:sdt>
              <w:sdtPr>
                <w:alias w:val="Ansprechperson"/>
                <w:tag w:val="ansprechperson"/>
                <w:id w:val="100016"/>
                <w:text/>
              </w:sdtPr>
              <w:sdtContent>
                <w:r>
                  <w:rPr>
                    <w:color w:val="637683"/>
                    <w:sz w:val="18"/>
                    <w:rFonts w:ascii="Carlito" w:hAnsi="Carlito"/>
                  </w:rPr>
                  <w:t>Name / Durchwahl</w:t>
                </w:r>
              </w:sdtContent>
            </w:sdt>
          </w:p>
        </w:tc>
        <w:tc>
          <w:tcPr>
            <w:tcW w:type="dxa" w:w="4961"/>
            <w:vAlign w:val="center"/>
            <w:tcMar>
              <w:top w:w="80" w:type="dxa"/>
              <w:bottom w:w="70" w:type="dxa"/>
              <w:left w:w="130" w:type="dxa"/>
              <w:right w:w="90" w:type="dxa"/>
            </w:tcMar>
            <w:shd w:fill="F3F7F8"/>
            <w:tcBorders>
              <w:bottom w:val="single" w:sz="5" w:color="D7E1E6"/>
              <w:right w:val="single" w:sz="14" w:color="FFFFFF"/>
            </w:tcBorders>
          </w:tcPr>
          <w:p>
            <w:pPr>
              <w:spacing w:before="0" w:after="40" w:line="250" w:lineRule="auto"/>
            </w:pPr>
            <w:r>
              <w:rPr>
                <w:rFonts w:ascii="Carlito" w:hAnsi="Carlito"/>
                <w:b/>
                <w:i w:val="0"/>
                <w:color w:val="637683"/>
                <w:sz w:val="14"/>
              </w:rPr>
              <w:t>INTERNE NOTIZ / ANLIEGEN</w:t>
            </w:r>
          </w:p>
          <w:p>
            <w:pPr>
              <w:spacing w:before="0" w:after="0" w:line="240" w:lineRule="auto"/>
            </w:pPr>
            <w:sdt>
              <w:sdtPr>
                <w:alias w:val="Interne Notiz"/>
                <w:tag w:val="interne_notiz"/>
                <w:id w:val="100017"/>
                <w:text/>
              </w:sdtPr>
              <w:sdtContent>
                <w:r>
                  <w:rPr>
                    <w:color w:val="637683"/>
                    <w:sz w:val="18"/>
                    <w:rFonts w:ascii="Carlito" w:hAnsi="Carlito"/>
                  </w:rPr>
                  <w:t>Zusätzliche Information</w:t>
                </w:r>
              </w:sdtContent>
            </w:sdt>
          </w:p>
        </w:tc>
      </w:tr>
    </w:tbl>
    <w:tbl>
      <w:tblPr>
        <w:tblW w:type="auto" w:w="0"/>
        <w:tblLayout w:type="fixed"/>
        <w:tblLook w:firstColumn="1" w:firstRow="1" w:lastColumn="0" w:lastRow="0" w:noHBand="0" w:noVBand="1" w:val="04A0"/>
      </w:tblPr>
      <w:tblGrid>
        <w:gridCol w:w="425"/>
        <w:gridCol w:w="9468"/>
      </w:tblGrid>
      <w:tr>
        <w:trPr>
          <w:cantSplit/>
        </w:trPr>
        <w:tc>
          <w:tcPr>
            <w:tcW w:type="dxa" w:w="425"/>
            <w:shd w:fill="137C82"/>
            <w:tcMar>
              <w:top w:w="80" w:type="dxa"/>
              <w:bottom w:w="80" w:type="dxa"/>
              <w:left w:w="40" w:type="dxa"/>
              <w:right w:w="30" w:type="dxa"/>
            </w:tcMar>
          </w:tcPr>
          <w:p>
            <w:pPr>
              <w:spacing w:before="0" w:after="0" w:line="250" w:lineRule="auto"/>
              <w:jc w:val="center"/>
            </w:pPr>
            <w:r>
              <w:rPr>
                <w:rFonts w:ascii="Carlito" w:hAnsi="Carlito"/>
                <w:b/>
                <w:i w:val="0"/>
                <w:color w:val="FFFFFF"/>
                <w:sz w:val="16"/>
              </w:rPr>
              <w:t>C</w:t>
            </w:r>
          </w:p>
        </w:tc>
        <w:tc>
          <w:tcPr>
            <w:tcW w:type="dxa" w:w="9468"/>
            <w:shd w:fill="17364B"/>
            <w:tcMar>
              <w:top w:w="80" w:type="dxa"/>
              <w:bottom w:w="80" w:type="dxa"/>
              <w:left w:w="140" w:type="dxa"/>
              <w:right w:w="100" w:type="dxa"/>
            </w:tcMar>
          </w:tcPr>
          <w:p>
            <w:pPr>
              <w:spacing w:before="0" w:after="0" w:line="250" w:lineRule="auto"/>
            </w:pPr>
            <w:r>
              <w:rPr>
                <w:rFonts w:ascii="Carlito" w:hAnsi="Carlito"/>
                <w:b/>
                <w:i w:val="0"/>
                <w:color w:val="FFFFFF"/>
                <w:sz w:val="18"/>
              </w:rPr>
              <w:t>ÜBERGABE UND RÜCKMELDUNG</w:t>
            </w:r>
          </w:p>
        </w:tc>
      </w:tr>
    </w:tbl>
    <w:p>
      <w:pPr>
        <w:spacing w:after="0"/>
      </w:pPr>
    </w:p>
    <w:tbl>
      <w:tblPr>
        <w:tblW w:type="auto" w:w="0"/>
        <w:tblLayout w:type="fixed"/>
        <w:tblLook w:firstColumn="1" w:firstRow="1" w:lastColumn="0" w:lastRow="0" w:noHBand="0" w:noVBand="1" w:val="04A0"/>
      </w:tblPr>
      <w:tblGrid>
        <w:gridCol w:w="4961"/>
        <w:gridCol w:w="4961"/>
      </w:tblGrid>
      <w:tr>
        <w:trPr>
          <w:cantSplit/>
        </w:trPr>
        <w:tc>
          <w:tcPr>
            <w:tcW w:type="dxa" w:w="4961"/>
            <w:tcMar>
              <w:top w:w="57" w:type="dxa"/>
              <w:bottom w:w="55" w:type="dxa"/>
              <w:left w:w="125" w:type="dxa"/>
              <w:right w:w="60" w:type="dxa"/>
            </w:tcMar>
            <w:tcBorders>
              <w:bottom w:val="single" w:sz="4" w:color="D7E1E6"/>
            </w:tcBorders>
          </w:tcPr>
          <w:p>
            <w:pPr>
              <w:spacing w:before="0" w:after="0" w:line="250" w:lineRule="auto"/>
            </w:pPr>
            <w:sdt>
              <w:sdtPr>
                <w:alias w:val="Unterlagen bei der Behörde abgegeben"/>
                <w:tag w:val="abgegeben"/>
                <w:id w:val="200021"/>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03444"/>
                <w:sz w:val="17"/>
              </w:rPr>
              <w:t xml:space="preserve">  Unterlagen bei der Behörde abgegeben</w:t>
            </w:r>
          </w:p>
        </w:tc>
        <w:tc>
          <w:tcPr>
            <w:tcW w:type="dxa" w:w="4961"/>
            <w:tcMar>
              <w:top w:w="57" w:type="dxa"/>
              <w:bottom w:w="55" w:type="dxa"/>
              <w:left w:w="125" w:type="dxa"/>
              <w:right w:w="60" w:type="dxa"/>
            </w:tcMar>
            <w:tcBorders>
              <w:bottom w:val="single" w:sz="4" w:color="D7E1E6"/>
            </w:tcBorders>
          </w:tcPr>
          <w:p>
            <w:pPr>
              <w:spacing w:before="0" w:after="0" w:line="250" w:lineRule="auto"/>
            </w:pPr>
            <w:sdt>
              <w:sdtPr>
                <w:alias w:val="Dokumente / Bescheinigung erhalten"/>
                <w:tag w:val="bescheinigung"/>
                <w:id w:val="200022"/>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03444"/>
                <w:sz w:val="17"/>
              </w:rPr>
              <w:t xml:space="preserve">  Dokumente / Bescheinigung erhalten</w:t>
            </w:r>
          </w:p>
        </w:tc>
      </w:tr>
      <w:tr>
        <w:trPr>
          <w:cantSplit/>
        </w:trPr>
        <w:tc>
          <w:tcPr>
            <w:tcW w:type="dxa" w:w="4961"/>
            <w:tcMar>
              <w:top w:w="57" w:type="dxa"/>
              <w:bottom w:w="55" w:type="dxa"/>
              <w:left w:w="125" w:type="dxa"/>
              <w:right w:w="60" w:type="dxa"/>
            </w:tcMar>
            <w:tcBorders>
              <w:bottom w:val="single" w:sz="4" w:color="D7E1E6"/>
            </w:tcBorders>
          </w:tcPr>
          <w:p>
            <w:pPr>
              <w:spacing w:before="0" w:after="0" w:line="250" w:lineRule="auto"/>
            </w:pPr>
            <w:sdt>
              <w:sdtPr>
                <w:alias w:val="Weitere Unterlagen nachzureichen"/>
                <w:tag w:val="nachforderung"/>
                <w:id w:val="200023"/>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03444"/>
                <w:sz w:val="17"/>
              </w:rPr>
              <w:t xml:space="preserve">  Weitere Unterlagen nachzureichen</w:t>
            </w:r>
          </w:p>
        </w:tc>
        <w:tc>
          <w:tcPr>
            <w:tcW w:type="dxa" w:w="4961"/>
            <w:tcMar>
              <w:top w:w="57" w:type="dxa"/>
              <w:bottom w:w="55" w:type="dxa"/>
              <w:left w:w="125" w:type="dxa"/>
              <w:right w:w="60" w:type="dxa"/>
            </w:tcMar>
            <w:tcBorders>
              <w:bottom w:val="single" w:sz="4" w:color="D7E1E6"/>
            </w:tcBorders>
          </w:tcPr>
          <w:p>
            <w:pPr>
              <w:spacing w:before="0" w:after="0" w:line="250" w:lineRule="auto"/>
            </w:pPr>
            <w:sdt>
              <w:sdtPr>
                <w:alias w:val="Vollmachtgeber/in informiert"/>
                <w:tag w:val="rueckmeldung"/>
                <w:id w:val="200024"/>
                <w14:checkbox>
                  <w14:checked w14:val="0"/>
                  <w14:checkedState w14:val="2612" w14:font="DejaVu Sans"/>
                  <w14:uncheckedState w14:val="2610" w14:font="DejaVu Sans"/>
                </w14:checkbox>
              </w:sdtPr>
              <w:sdtContent>
                <w:r>
                  <w:rPr>
                    <w:rFonts w:ascii="DejaVu Sans" w:hAnsi="DejaVu Sans"/>
                    <w:sz w:val="20"/>
                  </w:rPr>
                  <w:t>☐</w:t>
                </w:r>
              </w:sdtContent>
            </w:sdt>
            <w:r>
              <w:rPr>
                <w:rFonts w:ascii="Carlito" w:hAnsi="Carlito"/>
                <w:b w:val="0"/>
                <w:i w:val="0"/>
                <w:color w:val="203444"/>
                <w:sz w:val="17"/>
              </w:rPr>
              <w:t xml:space="preserve">  Vollmachtgeber/in informiert</w:t>
            </w:r>
          </w:p>
        </w:tc>
      </w:tr>
    </w:tbl>
    <w:tbl>
      <w:tblPr>
        <w:tblW w:type="auto" w:w="0"/>
        <w:tblLayout w:type="fixed"/>
        <w:tblLook w:firstColumn="1" w:firstRow="1" w:lastColumn="0" w:lastRow="0" w:noHBand="0" w:noVBand="1" w:val="04A0"/>
      </w:tblPr>
      <w:tblGrid>
        <w:gridCol w:w="4961"/>
        <w:gridCol w:w="4961"/>
      </w:tblGrid>
      <w:tr>
        <w:trPr>
          <w:cantSplit/>
        </w:trPr>
        <w:tc>
          <w:tcPr>
            <w:tcW w:type="dxa" w:w="4961"/>
            <w:vAlign w:val="center"/>
            <w:tcMar>
              <w:top w:w="80" w:type="dxa"/>
              <w:bottom w:w="70" w:type="dxa"/>
              <w:left w:w="130" w:type="dxa"/>
              <w:right w:w="90" w:type="dxa"/>
            </w:tcMar>
            <w:shd w:fill="F3F7F8"/>
            <w:tcBorders>
              <w:bottom w:val="single" w:sz="5" w:color="D7E1E6"/>
              <w:right w:val="single" w:sz="14" w:color="FFFFFF"/>
            </w:tcBorders>
          </w:tcPr>
          <w:p>
            <w:pPr>
              <w:spacing w:before="0" w:after="40" w:line="250" w:lineRule="auto"/>
            </w:pPr>
            <w:r>
              <w:rPr>
                <w:rFonts w:ascii="Carlito" w:hAnsi="Carlito"/>
                <w:b/>
                <w:i w:val="0"/>
                <w:color w:val="637683"/>
                <w:sz w:val="14"/>
              </w:rPr>
              <w:t>EINGANGSBESTÄTIGUNG / REFERENZ</w:t>
            </w:r>
          </w:p>
          <w:p>
            <w:pPr>
              <w:spacing w:before="0" w:after="0" w:line="240" w:lineRule="auto"/>
            </w:pPr>
            <w:sdt>
              <w:sdtPr>
                <w:alias w:val="Eingang"/>
                <w:tag w:val="eingang"/>
                <w:id w:val="100018"/>
                <w:text/>
              </w:sdtPr>
              <w:sdtContent>
                <w:r>
                  <w:rPr>
                    <w:color w:val="637683"/>
                    <w:sz w:val="18"/>
                    <w:rFonts w:ascii="Carlito" w:hAnsi="Carlito"/>
                  </w:rPr>
                  <w:t>Nummer / Vermerk</w:t>
                </w:r>
              </w:sdtContent>
            </w:sdt>
          </w:p>
        </w:tc>
        <w:tc>
          <w:tcPr>
            <w:tcW w:type="dxa" w:w="4961"/>
            <w:vAlign w:val="center"/>
            <w:tcMar>
              <w:top w:w="80" w:type="dxa"/>
              <w:bottom w:w="70" w:type="dxa"/>
              <w:left w:w="130" w:type="dxa"/>
              <w:right w:w="90" w:type="dxa"/>
            </w:tcMar>
            <w:shd w:fill="F3F7F8"/>
            <w:tcBorders>
              <w:bottom w:val="single" w:sz="5" w:color="D7E1E6"/>
              <w:right w:val="single" w:sz="14" w:color="FFFFFF"/>
            </w:tcBorders>
          </w:tcPr>
          <w:p>
            <w:pPr>
              <w:spacing w:before="0" w:after="40" w:line="250" w:lineRule="auto"/>
            </w:pPr>
            <w:r>
              <w:rPr>
                <w:rFonts w:ascii="Carlito" w:hAnsi="Carlito"/>
                <w:b/>
                <w:i w:val="0"/>
                <w:color w:val="637683"/>
                <w:sz w:val="14"/>
              </w:rPr>
              <w:t>FRIST / WIEDERVORLAGE</w:t>
            </w:r>
          </w:p>
          <w:p>
            <w:pPr>
              <w:spacing w:before="0" w:after="0" w:line="240" w:lineRule="auto"/>
            </w:pPr>
            <w:sdt>
              <w:sdtPr>
                <w:alias w:val="Wiedervorlage"/>
                <w:tag w:val="wiedervorlage"/>
                <w:id w:val="100019"/>
                <w:text/>
              </w:sdtPr>
              <w:sdtContent>
                <w:r>
                  <w:rPr>
                    <w:color w:val="637683"/>
                    <w:sz w:val="18"/>
                    <w:rFonts w:ascii="Carlito" w:hAnsi="Carlito"/>
                  </w:rPr>
                  <w:t>TT.MM.JJJJ</w:t>
                </w:r>
              </w:sdtContent>
            </w:sdt>
          </w:p>
        </w:tc>
      </w:tr>
    </w:tbl>
    <w:tbl>
      <w:tblPr>
        <w:tblW w:type="auto" w:w="0"/>
        <w:tblLayout w:type="fixed"/>
        <w:tblLook w:firstColumn="1" w:firstRow="1" w:lastColumn="0" w:lastRow="0" w:noHBand="0" w:noVBand="1" w:val="04A0"/>
      </w:tblPr>
      <w:tblGrid>
        <w:gridCol w:w="9921"/>
      </w:tblGrid>
      <w:tr>
        <w:trPr>
          <w:cantSplit/>
        </w:trPr>
        <w:tc>
          <w:tcPr>
            <w:tcW w:type="dxa" w:w="9922"/>
            <w:vAlign w:val="center"/>
            <w:tcMar>
              <w:top w:w="80" w:type="dxa"/>
              <w:bottom w:w="70" w:type="dxa"/>
              <w:left w:w="130" w:type="dxa"/>
              <w:right w:w="90" w:type="dxa"/>
            </w:tcMar>
            <w:shd w:fill="F3F7F8"/>
            <w:tcBorders>
              <w:bottom w:val="single" w:sz="5" w:color="D7E1E6"/>
              <w:right w:val="single" w:sz="14" w:color="FFFFFF"/>
            </w:tcBorders>
          </w:tcPr>
          <w:p>
            <w:pPr>
              <w:spacing w:before="0" w:after="40" w:line="250" w:lineRule="auto"/>
            </w:pPr>
            <w:r>
              <w:rPr>
                <w:rFonts w:ascii="Carlito" w:hAnsi="Carlito"/>
                <w:b/>
                <w:i w:val="0"/>
                <w:color w:val="637683"/>
                <w:sz w:val="14"/>
              </w:rPr>
              <w:t>ERGEBNIS / OFFENE PUNKTE</w:t>
            </w:r>
          </w:p>
          <w:p>
            <w:pPr>
              <w:spacing w:before="0" w:after="0" w:line="240" w:lineRule="auto"/>
            </w:pPr>
            <w:sdt>
              <w:sdtPr>
                <w:alias w:val="Ergebnis"/>
                <w:tag w:val="ergebnis"/>
                <w:id w:val="100020"/>
                <w:text/>
              </w:sdtPr>
              <w:sdtContent>
                <w:r>
                  <w:rPr>
                    <w:color w:val="637683"/>
                    <w:sz w:val="18"/>
                    <w:rFonts w:ascii="Carlito" w:hAnsi="Carlito"/>
                  </w:rPr>
                  <w:t>Erledigt / nächster Schritt</w:t>
                </w:r>
              </w:sdtContent>
            </w:sdt>
          </w:p>
        </w:tc>
      </w:tr>
    </w:tbl>
    <w:tbl>
      <w:tblPr>
        <w:tblW w:type="auto" w:w="0"/>
        <w:tblLayout w:type="fixed"/>
        <w:tblLook w:firstColumn="1" w:firstRow="1" w:lastColumn="0" w:lastRow="0" w:noHBand="0" w:noVBand="1" w:val="04A0"/>
      </w:tblPr>
      <w:tblGrid>
        <w:gridCol w:w="425"/>
        <w:gridCol w:w="9468"/>
      </w:tblGrid>
      <w:tr>
        <w:trPr>
          <w:cantSplit/>
        </w:trPr>
        <w:tc>
          <w:tcPr>
            <w:tcW w:type="dxa" w:w="425"/>
            <w:shd w:fill="137C82"/>
            <w:tcMar>
              <w:top w:w="80" w:type="dxa"/>
              <w:bottom w:w="80" w:type="dxa"/>
              <w:left w:w="40" w:type="dxa"/>
              <w:right w:w="30" w:type="dxa"/>
            </w:tcMar>
          </w:tcPr>
          <w:p>
            <w:pPr>
              <w:spacing w:before="0" w:after="0" w:line="250" w:lineRule="auto"/>
              <w:jc w:val="center"/>
            </w:pPr>
            <w:r>
              <w:rPr>
                <w:rFonts w:ascii="Carlito" w:hAnsi="Carlito"/>
                <w:b/>
                <w:i w:val="0"/>
                <w:color w:val="FFFFFF"/>
                <w:sz w:val="16"/>
              </w:rPr>
              <w:t>D</w:t>
            </w:r>
          </w:p>
        </w:tc>
        <w:tc>
          <w:tcPr>
            <w:tcW w:type="dxa" w:w="9468"/>
            <w:shd w:fill="17364B"/>
            <w:tcMar>
              <w:top w:w="80" w:type="dxa"/>
              <w:bottom w:w="80" w:type="dxa"/>
              <w:left w:w="140" w:type="dxa"/>
              <w:right w:w="100" w:type="dxa"/>
            </w:tcMar>
          </w:tcPr>
          <w:p>
            <w:pPr>
              <w:spacing w:before="0" w:after="0" w:line="250" w:lineRule="auto"/>
            </w:pPr>
            <w:r>
              <w:rPr>
                <w:rFonts w:ascii="Carlito" w:hAnsi="Carlito"/>
                <w:b/>
                <w:i w:val="0"/>
                <w:color w:val="FFFFFF"/>
                <w:sz w:val="18"/>
              </w:rPr>
              <w:t>RÜCKGABE DER UNTERLAGEN</w:t>
            </w:r>
          </w:p>
        </w:tc>
      </w:tr>
    </w:tbl>
    <w:p>
      <w:pPr>
        <w:spacing w:after="0"/>
      </w:pPr>
    </w:p>
    <w:tbl>
      <w:tblPr>
        <w:tblW w:type="auto" w:w="0"/>
        <w:tblLayout w:type="fixed"/>
        <w:tblLook w:firstColumn="1" w:firstRow="1" w:lastColumn="0" w:lastRow="0" w:noHBand="0" w:noVBand="1" w:val="04A0"/>
      </w:tblPr>
      <w:tblGrid>
        <w:gridCol w:w="4961"/>
        <w:gridCol w:w="4961"/>
      </w:tblGrid>
      <w:tr>
        <w:trPr>
          <w:cantSplit/>
        </w:trPr>
        <w:tc>
          <w:tcPr>
            <w:tcW w:type="dxa" w:w="4961"/>
            <w:vAlign w:val="center"/>
            <w:tcMar>
              <w:top w:w="80" w:type="dxa"/>
              <w:bottom w:w="70" w:type="dxa"/>
              <w:left w:w="130" w:type="dxa"/>
              <w:right w:w="90" w:type="dxa"/>
            </w:tcMar>
            <w:shd w:fill="F3F7F8"/>
            <w:tcBorders>
              <w:bottom w:val="single" w:sz="5" w:color="D7E1E6"/>
              <w:right w:val="single" w:sz="14" w:color="FFFFFF"/>
            </w:tcBorders>
          </w:tcPr>
          <w:p>
            <w:pPr>
              <w:spacing w:before="0" w:after="40" w:line="250" w:lineRule="auto"/>
            </w:pPr>
            <w:r>
              <w:rPr>
                <w:rFonts w:ascii="Carlito" w:hAnsi="Carlito"/>
                <w:b/>
                <w:i w:val="0"/>
                <w:color w:val="637683"/>
                <w:sz w:val="14"/>
              </w:rPr>
              <w:t>UNTERLAGEN ZURÜCKGEGEBEN AM</w:t>
            </w:r>
          </w:p>
          <w:p>
            <w:pPr>
              <w:spacing w:before="0" w:after="0" w:line="240" w:lineRule="auto"/>
            </w:pPr>
            <w:sdt>
              <w:sdtPr>
                <w:alias w:val="Zurueckgegeben"/>
                <w:tag w:val="zurueckgegeben"/>
                <w:id w:val="100021"/>
                <w:text/>
              </w:sdtPr>
              <w:sdtContent>
                <w:r>
                  <w:rPr>
                    <w:color w:val="637683"/>
                    <w:sz w:val="18"/>
                    <w:rFonts w:ascii="Carlito" w:hAnsi="Carlito"/>
                  </w:rPr>
                  <w:t>TT.MM.JJJJ</w:t>
                </w:r>
              </w:sdtContent>
            </w:sdt>
          </w:p>
        </w:tc>
        <w:tc>
          <w:tcPr>
            <w:tcW w:type="dxa" w:w="4961"/>
            <w:vAlign w:val="center"/>
            <w:tcMar>
              <w:top w:w="80" w:type="dxa"/>
              <w:bottom w:w="70" w:type="dxa"/>
              <w:left w:w="130" w:type="dxa"/>
              <w:right w:w="90" w:type="dxa"/>
            </w:tcMar>
            <w:shd w:fill="F3F7F8"/>
            <w:tcBorders>
              <w:bottom w:val="single" w:sz="5" w:color="D7E1E6"/>
              <w:right w:val="single" w:sz="14" w:color="FFFFFF"/>
            </w:tcBorders>
          </w:tcPr>
          <w:p>
            <w:pPr>
              <w:spacing w:before="0" w:after="40" w:line="250" w:lineRule="auto"/>
            </w:pPr>
            <w:r>
              <w:rPr>
                <w:rFonts w:ascii="Carlito" w:hAnsi="Carlito"/>
                <w:b/>
                <w:i w:val="0"/>
                <w:color w:val="637683"/>
                <w:sz w:val="14"/>
              </w:rPr>
              <w:t>AN WEN / ÜBERGABEFORM</w:t>
            </w:r>
          </w:p>
          <w:p>
            <w:pPr>
              <w:spacing w:before="0" w:after="0" w:line="240" w:lineRule="auto"/>
            </w:pPr>
            <w:sdt>
              <w:sdtPr>
                <w:alias w:val="Uebergabe"/>
                <w:tag w:val="uebergabe"/>
                <w:id w:val="100022"/>
                <w:text/>
              </w:sdtPr>
              <w:sdtContent>
                <w:r>
                  <w:rPr>
                    <w:color w:val="637683"/>
                    <w:sz w:val="18"/>
                    <w:rFonts w:ascii="Carlito" w:hAnsi="Carlito"/>
                  </w:rPr>
                  <w:t>Name / persönlich / digital</w:t>
                </w:r>
              </w:sdtContent>
            </w:sdt>
          </w:p>
        </w:tc>
      </w:tr>
    </w:tbl>
    <w:p>
      <w:pPr>
        <w:spacing w:before="140" w:after="0" w:line="254" w:lineRule="auto"/>
      </w:pPr>
      <w:r>
        <w:rPr>
          <w:rFonts w:ascii="Carlito" w:hAnsi="Carlito"/>
          <w:b w:val="0"/>
          <w:i w:val="0"/>
          <w:color w:val="637683"/>
          <w:sz w:val="16"/>
        </w:rPr>
        <w:t>Hinweis: Ein Widerruf sollte der bevollmächtigten Person und der betroffenen Behörde mitgeteilt werden. Bewahren Sie bei fristgebundenen Vorgängen Abgabe- und Empfangsnachweise auf.</w:t>
      </w:r>
    </w:p>
    <w:sectPr w:rsidR="00FC693F" w:rsidRPr="0006063C" w:rsidSect="00034616">
      <w:headerReference w:type="default" r:id="rId9"/>
      <w:footerReference w:type="default" r:id="rId10"/>
      <w:pgSz w:w="11906" w:h="16838"/>
      <w:pgMar w:top="709" w:right="992" w:bottom="765" w:left="992" w:header="386"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50" w:lineRule="auto"/>
      <w:jc w:val="center"/>
    </w:pPr>
    <w:r>
      <w:rPr>
        <w:rFonts w:ascii="Carlito" w:hAnsi="Carlito"/>
        <w:b/>
        <w:i w:val="0"/>
        <w:color w:val="637683"/>
        <w:sz w:val="14"/>
      </w:rPr>
      <w:t>VOLLMACHT FÜR BEHÖRDENGÄNGE</w:t>
    </w:r>
    <w:r>
      <w:rPr>
        <w:rFonts w:ascii="Carlito" w:hAnsi="Carlito"/>
        <w:b w:val="0"/>
        <w:i w:val="0"/>
        <w:color w:val="637683"/>
        <w:sz w:val="14"/>
      </w:rPr>
      <w:t xml:space="preserve">  ·  Individuell ausfüllbare Vorlage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50" w:lineRule="auto"/>
      <w:jc w:val="right"/>
    </w:pPr>
    <w:r>
      <w:rPr>
        <w:rFonts w:ascii="Carlito" w:hAnsi="Carlito"/>
        <w:b/>
        <w:i w:val="0"/>
        <w:color w:val="137C82"/>
        <w:sz w:val="14"/>
      </w:rPr>
      <w:t>VORLAGE  /  VERWALTUNG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Carlito" w:hAnsi="Carlito"/>
      <w:color w:val="203444"/>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Vollmacht für Behördengänge – ausfüllbare Vorlage</dc:title>
  <dc:subject>Zweckgebundene Behördenvollmacht</dc:subject>
  <dc:creator/>
  <cp:keywords>Vollmacht Behördengänge, Vorlage</cp:keywords>
  <dc:description/>
  <cp:lastModifiedBy/>
  <cp:revision>1</cp:revision>
  <dcterms:created xsi:type="dcterms:W3CDTF">2013-12-23T23:15:00Z</dcterms:created>
  <dcterms:modified xsi:type="dcterms:W3CDTF">2013-12-23T23:15:00Z</dcterms:modified>
  <cp:category/>
</cp:coreProperties>
</file>