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0" w:after="40"/>
      </w:pPr>
      <w:r>
        <w:rPr>
          <w:b/>
          <w:color w:val="2B686A"/>
          <w:sz w:val="15"/>
        </w:rPr>
        <w:t>V O L L M A C H T   /   M I N D E R J Ä H R I G E</w:t>
      </w:r>
    </w:p>
    <w:p>
      <w:pPr>
        <w:pStyle w:val="TitleWide"/>
      </w:pPr>
      <w:r>
        <w:rPr>
          <w:b/>
          <w:color w:val="223644"/>
          <w:sz w:val="44"/>
        </w:rPr>
        <w:t>Sorgerechtsvollmacht</w:t>
      </w:r>
    </w:p>
    <w:p>
      <w:pPr>
        <w:spacing w:after="160"/>
      </w:pPr>
      <w:r>
        <w:rPr>
          <w:b w:val="0"/>
          <w:color w:val="627681"/>
          <w:sz w:val="18"/>
        </w:rPr>
        <w:t>Für einzelne Angelegenheiten der Betreuung und Vertretung eines Kindes</w:t>
      </w:r>
    </w:p>
    <w:tbl>
      <w:tblPr>
        <w:tblW w:type="auto" w:w="0"/>
        <w:jc w:val="center"/>
        <w:tblLayout w:type="fixed"/>
        <w:tblLook w:firstColumn="1" w:firstRow="1" w:lastColumn="0" w:lastRow="0" w:noHBand="0" w:noVBand="1" w:val="04A0"/>
      </w:tblPr>
      <w:tblGrid>
        <w:gridCol w:w="9876"/>
      </w:tblGrid>
      <w:tr>
        <w:tc>
          <w:tcPr>
            <w:tcW w:type="dxa" w:w="9876"/>
            <w:shd w:fill="F6F2EC"/>
            <w:tcMar>
              <w:top w:w="100" w:type="dxa"/>
              <w:start w:w="155" w:type="dxa"/>
              <w:bottom w:w="95" w:type="dxa"/>
              <w:end w:w="155" w:type="dxa"/>
            </w:tcMar>
          </w:tcPr>
          <w:p>
            <w:pPr>
              <w:spacing w:after="40"/>
            </w:pPr>
            <w:r>
              <w:rPr>
                <w:b/>
                <w:color w:val="223644"/>
                <w:sz w:val="16"/>
              </w:rPr>
              <w:t>Wichtig: Diese Vollmacht überträgt kein Sorgerecht.</w:t>
            </w:r>
          </w:p>
          <w:p>
            <w:r>
              <w:rPr>
                <w:b w:val="0"/>
                <w:color w:val="627681"/>
                <w:sz w:val="15"/>
              </w:rPr>
              <w:t>Sie ermächtigt die benannte Person ausschließlich zu den unten ausgewählten Aufgaben. Die elterliche Sorge verbleibt bei den Sorgeberechtigten.</w:t>
            </w:r>
          </w:p>
        </w:tc>
      </w:tr>
    </w:tbl>
    <w:p>
      <w:pPr>
        <w:spacing w:before="100" w:after="40"/>
        <w:pBdr>
          <w:bottom w:val="single" w:sz="5" w:color="DCE7E7"/>
        </w:pBdr>
      </w:pPr>
      <w:r>
        <w:rPr>
          <w:b/>
          <w:color w:val="BC8056"/>
          <w:sz w:val="20"/>
        </w:rPr>
        <w:t xml:space="preserve">01  </w:t>
      </w:r>
      <w:r>
        <w:rPr>
          <w:b/>
          <w:color w:val="223644"/>
          <w:sz w:val="21"/>
        </w:rPr>
        <w:t>Kind &amp; Sorgeberechtigte</w:t>
      </w:r>
    </w:p>
    <w:tbl>
      <w:tblPr>
        <w:tblW w:type="auto" w:w="0"/>
        <w:jc w:val="center"/>
        <w:tblLayout w:type="fixed"/>
        <w:tblLook w:firstColumn="1" w:firstRow="1" w:lastColumn="0" w:lastRow="0" w:noHBand="0" w:noVBand="1" w:val="04A0"/>
      </w:tblPr>
      <w:tblGrid>
        <w:gridCol w:w="6406"/>
        <w:gridCol w:w="3470"/>
      </w:tblGrid>
      <w:tr>
        <w:tc>
          <w:tcPr>
            <w:tcW w:type="dxa" w:w="6406"/>
            <w:shd w:fill="F1F6F6"/>
            <w:tcMar>
              <w:top w:w="50" w:type="dxa"/>
              <w:start w:w="110" w:type="dxa"/>
              <w:bottom w:w="45" w:type="dxa"/>
              <w:end w:w="110" w:type="dxa"/>
            </w:tcMar>
            <w:tcBorders>
              <w:bottom w:val="single" w:sz="5" w:color="DCE7E7"/>
            </w:tcBorders>
            <w:vAlign w:val="center"/>
          </w:tcPr>
          <w:p>
            <w:pPr>
              <w:spacing w:after="20"/>
            </w:pPr>
            <w:r>
              <w:rPr>
                <w:b/>
                <w:color w:val="627681"/>
                <w:sz w:val="14"/>
              </w:rPr>
              <w:t>NAME DES KINDES</w:t>
            </w:r>
          </w:p>
          <w:p>
            <w:pPr>
              <w:spacing w:after="0"/>
            </w:pPr>
            <w:sdt>
              <w:sdtPr>
                <w:alias w:val="kind_name"/>
                <w:tag w:val="kind_name"/>
                <w:id w:val="1101"/>
                <w:text w:multiLine="0"/>
              </w:sdtPr>
              <w:sdtContent>
                <w:r>
                  <w:rPr>
                    <w:rFonts w:ascii="Lato" w:hAnsi="Lato" w:eastAsia="Lato" w:cs="Lato"/>
                    <w:color w:val="84939A"/>
                    <w:sz w:val="18"/>
                  </w:rPr>
                  <w:t>‹Vor- und Nachname›</w:t>
                </w:r>
              </w:sdtContent>
            </w:sdt>
          </w:p>
        </w:tc>
        <w:tc>
          <w:tcPr>
            <w:tcW w:type="dxa" w:w="3470"/>
            <w:shd w:fill="F1F6F6"/>
            <w:tcMar>
              <w:top w:w="50" w:type="dxa"/>
              <w:start w:w="110" w:type="dxa"/>
              <w:bottom w:w="45" w:type="dxa"/>
              <w:end w:w="110" w:type="dxa"/>
            </w:tcMar>
            <w:tcBorders>
              <w:bottom w:val="single" w:sz="5" w:color="DCE7E7"/>
            </w:tcBorders>
            <w:vAlign w:val="center"/>
          </w:tcPr>
          <w:p>
            <w:pPr>
              <w:spacing w:after="20"/>
            </w:pPr>
            <w:r>
              <w:rPr>
                <w:b/>
                <w:color w:val="627681"/>
                <w:sz w:val="14"/>
              </w:rPr>
              <w:t>GEBURTSDATUM</w:t>
            </w:r>
          </w:p>
          <w:p>
            <w:pPr>
              <w:spacing w:after="0"/>
            </w:pPr>
            <w:sdt>
              <w:sdtPr>
                <w:alias w:val="kind_dob"/>
                <w:tag w:val="kind_dob"/>
                <w:id w:val="1102"/>
                <w:text w:multiLine="0"/>
              </w:sdtPr>
              <w:sdtContent>
                <w:r>
                  <w:rPr>
                    <w:rFonts w:ascii="Lato" w:hAnsi="Lato" w:eastAsia="Lato" w:cs="Lato"/>
                    <w:color w:val="84939A"/>
                    <w:sz w:val="18"/>
                  </w:rPr>
                  <w:t>‹TT.MM.JJJJ›</w:t>
                </w:r>
              </w:sdtContent>
            </w:sdt>
          </w:p>
        </w:tc>
      </w:tr>
    </w:tbl>
    <w:tbl>
      <w:tblPr>
        <w:tblW w:type="auto" w:w="0"/>
        <w:jc w:val="center"/>
        <w:tblLayout w:type="fixed"/>
        <w:tblLook w:firstColumn="1" w:firstRow="1" w:lastColumn="0" w:lastRow="0" w:noHBand="0" w:noVBand="1" w:val="04A0"/>
      </w:tblPr>
      <w:tblGrid>
        <w:gridCol w:w="9876"/>
      </w:tblGrid>
      <w:tr>
        <w:tc>
          <w:tcPr>
            <w:tcW w:type="dxa" w:w="9876"/>
            <w:shd w:fill="F1F6F6"/>
            <w:tcMar>
              <w:top w:w="50" w:type="dxa"/>
              <w:start w:w="110" w:type="dxa"/>
              <w:bottom w:w="45" w:type="dxa"/>
              <w:end w:w="110" w:type="dxa"/>
            </w:tcMar>
            <w:tcBorders>
              <w:bottom w:val="single" w:sz="5" w:color="DCE7E7"/>
            </w:tcBorders>
            <w:vAlign w:val="center"/>
          </w:tcPr>
          <w:p>
            <w:pPr>
              <w:spacing w:after="20"/>
            </w:pPr>
            <w:r>
              <w:rPr>
                <w:b/>
                <w:color w:val="627681"/>
                <w:sz w:val="14"/>
              </w:rPr>
              <w:t>WOHNANSCHRIFT DES KINDES</w:t>
            </w:r>
          </w:p>
          <w:p>
            <w:pPr>
              <w:spacing w:after="0"/>
            </w:pPr>
            <w:sdt>
              <w:sdtPr>
                <w:alias w:val="kind_address"/>
                <w:tag w:val="kind_address"/>
                <w:id w:val="1103"/>
                <w:text w:multiLine="0"/>
              </w:sdtPr>
              <w:sdtContent>
                <w:r>
                  <w:rPr>
                    <w:rFonts w:ascii="Lato" w:hAnsi="Lato" w:eastAsia="Lato" w:cs="Lato"/>
                    <w:color w:val="84939A"/>
                    <w:sz w:val="18"/>
                  </w:rPr>
                  <w:t>‹Straße, Hausnummer, PLZ, Ort›</w:t>
                </w:r>
              </w:sdtContent>
            </w:sdt>
          </w:p>
        </w:tc>
      </w:tr>
    </w:tbl>
    <w:tbl>
      <w:tblPr>
        <w:tblW w:type="auto" w:w="0"/>
        <w:jc w:val="center"/>
        <w:tblLayout w:type="fixed"/>
        <w:tblLook w:firstColumn="1" w:firstRow="1" w:lastColumn="0" w:lastRow="0" w:noHBand="0" w:noVBand="1" w:val="04A0"/>
      </w:tblPr>
      <w:tblGrid>
        <w:gridCol w:w="6406"/>
        <w:gridCol w:w="3470"/>
      </w:tblGrid>
      <w:tr>
        <w:tc>
          <w:tcPr>
            <w:tcW w:type="dxa" w:w="6406"/>
            <w:shd w:fill="F1F6F6"/>
            <w:tcMar>
              <w:top w:w="50" w:type="dxa"/>
              <w:start w:w="110" w:type="dxa"/>
              <w:bottom w:w="45" w:type="dxa"/>
              <w:end w:w="110" w:type="dxa"/>
            </w:tcMar>
            <w:tcBorders>
              <w:bottom w:val="single" w:sz="5" w:color="DCE7E7"/>
            </w:tcBorders>
            <w:vAlign w:val="center"/>
          </w:tcPr>
          <w:p>
            <w:pPr>
              <w:spacing w:after="20"/>
            </w:pPr>
            <w:r>
              <w:rPr>
                <w:b/>
                <w:color w:val="627681"/>
                <w:sz w:val="14"/>
              </w:rPr>
              <w:t>SORGEBERECHTIGTE PERSON 1</w:t>
            </w:r>
          </w:p>
          <w:p>
            <w:pPr>
              <w:spacing w:after="0"/>
            </w:pPr>
            <w:sdt>
              <w:sdtPr>
                <w:alias w:val="parent1"/>
                <w:tag w:val="parent1"/>
                <w:id w:val="1104"/>
                <w:text w:multiLine="0"/>
              </w:sdtPr>
              <w:sdtContent>
                <w:r>
                  <w:rPr>
                    <w:rFonts w:ascii="Lato" w:hAnsi="Lato" w:eastAsia="Lato" w:cs="Lato"/>
                    <w:color w:val="84939A"/>
                    <w:sz w:val="18"/>
                  </w:rPr>
                  <w:t>‹Vor- und Nachname›</w:t>
                </w:r>
              </w:sdtContent>
            </w:sdt>
          </w:p>
        </w:tc>
        <w:tc>
          <w:tcPr>
            <w:tcW w:type="dxa" w:w="3470"/>
            <w:shd w:fill="F1F6F6"/>
            <w:tcMar>
              <w:top w:w="50" w:type="dxa"/>
              <w:start w:w="110" w:type="dxa"/>
              <w:bottom w:w="45" w:type="dxa"/>
              <w:end w:w="110" w:type="dxa"/>
            </w:tcMar>
            <w:tcBorders>
              <w:bottom w:val="single" w:sz="5" w:color="DCE7E7"/>
            </w:tcBorders>
            <w:vAlign w:val="center"/>
          </w:tcPr>
          <w:p>
            <w:pPr>
              <w:spacing w:after="20"/>
            </w:pPr>
            <w:r>
              <w:rPr>
                <w:b/>
                <w:color w:val="627681"/>
                <w:sz w:val="14"/>
              </w:rPr>
              <w:t>TELEFON FÜR RÜCKFRAGEN</w:t>
            </w:r>
          </w:p>
          <w:p>
            <w:pPr>
              <w:spacing w:after="0"/>
            </w:pPr>
            <w:sdt>
              <w:sdtPr>
                <w:alias w:val="parent1_phone"/>
                <w:tag w:val="parent1_phone"/>
                <w:id w:val="1105"/>
                <w:text w:multiLine="0"/>
              </w:sdtPr>
              <w:sdtContent>
                <w:r>
                  <w:rPr>
                    <w:rFonts w:ascii="Lato" w:hAnsi="Lato" w:eastAsia="Lato" w:cs="Lato"/>
                    <w:color w:val="84939A"/>
                    <w:sz w:val="18"/>
                  </w:rPr>
                  <w:t>‹Telefonnummer›</w:t>
                </w:r>
              </w:sdtContent>
            </w:sdt>
          </w:p>
        </w:tc>
      </w:tr>
    </w:tbl>
    <w:tbl>
      <w:tblPr>
        <w:tblW w:type="auto" w:w="0"/>
        <w:jc w:val="center"/>
        <w:tblLayout w:type="fixed"/>
        <w:tblLook w:firstColumn="1" w:firstRow="1" w:lastColumn="0" w:lastRow="0" w:noHBand="0" w:noVBand="1" w:val="04A0"/>
      </w:tblPr>
      <w:tblGrid>
        <w:gridCol w:w="6406"/>
        <w:gridCol w:w="3470"/>
      </w:tblGrid>
      <w:tr>
        <w:tc>
          <w:tcPr>
            <w:tcW w:type="dxa" w:w="6406"/>
            <w:shd w:fill="F1F6F6"/>
            <w:tcMar>
              <w:top w:w="50" w:type="dxa"/>
              <w:start w:w="110" w:type="dxa"/>
              <w:bottom w:w="45" w:type="dxa"/>
              <w:end w:w="110" w:type="dxa"/>
            </w:tcMar>
            <w:tcBorders>
              <w:bottom w:val="single" w:sz="5" w:color="DCE7E7"/>
            </w:tcBorders>
            <w:vAlign w:val="center"/>
          </w:tcPr>
          <w:p>
            <w:pPr>
              <w:spacing w:after="20"/>
            </w:pPr>
            <w:r>
              <w:rPr>
                <w:b/>
                <w:color w:val="627681"/>
                <w:sz w:val="14"/>
              </w:rPr>
              <w:t>SORGEBERECHTIGTE PERSON 2 (FALLS VORHANDEN)</w:t>
            </w:r>
          </w:p>
          <w:p>
            <w:pPr>
              <w:spacing w:after="0"/>
            </w:pPr>
            <w:sdt>
              <w:sdtPr>
                <w:alias w:val="parent2"/>
                <w:tag w:val="parent2"/>
                <w:id w:val="1106"/>
                <w:text w:multiLine="0"/>
              </w:sdtPr>
              <w:sdtContent>
                <w:r>
                  <w:rPr>
                    <w:rFonts w:ascii="Lato" w:hAnsi="Lato" w:eastAsia="Lato" w:cs="Lato"/>
                    <w:color w:val="84939A"/>
                    <w:sz w:val="18"/>
                  </w:rPr>
                  <w:t>‹Vor- und Nachname›</w:t>
                </w:r>
              </w:sdtContent>
            </w:sdt>
          </w:p>
        </w:tc>
        <w:tc>
          <w:tcPr>
            <w:tcW w:type="dxa" w:w="3470"/>
            <w:shd w:fill="F1F6F6"/>
            <w:tcMar>
              <w:top w:w="50" w:type="dxa"/>
              <w:start w:w="110" w:type="dxa"/>
              <w:bottom w:w="45" w:type="dxa"/>
              <w:end w:w="110" w:type="dxa"/>
            </w:tcMar>
            <w:tcBorders>
              <w:bottom w:val="single" w:sz="5" w:color="DCE7E7"/>
            </w:tcBorders>
            <w:vAlign w:val="center"/>
          </w:tcPr>
          <w:p>
            <w:pPr>
              <w:spacing w:after="20"/>
            </w:pPr>
            <w:r>
              <w:rPr>
                <w:b/>
                <w:color w:val="627681"/>
                <w:sz w:val="14"/>
              </w:rPr>
              <w:t>TELEFON FÜR RÜCKFRAGEN</w:t>
            </w:r>
          </w:p>
          <w:p>
            <w:pPr>
              <w:spacing w:after="0"/>
            </w:pPr>
            <w:sdt>
              <w:sdtPr>
                <w:alias w:val="parent2_phone"/>
                <w:tag w:val="parent2_phone"/>
                <w:id w:val="1107"/>
                <w:text w:multiLine="0"/>
              </w:sdtPr>
              <w:sdtContent>
                <w:r>
                  <w:rPr>
                    <w:rFonts w:ascii="Lato" w:hAnsi="Lato" w:eastAsia="Lato" w:cs="Lato"/>
                    <w:color w:val="84939A"/>
                    <w:sz w:val="18"/>
                  </w:rPr>
                  <w:t>‹Telefonnummer›</w:t>
                </w:r>
              </w:sdtContent>
            </w:sdt>
          </w:p>
        </w:tc>
      </w:tr>
    </w:tbl>
    <w:p>
      <w:pPr>
        <w:spacing w:after="20"/>
      </w:pPr>
      <w:r>
        <w:rPr>
          <w:b/>
          <w:color w:val="627681"/>
          <w:sz w:val="16"/>
        </w:rPr>
        <w:t xml:space="preserve">Sorgerechtslage:   </w:t>
      </w:r>
      <w:sdt>
        <w:sdtPr>
          <w:alias w:val="joint_custody"/>
          <w:tag w:val="joint_custody"/>
          <w:id w:val="1108"/>
          <w14:checkbox>
            <w14:checked w14:val="0"/>
            <w14:checkedState w14:val="2612" w14:font="DejaVu Sans"/>
            <w14:uncheckedState w14:val="2610" w14:font="DejaVu Sans"/>
          </w14:checkbox>
        </w:sdtPr>
        <w:sdtContent>
          <w:r>
            <w:rPr>
              <w:rFonts w:ascii="Lato" w:hAnsi="Lato" w:eastAsia="Lato" w:cs="Lato"/>
              <w:color w:val="2B686A"/>
              <w:sz w:val="20"/>
            </w:rPr>
            <w:t>☐</w:t>
          </w:r>
        </w:sdtContent>
      </w:sdt>
      <w:r>
        <w:rPr>
          <w:b w:val="0"/>
          <w:color w:val="223644"/>
          <w:sz w:val="15"/>
        </w:rPr>
        <w:t xml:space="preserve">  gemeinsame elterliche Sorge</w:t>
      </w:r>
      <w:r>
        <w:rPr>
          <w:b w:val="0"/>
          <w:sz w:val="14"/>
        </w:rPr>
        <w:t xml:space="preserve">      </w:t>
      </w:r>
      <w:sdt>
        <w:sdtPr>
          <w:alias w:val="sole_custody"/>
          <w:tag w:val="sole_custody"/>
          <w:id w:val="1109"/>
          <w14:checkbox>
            <w14:checked w14:val="0"/>
            <w14:checkedState w14:val="2612" w14:font="DejaVu Sans"/>
            <w14:uncheckedState w14:val="2610" w14:font="DejaVu Sans"/>
          </w14:checkbox>
        </w:sdtPr>
        <w:sdtContent>
          <w:r>
            <w:rPr>
              <w:rFonts w:ascii="Lato" w:hAnsi="Lato" w:eastAsia="Lato" w:cs="Lato"/>
              <w:color w:val="2B686A"/>
              <w:sz w:val="20"/>
            </w:rPr>
            <w:t>☐</w:t>
          </w:r>
        </w:sdtContent>
      </w:sdt>
      <w:r>
        <w:rPr>
          <w:b w:val="0"/>
          <w:color w:val="223644"/>
          <w:sz w:val="15"/>
        </w:rPr>
        <w:t xml:space="preserve">  alleinige elterliche Sorge</w:t>
      </w:r>
    </w:p>
    <w:p>
      <w:pPr>
        <w:spacing w:before="100" w:after="40"/>
        <w:pBdr>
          <w:bottom w:val="single" w:sz="5" w:color="DCE7E7"/>
        </w:pBdr>
      </w:pPr>
      <w:r>
        <w:rPr>
          <w:b/>
          <w:color w:val="BC8056"/>
          <w:sz w:val="20"/>
        </w:rPr>
        <w:t xml:space="preserve">02  </w:t>
      </w:r>
      <w:r>
        <w:rPr>
          <w:b/>
          <w:color w:val="223644"/>
          <w:sz w:val="21"/>
        </w:rPr>
        <w:t>Bevollmächtigte Person</w:t>
      </w:r>
    </w:p>
    <w:tbl>
      <w:tblPr>
        <w:tblW w:type="auto" w:w="0"/>
        <w:jc w:val="center"/>
        <w:tblLayout w:type="fixed"/>
        <w:tblLook w:firstColumn="1" w:firstRow="1" w:lastColumn="0" w:lastRow="0" w:noHBand="0" w:noVBand="1" w:val="04A0"/>
      </w:tblPr>
      <w:tblGrid>
        <w:gridCol w:w="6406"/>
        <w:gridCol w:w="3470"/>
      </w:tblGrid>
      <w:tr>
        <w:tc>
          <w:tcPr>
            <w:tcW w:type="dxa" w:w="6406"/>
            <w:shd w:fill="F1F6F6"/>
            <w:tcMar>
              <w:top w:w="50" w:type="dxa"/>
              <w:start w:w="110" w:type="dxa"/>
              <w:bottom w:w="45" w:type="dxa"/>
              <w:end w:w="110" w:type="dxa"/>
            </w:tcMar>
            <w:tcBorders>
              <w:bottom w:val="single" w:sz="5" w:color="DCE7E7"/>
            </w:tcBorders>
            <w:vAlign w:val="center"/>
          </w:tcPr>
          <w:p>
            <w:pPr>
              <w:spacing w:after="20"/>
            </w:pPr>
            <w:r>
              <w:rPr>
                <w:b/>
                <w:color w:val="627681"/>
                <w:sz w:val="14"/>
              </w:rPr>
              <w:t>NAME</w:t>
            </w:r>
          </w:p>
          <w:p>
            <w:pPr>
              <w:spacing w:after="0"/>
            </w:pPr>
            <w:sdt>
              <w:sdtPr>
                <w:alias w:val="agent_name"/>
                <w:tag w:val="agent_name"/>
                <w:id w:val="1110"/>
                <w:text w:multiLine="0"/>
              </w:sdtPr>
              <w:sdtContent>
                <w:r>
                  <w:rPr>
                    <w:rFonts w:ascii="Lato" w:hAnsi="Lato" w:eastAsia="Lato" w:cs="Lato"/>
                    <w:color w:val="84939A"/>
                    <w:sz w:val="18"/>
                  </w:rPr>
                  <w:t>‹Vor- und Nachname›</w:t>
                </w:r>
              </w:sdtContent>
            </w:sdt>
          </w:p>
        </w:tc>
        <w:tc>
          <w:tcPr>
            <w:tcW w:type="dxa" w:w="3470"/>
            <w:shd w:fill="F1F6F6"/>
            <w:tcMar>
              <w:top w:w="50" w:type="dxa"/>
              <w:start w:w="110" w:type="dxa"/>
              <w:bottom w:w="45" w:type="dxa"/>
              <w:end w:w="110" w:type="dxa"/>
            </w:tcMar>
            <w:tcBorders>
              <w:bottom w:val="single" w:sz="5" w:color="DCE7E7"/>
            </w:tcBorders>
            <w:vAlign w:val="center"/>
          </w:tcPr>
          <w:p>
            <w:pPr>
              <w:spacing w:after="20"/>
            </w:pPr>
            <w:r>
              <w:rPr>
                <w:b/>
                <w:color w:val="627681"/>
                <w:sz w:val="14"/>
              </w:rPr>
              <w:t>GEBURTSDATUM</w:t>
            </w:r>
          </w:p>
          <w:p>
            <w:pPr>
              <w:spacing w:after="0"/>
            </w:pPr>
            <w:sdt>
              <w:sdtPr>
                <w:alias w:val="agent_dob"/>
                <w:tag w:val="agent_dob"/>
                <w:id w:val="1111"/>
                <w:text w:multiLine="0"/>
              </w:sdtPr>
              <w:sdtContent>
                <w:r>
                  <w:rPr>
                    <w:rFonts w:ascii="Lato" w:hAnsi="Lato" w:eastAsia="Lato" w:cs="Lato"/>
                    <w:color w:val="84939A"/>
                    <w:sz w:val="18"/>
                  </w:rPr>
                  <w:t>‹TT.MM.JJJJ›</w:t>
                </w:r>
              </w:sdtContent>
            </w:sdt>
          </w:p>
        </w:tc>
      </w:tr>
    </w:tbl>
    <w:tbl>
      <w:tblPr>
        <w:tblW w:type="auto" w:w="0"/>
        <w:jc w:val="center"/>
        <w:tblLayout w:type="fixed"/>
        <w:tblLook w:firstColumn="1" w:firstRow="1" w:lastColumn="0" w:lastRow="0" w:noHBand="0" w:noVBand="1" w:val="04A0"/>
      </w:tblPr>
      <w:tblGrid>
        <w:gridCol w:w="9876"/>
      </w:tblGrid>
      <w:tr>
        <w:tc>
          <w:tcPr>
            <w:tcW w:type="dxa" w:w="9876"/>
            <w:shd w:fill="F1F6F6"/>
            <w:tcMar>
              <w:top w:w="50" w:type="dxa"/>
              <w:start w:w="110" w:type="dxa"/>
              <w:bottom w:w="45" w:type="dxa"/>
              <w:end w:w="110" w:type="dxa"/>
            </w:tcMar>
            <w:tcBorders>
              <w:bottom w:val="single" w:sz="5" w:color="DCE7E7"/>
            </w:tcBorders>
            <w:vAlign w:val="center"/>
          </w:tcPr>
          <w:p>
            <w:pPr>
              <w:spacing w:after="20"/>
            </w:pPr>
            <w:r>
              <w:rPr>
                <w:b/>
                <w:color w:val="627681"/>
                <w:sz w:val="14"/>
              </w:rPr>
              <w:t>ANSCHRIFT</w:t>
            </w:r>
          </w:p>
          <w:p>
            <w:pPr>
              <w:spacing w:after="0"/>
            </w:pPr>
            <w:sdt>
              <w:sdtPr>
                <w:alias w:val="agent_address"/>
                <w:tag w:val="agent_address"/>
                <w:id w:val="1112"/>
                <w:text w:multiLine="0"/>
              </w:sdtPr>
              <w:sdtContent>
                <w:r>
                  <w:rPr>
                    <w:rFonts w:ascii="Lato" w:hAnsi="Lato" w:eastAsia="Lato" w:cs="Lato"/>
                    <w:color w:val="84939A"/>
                    <w:sz w:val="18"/>
                  </w:rPr>
                  <w:t>‹Straße, Hausnummer, PLZ, Ort›</w:t>
                </w:r>
              </w:sdtContent>
            </w:sdt>
          </w:p>
        </w:tc>
      </w:tr>
    </w:tbl>
    <w:tbl>
      <w:tblPr>
        <w:tblW w:type="auto" w:w="0"/>
        <w:jc w:val="center"/>
        <w:tblLayout w:type="fixed"/>
        <w:tblLook w:firstColumn="1" w:firstRow="1" w:lastColumn="0" w:lastRow="0" w:noHBand="0" w:noVBand="1" w:val="04A0"/>
      </w:tblPr>
      <w:tblGrid>
        <w:gridCol w:w="6406"/>
        <w:gridCol w:w="3470"/>
      </w:tblGrid>
      <w:tr>
        <w:tc>
          <w:tcPr>
            <w:tcW w:type="dxa" w:w="6406"/>
            <w:shd w:fill="F1F6F6"/>
            <w:tcMar>
              <w:top w:w="50" w:type="dxa"/>
              <w:start w:w="110" w:type="dxa"/>
              <w:bottom w:w="45" w:type="dxa"/>
              <w:end w:w="110" w:type="dxa"/>
            </w:tcMar>
            <w:tcBorders>
              <w:bottom w:val="single" w:sz="5" w:color="DCE7E7"/>
            </w:tcBorders>
            <w:vAlign w:val="center"/>
          </w:tcPr>
          <w:p>
            <w:pPr>
              <w:spacing w:after="20"/>
            </w:pPr>
            <w:r>
              <w:rPr>
                <w:b/>
                <w:color w:val="627681"/>
                <w:sz w:val="14"/>
              </w:rPr>
              <w:t>VERHÄLTNIS ZUM KIND</w:t>
            </w:r>
          </w:p>
          <w:p>
            <w:pPr>
              <w:spacing w:after="0"/>
            </w:pPr>
            <w:sdt>
              <w:sdtPr>
                <w:alias w:val="agent_relation"/>
                <w:tag w:val="agent_relation"/>
                <w:id w:val="1113"/>
                <w:text w:multiLine="0"/>
              </w:sdtPr>
              <w:sdtContent>
                <w:r>
                  <w:rPr>
                    <w:rFonts w:ascii="Lato" w:hAnsi="Lato" w:eastAsia="Lato" w:cs="Lato"/>
                    <w:color w:val="84939A"/>
                    <w:sz w:val="18"/>
                  </w:rPr>
                  <w:t>‹z. B. Verwandtschaft›</w:t>
                </w:r>
              </w:sdtContent>
            </w:sdt>
          </w:p>
        </w:tc>
        <w:tc>
          <w:tcPr>
            <w:tcW w:type="dxa" w:w="3470"/>
            <w:shd w:fill="F1F6F6"/>
            <w:tcMar>
              <w:top w:w="50" w:type="dxa"/>
              <w:start w:w="110" w:type="dxa"/>
              <w:bottom w:w="45" w:type="dxa"/>
              <w:end w:w="110" w:type="dxa"/>
            </w:tcMar>
            <w:tcBorders>
              <w:bottom w:val="single" w:sz="5" w:color="DCE7E7"/>
            </w:tcBorders>
            <w:vAlign w:val="center"/>
          </w:tcPr>
          <w:p>
            <w:pPr>
              <w:spacing w:after="20"/>
            </w:pPr>
            <w:r>
              <w:rPr>
                <w:b/>
                <w:color w:val="627681"/>
                <w:sz w:val="14"/>
              </w:rPr>
              <w:t>TELEFON</w:t>
            </w:r>
          </w:p>
          <w:p>
            <w:pPr>
              <w:spacing w:after="0"/>
            </w:pPr>
            <w:sdt>
              <w:sdtPr>
                <w:alias w:val="agent_phone"/>
                <w:tag w:val="agent_phone"/>
                <w:id w:val="1114"/>
                <w:text w:multiLine="0"/>
              </w:sdtPr>
              <w:sdtContent>
                <w:r>
                  <w:rPr>
                    <w:rFonts w:ascii="Lato" w:hAnsi="Lato" w:eastAsia="Lato" w:cs="Lato"/>
                    <w:color w:val="84939A"/>
                    <w:sz w:val="18"/>
                  </w:rPr>
                  <w:t>‹Telefonnummer›</w:t>
                </w:r>
              </w:sdtContent>
            </w:sdt>
          </w:p>
        </w:tc>
      </w:tr>
    </w:tbl>
    <w:p>
      <w:pPr>
        <w:spacing w:before="100" w:after="40"/>
        <w:pBdr>
          <w:bottom w:val="single" w:sz="5" w:color="DCE7E7"/>
        </w:pBdr>
      </w:pPr>
      <w:r>
        <w:rPr>
          <w:b/>
          <w:color w:val="BC8056"/>
          <w:sz w:val="20"/>
        </w:rPr>
        <w:t xml:space="preserve">03  </w:t>
      </w:r>
      <w:r>
        <w:rPr>
          <w:b/>
          <w:color w:val="223644"/>
          <w:sz w:val="21"/>
        </w:rPr>
        <w:t>Erteilte Befugnisse</w:t>
      </w:r>
      <w:r>
        <w:rPr>
          <w:b w:val="0"/>
          <w:color w:val="627681"/>
          <w:sz w:val="15"/>
        </w:rPr>
        <w:t xml:space="preserve">   Nur angekreuzte Aufgaben gelten</w:t>
      </w:r>
    </w:p>
    <w:p>
      <w:pPr>
        <w:spacing w:after="100"/>
      </w:pPr>
      <w:r>
        <w:rPr>
          <w:b w:val="0"/>
          <w:color w:val="223644"/>
          <w:sz w:val="16"/>
        </w:rPr>
        <w:t>Wir / ich bevollmächtigen die oben genannte Person, uns / mich im nachstehenden Umfang gegenüber den jeweils betroffenen Stellen zu vertreten:</w:t>
      </w:r>
    </w:p>
    <w:tbl>
      <w:tblPr>
        <w:tblW w:type="auto" w:w="0"/>
        <w:jc w:val="center"/>
        <w:tblLayout w:type="fixed"/>
        <w:tblLook w:firstColumn="1" w:firstRow="1" w:lastColumn="0" w:lastRow="0" w:noHBand="0" w:noVBand="1" w:val="04A0"/>
      </w:tblPr>
      <w:tblGrid>
        <w:gridCol w:w="4944"/>
        <w:gridCol w:w="4932"/>
      </w:tblGrid>
      <w:tr>
        <w:tc>
          <w:tcPr>
            <w:tcW w:type="dxa" w:w="4944"/>
            <w:shd w:fill="F1F6F6"/>
            <w:tcMar>
              <w:top w:w="65" w:type="dxa"/>
              <w:start w:w="90" w:type="dxa"/>
              <w:bottom w:w="65" w:type="dxa"/>
              <w:end w:w="90" w:type="dxa"/>
            </w:tcMar>
          </w:tcPr>
          <w:p>
            <w:pPr>
              <w:spacing w:line="240" w:lineRule="auto"/>
            </w:pPr>
            <w:sdt>
              <w:sdtPr>
                <w:alias w:val="pickup"/>
                <w:tag w:val="pickup"/>
                <w:id w:val="1115"/>
                <w14:checkbox>
                  <w14:checked w14:val="0"/>
                  <w14:checkedState w14:val="2612" w14:font="DejaVu Sans"/>
                  <w14:uncheckedState w14:val="2610" w14:font="DejaVu Sans"/>
                </w14:checkbox>
              </w:sdtPr>
              <w:sdtContent>
                <w:r>
                  <w:rPr>
                    <w:rFonts w:ascii="Lato" w:hAnsi="Lato" w:eastAsia="Lato" w:cs="Lato"/>
                    <w:color w:val="2B686A"/>
                    <w:sz w:val="20"/>
                  </w:rPr>
                  <w:t>☐</w:t>
                </w:r>
              </w:sdtContent>
            </w:sdt>
            <w:r>
              <w:rPr>
                <w:b w:val="0"/>
                <w:color w:val="223644"/>
                <w:sz w:val="15"/>
              </w:rPr>
              <w:t xml:space="preserve">  Abholen und Bringen (Kita, Hort, Schule)</w:t>
            </w:r>
          </w:p>
        </w:tc>
        <w:tc>
          <w:tcPr>
            <w:tcW w:type="dxa" w:w="4932"/>
            <w:shd w:fill="F1F6F6"/>
            <w:tcMar>
              <w:top w:w="65" w:type="dxa"/>
              <w:start w:w="90" w:type="dxa"/>
              <w:bottom w:w="65" w:type="dxa"/>
              <w:end w:w="90" w:type="dxa"/>
            </w:tcMar>
          </w:tcPr>
          <w:p>
            <w:pPr>
              <w:spacing w:line="240" w:lineRule="auto"/>
            </w:pPr>
            <w:sdt>
              <w:sdtPr>
                <w:alias w:val="care"/>
                <w:tag w:val="care"/>
                <w:id w:val="1116"/>
                <w14:checkbox>
                  <w14:checked w14:val="0"/>
                  <w14:checkedState w14:val="2612" w14:font="DejaVu Sans"/>
                  <w14:uncheckedState w14:val="2610" w14:font="DejaVu Sans"/>
                </w14:checkbox>
              </w:sdtPr>
              <w:sdtContent>
                <w:r>
                  <w:rPr>
                    <w:rFonts w:ascii="Lato" w:hAnsi="Lato" w:eastAsia="Lato" w:cs="Lato"/>
                    <w:color w:val="2B686A"/>
                    <w:sz w:val="20"/>
                  </w:rPr>
                  <w:t>☐</w:t>
                </w:r>
              </w:sdtContent>
            </w:sdt>
            <w:r>
              <w:rPr>
                <w:b w:val="0"/>
                <w:color w:val="223644"/>
                <w:sz w:val="15"/>
              </w:rPr>
              <w:t xml:space="preserve">  Beaufsichtigung und Alltagsbetreuung</w:t>
            </w:r>
          </w:p>
        </w:tc>
      </w:tr>
      <w:tr>
        <w:tc>
          <w:tcPr>
            <w:tcW w:type="dxa" w:w="4944"/>
            <w:shd w:fill="F1F6F6"/>
            <w:tcMar>
              <w:top w:w="65" w:type="dxa"/>
              <w:start w:w="90" w:type="dxa"/>
              <w:bottom w:w="65" w:type="dxa"/>
              <w:end w:w="90" w:type="dxa"/>
            </w:tcMar>
          </w:tcPr>
          <w:p>
            <w:pPr>
              <w:spacing w:line="240" w:lineRule="auto"/>
            </w:pPr>
            <w:sdt>
              <w:sdtPr>
                <w:alias w:val="kita_info"/>
                <w:tag w:val="kita_info"/>
                <w:id w:val="1117"/>
                <w14:checkbox>
                  <w14:checked w14:val="0"/>
                  <w14:checkedState w14:val="2612" w14:font="DejaVu Sans"/>
                  <w14:uncheckedState w14:val="2610" w14:font="DejaVu Sans"/>
                </w14:checkbox>
              </w:sdtPr>
              <w:sdtContent>
                <w:r>
                  <w:rPr>
                    <w:rFonts w:ascii="Lato" w:hAnsi="Lato" w:eastAsia="Lato" w:cs="Lato"/>
                    <w:color w:val="2B686A"/>
                    <w:sz w:val="20"/>
                  </w:rPr>
                  <w:t>☐</w:t>
                </w:r>
              </w:sdtContent>
            </w:sdt>
            <w:r>
              <w:rPr>
                <w:b w:val="0"/>
                <w:color w:val="223644"/>
                <w:sz w:val="15"/>
              </w:rPr>
              <w:t xml:space="preserve">  Organisatorischer Austausch mit Kita / Schule</w:t>
            </w:r>
          </w:p>
        </w:tc>
        <w:tc>
          <w:tcPr>
            <w:tcW w:type="dxa" w:w="4932"/>
            <w:shd w:fill="F1F6F6"/>
            <w:tcMar>
              <w:top w:w="65" w:type="dxa"/>
              <w:start w:w="90" w:type="dxa"/>
              <w:bottom w:w="65" w:type="dxa"/>
              <w:end w:w="90" w:type="dxa"/>
            </w:tcMar>
          </w:tcPr>
          <w:p>
            <w:pPr>
              <w:spacing w:line="240" w:lineRule="auto"/>
            </w:pPr>
            <w:sdt>
              <w:sdtPr>
                <w:alias w:val="letters"/>
                <w:tag w:val="letters"/>
                <w:id w:val="1118"/>
                <w14:checkbox>
                  <w14:checked w14:val="0"/>
                  <w14:checkedState w14:val="2612" w14:font="DejaVu Sans"/>
                  <w14:uncheckedState w14:val="2610" w14:font="DejaVu Sans"/>
                </w14:checkbox>
              </w:sdtPr>
              <w:sdtContent>
                <w:r>
                  <w:rPr>
                    <w:rFonts w:ascii="Lato" w:hAnsi="Lato" w:eastAsia="Lato" w:cs="Lato"/>
                    <w:color w:val="2B686A"/>
                    <w:sz w:val="20"/>
                  </w:rPr>
                  <w:t>☐</w:t>
                </w:r>
              </w:sdtContent>
            </w:sdt>
            <w:r>
              <w:rPr>
                <w:b w:val="0"/>
                <w:color w:val="223644"/>
                <w:sz w:val="15"/>
              </w:rPr>
              <w:t xml:space="preserve">  Entgegennahme von Alltagsmitteilungen</w:t>
            </w:r>
          </w:p>
        </w:tc>
      </w:tr>
      <w:tr>
        <w:tc>
          <w:tcPr>
            <w:tcW w:type="dxa" w:w="4944"/>
            <w:shd w:fill="F1F6F6"/>
            <w:tcMar>
              <w:top w:w="65" w:type="dxa"/>
              <w:start w:w="90" w:type="dxa"/>
              <w:bottom w:w="65" w:type="dxa"/>
              <w:end w:w="90" w:type="dxa"/>
            </w:tcMar>
          </w:tcPr>
          <w:p>
            <w:pPr>
              <w:spacing w:line="240" w:lineRule="auto"/>
            </w:pPr>
            <w:sdt>
              <w:sdtPr>
                <w:alias w:val="appointments"/>
                <w:tag w:val="appointments"/>
                <w:id w:val="1119"/>
                <w14:checkbox>
                  <w14:checked w14:val="0"/>
                  <w14:checkedState w14:val="2612" w14:font="DejaVu Sans"/>
                  <w14:uncheckedState w14:val="2610" w14:font="DejaVu Sans"/>
                </w14:checkbox>
              </w:sdtPr>
              <w:sdtContent>
                <w:r>
                  <w:rPr>
                    <w:rFonts w:ascii="Lato" w:hAnsi="Lato" w:eastAsia="Lato" w:cs="Lato"/>
                    <w:color w:val="2B686A"/>
                    <w:sz w:val="20"/>
                  </w:rPr>
                  <w:t>☐</w:t>
                </w:r>
              </w:sdtContent>
            </w:sdt>
            <w:r>
              <w:rPr>
                <w:b w:val="0"/>
                <w:color w:val="223644"/>
                <w:sz w:val="15"/>
              </w:rPr>
              <w:t xml:space="preserve">  Begleitung zu Terminen und Gesprächen</w:t>
            </w:r>
          </w:p>
        </w:tc>
        <w:tc>
          <w:tcPr>
            <w:tcW w:type="dxa" w:w="4932"/>
            <w:shd w:fill="F1F6F6"/>
            <w:tcMar>
              <w:top w:w="65" w:type="dxa"/>
              <w:start w:w="90" w:type="dxa"/>
              <w:bottom w:w="65" w:type="dxa"/>
              <w:end w:w="90" w:type="dxa"/>
            </w:tcMar>
          </w:tcPr>
          <w:p>
            <w:pPr>
              <w:spacing w:line="240" w:lineRule="auto"/>
            </w:pPr>
            <w:sdt>
              <w:sdtPr>
                <w:alias w:val="leisure"/>
                <w:tag w:val="leisure"/>
                <w:id w:val="1120"/>
                <w14:checkbox>
                  <w14:checked w14:val="0"/>
                  <w14:checkedState w14:val="2612" w14:font="DejaVu Sans"/>
                  <w14:uncheckedState w14:val="2610" w14:font="DejaVu Sans"/>
                </w14:checkbox>
              </w:sdtPr>
              <w:sdtContent>
                <w:r>
                  <w:rPr>
                    <w:rFonts w:ascii="Lato" w:hAnsi="Lato" w:eastAsia="Lato" w:cs="Lato"/>
                    <w:color w:val="2B686A"/>
                    <w:sz w:val="20"/>
                  </w:rPr>
                  <w:t>☐</w:t>
                </w:r>
              </w:sdtContent>
            </w:sdt>
            <w:r>
              <w:rPr>
                <w:b w:val="0"/>
                <w:color w:val="223644"/>
                <w:sz w:val="15"/>
              </w:rPr>
              <w:t xml:space="preserve">  Übliche Freizeit- und Betreuungsplanung</w:t>
            </w:r>
          </w:p>
        </w:tc>
      </w:tr>
      <w:tr>
        <w:tc>
          <w:tcPr>
            <w:tcW w:type="dxa" w:w="4944"/>
            <w:shd w:fill="F1F6F6"/>
            <w:tcMar>
              <w:top w:w="65" w:type="dxa"/>
              <w:start w:w="90" w:type="dxa"/>
              <w:bottom w:w="65" w:type="dxa"/>
              <w:end w:w="90" w:type="dxa"/>
            </w:tcMar>
          </w:tcPr>
          <w:p>
            <w:pPr>
              <w:spacing w:line="240" w:lineRule="auto"/>
            </w:pPr>
            <w:sdt>
              <w:sdtPr>
                <w:alias w:val="doctor"/>
                <w:tag w:val="doctor"/>
                <w:id w:val="1121"/>
                <w14:checkbox>
                  <w14:checked w14:val="0"/>
                  <w14:checkedState w14:val="2612" w14:font="DejaVu Sans"/>
                  <w14:uncheckedState w14:val="2610" w14:font="DejaVu Sans"/>
                </w14:checkbox>
              </w:sdtPr>
              <w:sdtContent>
                <w:r>
                  <w:rPr>
                    <w:rFonts w:ascii="Lato" w:hAnsi="Lato" w:eastAsia="Lato" w:cs="Lato"/>
                    <w:color w:val="2B686A"/>
                    <w:sz w:val="20"/>
                  </w:rPr>
                  <w:t>☐</w:t>
                </w:r>
              </w:sdtContent>
            </w:sdt>
            <w:r>
              <w:rPr>
                <w:b w:val="0"/>
                <w:color w:val="223644"/>
                <w:sz w:val="15"/>
              </w:rPr>
              <w:t xml:space="preserve">  Begleitung zu Arztterminen (ohne Behandlungseinwilligung)</w:t>
            </w:r>
          </w:p>
        </w:tc>
        <w:tc>
          <w:tcPr>
            <w:tcW w:type="dxa" w:w="4932"/>
            <w:shd w:fill="F1F6F6"/>
            <w:tcMar>
              <w:top w:w="65" w:type="dxa"/>
              <w:start w:w="90" w:type="dxa"/>
              <w:bottom w:w="65" w:type="dxa"/>
              <w:end w:w="90" w:type="dxa"/>
            </w:tcMar>
          </w:tcPr>
          <w:p>
            <w:pPr>
              <w:spacing w:line="240" w:lineRule="auto"/>
            </w:pPr>
            <w:sdt>
              <w:sdtPr>
                <w:alias w:val="other"/>
                <w:tag w:val="other"/>
                <w:id w:val="1122"/>
                <w14:checkbox>
                  <w14:checked w14:val="0"/>
                  <w14:checkedState w14:val="2612" w14:font="DejaVu Sans"/>
                  <w14:uncheckedState w14:val="2610" w14:font="DejaVu Sans"/>
                </w14:checkbox>
              </w:sdtPr>
              <w:sdtContent>
                <w:r>
                  <w:rPr>
                    <w:rFonts w:ascii="Lato" w:hAnsi="Lato" w:eastAsia="Lato" w:cs="Lato"/>
                    <w:color w:val="2B686A"/>
                    <w:sz w:val="20"/>
                  </w:rPr>
                  <w:t>☐</w:t>
                </w:r>
              </w:sdtContent>
            </w:sdt>
            <w:r>
              <w:rPr>
                <w:b w:val="0"/>
                <w:color w:val="223644"/>
                <w:sz w:val="15"/>
              </w:rPr>
              <w:t xml:space="preserve">  Weitere Befugnisse laut Ergänzung unten</w:t>
            </w:r>
          </w:p>
        </w:tc>
      </w:tr>
    </w:tbl>
    <w:tbl>
      <w:tblPr>
        <w:tblW w:type="auto" w:w="0"/>
        <w:jc w:val="center"/>
        <w:tblLayout w:type="fixed"/>
        <w:tblLook w:firstColumn="1" w:firstRow="1" w:lastColumn="0" w:lastRow="0" w:noHBand="0" w:noVBand="1" w:val="04A0"/>
      </w:tblPr>
      <w:tblGrid>
        <w:gridCol w:w="9876"/>
      </w:tblGrid>
      <w:tr>
        <w:tc>
          <w:tcPr>
            <w:tcW w:type="dxa" w:w="9876"/>
            <w:shd w:fill="F1F6F6"/>
            <w:tcMar>
              <w:top w:w="50" w:type="dxa"/>
              <w:start w:w="110" w:type="dxa"/>
              <w:bottom w:w="45" w:type="dxa"/>
              <w:end w:w="110" w:type="dxa"/>
            </w:tcMar>
            <w:tcBorders>
              <w:bottom w:val="single" w:sz="5" w:color="DCE7E7"/>
            </w:tcBorders>
            <w:vAlign w:val="center"/>
          </w:tcPr>
          <w:p>
            <w:pPr>
              <w:spacing w:after="20"/>
            </w:pPr>
            <w:r>
              <w:rPr>
                <w:b/>
                <w:color w:val="627681"/>
                <w:sz w:val="14"/>
              </w:rPr>
              <w:t>FALLS „WEITERE BEFUGNISSE“ GEWÄHLT: PRÄZISE BESCHREIBEN</w:t>
            </w:r>
          </w:p>
          <w:p>
            <w:pPr>
              <w:spacing w:after="0"/>
            </w:pPr>
            <w:sdt>
              <w:sdtPr>
                <w:alias w:val="other_scope"/>
                <w:tag w:val="other_scope"/>
                <w:id w:val="1123"/>
                <w:text w:multiLine="0"/>
              </w:sdtPr>
              <w:sdtContent>
                <w:r>
                  <w:rPr>
                    <w:rFonts w:ascii="Lato" w:hAnsi="Lato" w:eastAsia="Lato" w:cs="Lato"/>
                    <w:color w:val="84939A"/>
                    <w:sz w:val="18"/>
                  </w:rPr>
                  <w:t>‹Nur bei Bedarf ausfüllen›</w:t>
                </w:r>
              </w:sdtContent>
            </w:sdt>
          </w:p>
        </w:tc>
      </w:tr>
    </w:tbl>
    <w:p>
      <w:pPr>
        <w:spacing w:before="100" w:after="40"/>
        <w:pBdr>
          <w:bottom w:val="single" w:sz="5" w:color="DCE7E7"/>
        </w:pBdr>
      </w:pPr>
      <w:r>
        <w:rPr>
          <w:b/>
          <w:color w:val="BC8056"/>
          <w:sz w:val="20"/>
        </w:rPr>
        <w:t xml:space="preserve">04  </w:t>
      </w:r>
      <w:r>
        <w:rPr>
          <w:b/>
          <w:color w:val="223644"/>
          <w:sz w:val="21"/>
        </w:rPr>
        <w:t>Gültigkeit &amp; Unterschriften</w:t>
      </w:r>
    </w:p>
    <w:tbl>
      <w:tblPr>
        <w:tblW w:type="auto" w:w="0"/>
        <w:jc w:val="center"/>
        <w:tblLayout w:type="fixed"/>
        <w:tblLook w:firstColumn="1" w:firstRow="1" w:lastColumn="0" w:lastRow="0" w:noHBand="0" w:noVBand="1" w:val="04A0"/>
      </w:tblPr>
      <w:tblGrid>
        <w:gridCol w:w="4944"/>
        <w:gridCol w:w="4932"/>
      </w:tblGrid>
      <w:tr>
        <w:tc>
          <w:tcPr>
            <w:tcW w:type="dxa" w:w="4944"/>
            <w:shd w:fill="F1F6F6"/>
            <w:tcMar>
              <w:top w:w="50" w:type="dxa"/>
              <w:start w:w="110" w:type="dxa"/>
              <w:bottom w:w="45" w:type="dxa"/>
              <w:end w:w="110" w:type="dxa"/>
            </w:tcMar>
            <w:tcBorders>
              <w:bottom w:val="single" w:sz="5" w:color="DCE7E7"/>
            </w:tcBorders>
            <w:vAlign w:val="center"/>
          </w:tcPr>
          <w:p>
            <w:pPr>
              <w:spacing w:after="20"/>
            </w:pPr>
            <w:r>
              <w:rPr>
                <w:b/>
                <w:color w:val="627681"/>
                <w:sz w:val="14"/>
              </w:rPr>
              <w:t>GÜLTIG AB</w:t>
            </w:r>
          </w:p>
          <w:p>
            <w:pPr>
              <w:spacing w:after="0"/>
            </w:pPr>
            <w:sdt>
              <w:sdtPr>
                <w:alias w:val="valid_from"/>
                <w:tag w:val="valid_from"/>
                <w:id w:val="1124"/>
                <w:text w:multiLine="0"/>
              </w:sdtPr>
              <w:sdtContent>
                <w:r>
                  <w:rPr>
                    <w:rFonts w:ascii="Lato" w:hAnsi="Lato" w:eastAsia="Lato" w:cs="Lato"/>
                    <w:color w:val="84939A"/>
                    <w:sz w:val="18"/>
                  </w:rPr>
                  <w:t>‹TT.MM.JJJJ›</w:t>
                </w:r>
              </w:sdtContent>
            </w:sdt>
          </w:p>
        </w:tc>
        <w:tc>
          <w:tcPr>
            <w:tcW w:type="dxa" w:w="4932"/>
            <w:shd w:fill="F1F6F6"/>
            <w:tcMar>
              <w:top w:w="50" w:type="dxa"/>
              <w:start w:w="110" w:type="dxa"/>
              <w:bottom w:w="45" w:type="dxa"/>
              <w:end w:w="110" w:type="dxa"/>
            </w:tcMar>
            <w:tcBorders>
              <w:bottom w:val="single" w:sz="5" w:color="DCE7E7"/>
            </w:tcBorders>
            <w:vAlign w:val="center"/>
          </w:tcPr>
          <w:p>
            <w:pPr>
              <w:spacing w:after="20"/>
            </w:pPr>
            <w:r>
              <w:rPr>
                <w:b/>
                <w:color w:val="627681"/>
                <w:sz w:val="14"/>
              </w:rPr>
              <w:t>GÜLTIG BIS</w:t>
            </w:r>
          </w:p>
          <w:p>
            <w:pPr>
              <w:spacing w:after="0"/>
            </w:pPr>
            <w:sdt>
              <w:sdtPr>
                <w:alias w:val="valid_to"/>
                <w:tag w:val="valid_to"/>
                <w:id w:val="1125"/>
                <w:text w:multiLine="0"/>
              </w:sdtPr>
              <w:sdtContent>
                <w:r>
                  <w:rPr>
                    <w:rFonts w:ascii="Lato" w:hAnsi="Lato" w:eastAsia="Lato" w:cs="Lato"/>
                    <w:color w:val="84939A"/>
                    <w:sz w:val="18"/>
                  </w:rPr>
                  <w:t>‹TT.MM.JJJJ oder offen lassen›</w:t>
                </w:r>
              </w:sdtContent>
            </w:sdt>
          </w:p>
        </w:tc>
      </w:tr>
    </w:tbl>
    <w:p>
      <w:pPr>
        <w:spacing w:before="60" w:after="100"/>
      </w:pPr>
      <w:r>
        <w:rPr>
          <w:b w:val="0"/>
          <w:color w:val="627681"/>
          <w:sz w:val="15"/>
        </w:rPr>
        <w:t>Die Vollmacht ist jederzeit widerruflich. Sie endet spätestens mit dem oben genannten Enddatum; ohne Enddatum gilt sie bis zum Widerruf.</w:t>
      </w:r>
    </w:p>
    <w:tbl>
      <w:tblPr>
        <w:tblW w:type="auto" w:w="0"/>
        <w:jc w:val="center"/>
        <w:tblLayout w:type="fixed"/>
        <w:tblLook w:firstColumn="1" w:firstRow="1" w:lastColumn="0" w:lastRow="0" w:noHBand="0" w:noVBand="1" w:val="04A0"/>
      </w:tblPr>
      <w:tblGrid>
        <w:gridCol w:w="9876"/>
      </w:tblGrid>
      <w:tr>
        <w:tc>
          <w:tcPr>
            <w:tcW w:type="dxa" w:w="9876"/>
            <w:shd w:fill="F1F6F6"/>
            <w:tcMar>
              <w:top w:w="50" w:type="dxa"/>
              <w:start w:w="110" w:type="dxa"/>
              <w:bottom w:w="45" w:type="dxa"/>
              <w:end w:w="110" w:type="dxa"/>
            </w:tcMar>
            <w:tcBorders>
              <w:bottom w:val="single" w:sz="5" w:color="DCE7E7"/>
            </w:tcBorders>
            <w:vAlign w:val="center"/>
          </w:tcPr>
          <w:p>
            <w:pPr>
              <w:spacing w:after="20"/>
            </w:pPr>
            <w:r>
              <w:rPr>
                <w:b/>
                <w:color w:val="627681"/>
                <w:sz w:val="14"/>
              </w:rPr>
              <w:t>ORT, DATUM</w:t>
            </w:r>
          </w:p>
          <w:p>
            <w:pPr>
              <w:spacing w:after="0"/>
            </w:pPr>
            <w:sdt>
              <w:sdtPr>
                <w:alias w:val="signed_at"/>
                <w:tag w:val="signed_at"/>
                <w:id w:val="1126"/>
                <w:text w:multiLine="0"/>
              </w:sdtPr>
              <w:sdtContent>
                <w:r>
                  <w:rPr>
                    <w:rFonts w:ascii="Lato" w:hAnsi="Lato" w:eastAsia="Lato" w:cs="Lato"/>
                    <w:color w:val="84939A"/>
                    <w:sz w:val="18"/>
                  </w:rPr>
                  <w:t>‹Ort und Datum›</w:t>
                </w:r>
              </w:sdtContent>
            </w:sdt>
          </w:p>
        </w:tc>
      </w:tr>
    </w:tbl>
    <w:tbl>
      <w:tblPr>
        <w:tblW w:type="auto" w:w="0"/>
        <w:jc w:val="center"/>
        <w:tblLayout w:type="fixed"/>
        <w:tblLook w:firstColumn="1" w:firstRow="1" w:lastColumn="0" w:lastRow="0" w:noHBand="0" w:noVBand="1" w:val="04A0"/>
      </w:tblPr>
      <w:tblGrid>
        <w:gridCol w:w="4944"/>
        <w:gridCol w:w="4932"/>
      </w:tblGrid>
      <w:tr>
        <w:tc>
          <w:tcPr>
            <w:tcW w:type="dxa" w:w="4944"/>
            <w:tcMar>
              <w:top w:w="135" w:type="dxa"/>
              <w:start w:w="80" w:type="dxa"/>
              <w:bottom w:w="0" w:type="dxa"/>
              <w:end w:w="140" w:type="dxa"/>
            </w:tcMar>
          </w:tcPr>
          <w:p>
            <w:pPr>
              <w:spacing w:before="160"/>
            </w:pPr>
            <w:r>
              <w:rPr>
                <w:b w:val="0"/>
                <w:color w:val="627681"/>
                <w:sz w:val="18"/>
              </w:rPr>
              <w:t>__________________________________</w:t>
            </w:r>
          </w:p>
          <w:p>
            <w:r>
              <w:rPr>
                <w:b w:val="0"/>
                <w:color w:val="627681"/>
                <w:sz w:val="15"/>
              </w:rPr>
              <w:t>Unterschrift Sorgeberechtigte/r 1</w:t>
            </w:r>
          </w:p>
        </w:tc>
        <w:tc>
          <w:tcPr>
            <w:tcW w:type="dxa" w:w="4932"/>
            <w:tcMar>
              <w:top w:w="135" w:type="dxa"/>
              <w:start w:w="80" w:type="dxa"/>
              <w:bottom w:w="0" w:type="dxa"/>
              <w:end w:w="140" w:type="dxa"/>
            </w:tcMar>
          </w:tcPr>
          <w:p>
            <w:pPr>
              <w:spacing w:before="160"/>
            </w:pPr>
            <w:r>
              <w:rPr>
                <w:b w:val="0"/>
                <w:color w:val="627681"/>
                <w:sz w:val="18"/>
              </w:rPr>
              <w:t>__________________________________</w:t>
            </w:r>
          </w:p>
          <w:p>
            <w:r>
              <w:rPr>
                <w:b w:val="0"/>
                <w:color w:val="627681"/>
                <w:sz w:val="15"/>
              </w:rPr>
              <w:t>Unterschrift Sorgeberechtigte/r 2 (bei gemeinsamer Sorge)</w:t>
            </w:r>
          </w:p>
        </w:tc>
      </w:tr>
    </w:tbl>
    <w:p>
      <w:pPr>
        <w:spacing w:before="100"/>
      </w:pPr>
      <w:r>
        <w:rPr>
          <w:b w:val="0"/>
          <w:color w:val="627681"/>
          <w:sz w:val="14"/>
        </w:rPr>
        <w:t>Nicht umfasst: Übertragung des Sorgerechts, Schulwechsel, gewöhnlicher Aufenthaltswechsel, Entscheidungen über erhebliche medizinische Eingriffe oder sonstige Angelegenheiten von besonderer Tragweite. Einrichtungen können zusätzliche Nachweise verlangen.</w:t>
      </w:r>
    </w:p>
    <w:p>
      <w:r>
        <w:br w:type="page"/>
      </w:r>
    </w:p>
    <w:p>
      <w:pPr>
        <w:spacing w:before="100" w:after="20"/>
      </w:pPr>
      <w:r>
        <w:rPr>
          <w:b/>
          <w:color w:val="2B686A"/>
          <w:sz w:val="15"/>
        </w:rPr>
        <w:t>O P T I O N A L E   A N L A G E   /   B E T R E U U N G</w:t>
      </w:r>
    </w:p>
    <w:p>
      <w:pPr>
        <w:pStyle w:val="TitleWide"/>
      </w:pPr>
      <w:r>
        <w:rPr>
          <w:b/>
          <w:color w:val="223644"/>
          <w:sz w:val="40"/>
        </w:rPr>
        <w:t>Betreuungs- &amp; Notfallblatt</w:t>
      </w:r>
    </w:p>
    <w:p>
      <w:pPr>
        <w:spacing w:after="160"/>
      </w:pPr>
      <w:r>
        <w:rPr>
          <w:b w:val="0"/>
          <w:color w:val="627681"/>
          <w:sz w:val="18"/>
        </w:rPr>
        <w:t>Ergänzende Kontakt- und Übergabeinformationen für die bevollmächtigte Person</w:t>
      </w:r>
    </w:p>
    <w:tbl>
      <w:tblPr>
        <w:tblW w:type="auto" w:w="0"/>
        <w:jc w:val="center"/>
        <w:tblLayout w:type="fixed"/>
        <w:tblLook w:firstColumn="1" w:firstRow="1" w:lastColumn="0" w:lastRow="0" w:noHBand="0" w:noVBand="1" w:val="04A0"/>
      </w:tblPr>
      <w:tblGrid>
        <w:gridCol w:w="9876"/>
      </w:tblGrid>
      <w:tr>
        <w:tc>
          <w:tcPr>
            <w:tcW w:type="dxa" w:w="9876"/>
            <w:shd w:fill="F6F2EC"/>
            <w:tcMar>
              <w:top w:w="100" w:type="dxa"/>
              <w:start w:w="155" w:type="dxa"/>
              <w:bottom w:w="95" w:type="dxa"/>
              <w:end w:w="155" w:type="dxa"/>
            </w:tcMar>
          </w:tcPr>
          <w:p>
            <w:pPr>
              <w:spacing w:after="40"/>
            </w:pPr>
            <w:r>
              <w:rPr>
                <w:b/>
                <w:color w:val="223644"/>
                <w:sz w:val="16"/>
              </w:rPr>
              <w:t>Dieses Beiblatt ist freiwillig und ersetzt nicht die unterschriebene Vollmacht.</w:t>
            </w:r>
          </w:p>
          <w:p>
            <w:r>
              <w:rPr>
                <w:b w:val="0"/>
                <w:color w:val="627681"/>
                <w:sz w:val="15"/>
              </w:rPr>
              <w:t>Nur erforderliche Angaben eintragen. Vertrauliche Gesundheitsinformationen sollten nicht unnötig weitergegeben werden.</w:t>
            </w:r>
          </w:p>
        </w:tc>
      </w:tr>
    </w:tbl>
    <w:p>
      <w:pPr>
        <w:spacing w:before="100" w:after="40"/>
        <w:pBdr>
          <w:bottom w:val="single" w:sz="5" w:color="DCE7E7"/>
        </w:pBdr>
      </w:pPr>
      <w:r>
        <w:rPr>
          <w:b/>
          <w:color w:val="BC8056"/>
          <w:sz w:val="20"/>
        </w:rPr>
        <w:t xml:space="preserve">A  </w:t>
      </w:r>
      <w:r>
        <w:rPr>
          <w:b/>
          <w:color w:val="223644"/>
          <w:sz w:val="21"/>
        </w:rPr>
        <w:t>Zuordnung &amp; Betreuungsrahmen</w:t>
      </w:r>
    </w:p>
    <w:tbl>
      <w:tblPr>
        <w:tblW w:type="auto" w:w="0"/>
        <w:jc w:val="center"/>
        <w:tblLayout w:type="fixed"/>
        <w:tblLook w:firstColumn="1" w:firstRow="1" w:lastColumn="0" w:lastRow="0" w:noHBand="0" w:noVBand="1" w:val="04A0"/>
      </w:tblPr>
      <w:tblGrid>
        <w:gridCol w:w="5216"/>
        <w:gridCol w:w="4660"/>
      </w:tblGrid>
      <w:tr>
        <w:tc>
          <w:tcPr>
            <w:tcW w:type="dxa" w:w="5216"/>
            <w:shd w:fill="F1F6F6"/>
            <w:tcMar>
              <w:top w:w="50" w:type="dxa"/>
              <w:start w:w="110" w:type="dxa"/>
              <w:bottom w:w="45" w:type="dxa"/>
              <w:end w:w="110" w:type="dxa"/>
            </w:tcMar>
            <w:tcBorders>
              <w:bottom w:val="single" w:sz="5" w:color="DCE7E7"/>
            </w:tcBorders>
            <w:vAlign w:val="center"/>
          </w:tcPr>
          <w:p>
            <w:pPr>
              <w:spacing w:after="20"/>
            </w:pPr>
            <w:r>
              <w:rPr>
                <w:b/>
                <w:color w:val="627681"/>
                <w:sz w:val="14"/>
              </w:rPr>
              <w:t>KIND</w:t>
            </w:r>
          </w:p>
          <w:p>
            <w:pPr>
              <w:spacing w:after="0"/>
            </w:pPr>
            <w:sdt>
              <w:sdtPr>
                <w:alias w:val="annex_child"/>
                <w:tag w:val="annex_child"/>
                <w:id w:val="1127"/>
                <w:text w:multiLine="0"/>
              </w:sdtPr>
              <w:sdtContent>
                <w:r>
                  <w:rPr>
                    <w:rFonts w:ascii="Lato" w:hAnsi="Lato" w:eastAsia="Lato" w:cs="Lato"/>
                    <w:color w:val="84939A"/>
                    <w:sz w:val="18"/>
                  </w:rPr>
                  <w:t>‹Vor- und Nachname›</w:t>
                </w:r>
              </w:sdtContent>
            </w:sdt>
          </w:p>
        </w:tc>
        <w:tc>
          <w:tcPr>
            <w:tcW w:type="dxa" w:w="4660"/>
            <w:shd w:fill="F1F6F6"/>
            <w:tcMar>
              <w:top w:w="50" w:type="dxa"/>
              <w:start w:w="110" w:type="dxa"/>
              <w:bottom w:w="45" w:type="dxa"/>
              <w:end w:w="110" w:type="dxa"/>
            </w:tcMar>
            <w:tcBorders>
              <w:bottom w:val="single" w:sz="5" w:color="DCE7E7"/>
            </w:tcBorders>
            <w:vAlign w:val="center"/>
          </w:tcPr>
          <w:p>
            <w:pPr>
              <w:spacing w:after="20"/>
            </w:pPr>
            <w:r>
              <w:rPr>
                <w:b/>
                <w:color w:val="627681"/>
                <w:sz w:val="14"/>
              </w:rPr>
              <w:t>BETREUUNGSZEITRAUM</w:t>
            </w:r>
          </w:p>
          <w:p>
            <w:pPr>
              <w:spacing w:after="0"/>
            </w:pPr>
            <w:sdt>
              <w:sdtPr>
                <w:alias w:val="annex_period"/>
                <w:tag w:val="annex_period"/>
                <w:id w:val="1128"/>
                <w:text w:multiLine="0"/>
              </w:sdtPr>
              <w:sdtContent>
                <w:r>
                  <w:rPr>
                    <w:rFonts w:ascii="Lato" w:hAnsi="Lato" w:eastAsia="Lato" w:cs="Lato"/>
                    <w:color w:val="84939A"/>
                    <w:sz w:val="18"/>
                  </w:rPr>
                  <w:t>‹Von – bis›</w:t>
                </w:r>
              </w:sdtContent>
            </w:sdt>
          </w:p>
        </w:tc>
      </w:tr>
    </w:tbl>
    <w:tbl>
      <w:tblPr>
        <w:tblW w:type="auto" w:w="0"/>
        <w:jc w:val="center"/>
        <w:tblLayout w:type="fixed"/>
        <w:tblLook w:firstColumn="1" w:firstRow="1" w:lastColumn="0" w:lastRow="0" w:noHBand="0" w:noVBand="1" w:val="04A0"/>
      </w:tblPr>
      <w:tblGrid>
        <w:gridCol w:w="9876"/>
      </w:tblGrid>
      <w:tr>
        <w:tc>
          <w:tcPr>
            <w:tcW w:type="dxa" w:w="9876"/>
            <w:shd w:fill="F1F6F6"/>
            <w:tcMar>
              <w:top w:w="50" w:type="dxa"/>
              <w:start w:w="110" w:type="dxa"/>
              <w:bottom w:w="45" w:type="dxa"/>
              <w:end w:w="110" w:type="dxa"/>
            </w:tcMar>
            <w:tcBorders>
              <w:bottom w:val="single" w:sz="5" w:color="DCE7E7"/>
            </w:tcBorders>
            <w:vAlign w:val="center"/>
          </w:tcPr>
          <w:p>
            <w:pPr>
              <w:spacing w:after="20"/>
            </w:pPr>
            <w:r>
              <w:rPr>
                <w:b/>
                <w:color w:val="627681"/>
                <w:sz w:val="14"/>
              </w:rPr>
              <w:t>EINRICHTUNG / ANSPRECHSTELLE</w:t>
            </w:r>
          </w:p>
          <w:p>
            <w:pPr>
              <w:spacing w:after="0"/>
            </w:pPr>
            <w:sdt>
              <w:sdtPr>
                <w:alias w:val="institution"/>
                <w:tag w:val="institution"/>
                <w:id w:val="1129"/>
                <w:text w:multiLine="0"/>
              </w:sdtPr>
              <w:sdtContent>
                <w:r>
                  <w:rPr>
                    <w:rFonts w:ascii="Lato" w:hAnsi="Lato" w:eastAsia="Lato" w:cs="Lato"/>
                    <w:color w:val="84939A"/>
                    <w:sz w:val="18"/>
                  </w:rPr>
                  <w:t>‹Kita, Schule oder Ansprechpartner›</w:t>
                </w:r>
              </w:sdtContent>
            </w:sdt>
          </w:p>
        </w:tc>
      </w:tr>
    </w:tbl>
    <w:tbl>
      <w:tblPr>
        <w:tblW w:type="auto" w:w="0"/>
        <w:jc w:val="center"/>
        <w:tblLayout w:type="fixed"/>
        <w:tblLook w:firstColumn="1" w:firstRow="1" w:lastColumn="0" w:lastRow="0" w:noHBand="0" w:noVBand="1" w:val="04A0"/>
      </w:tblPr>
      <w:tblGrid>
        <w:gridCol w:w="9876"/>
      </w:tblGrid>
      <w:tr>
        <w:tc>
          <w:tcPr>
            <w:tcW w:type="dxa" w:w="9876"/>
            <w:shd w:fill="F1F6F6"/>
            <w:tcMar>
              <w:top w:w="50" w:type="dxa"/>
              <w:start w:w="110" w:type="dxa"/>
              <w:bottom w:w="45" w:type="dxa"/>
              <w:end w:w="110" w:type="dxa"/>
            </w:tcMar>
            <w:tcBorders>
              <w:bottom w:val="single" w:sz="5" w:color="DCE7E7"/>
            </w:tcBorders>
            <w:vAlign w:val="center"/>
          </w:tcPr>
          <w:p>
            <w:pPr>
              <w:spacing w:after="20"/>
            </w:pPr>
            <w:r>
              <w:rPr>
                <w:b/>
                <w:color w:val="627681"/>
                <w:sz w:val="14"/>
              </w:rPr>
              <w:t>ÜBERGABE / ABHOLUNG</w:t>
            </w:r>
          </w:p>
          <w:p>
            <w:pPr>
              <w:spacing w:after="0"/>
            </w:pPr>
            <w:sdt>
              <w:sdtPr>
                <w:alias w:val="handover"/>
                <w:tag w:val="handover"/>
                <w:id w:val="1130"/>
                <w:text w:multiLine="0"/>
              </w:sdtPr>
              <w:sdtContent>
                <w:r>
                  <w:rPr>
                    <w:rFonts w:ascii="Lato" w:hAnsi="Lato" w:eastAsia="Lato" w:cs="Lato"/>
                    <w:color w:val="84939A"/>
                    <w:sz w:val="18"/>
                  </w:rPr>
                  <w:t>‹Wo, wann und mit wem?›</w:t>
                </w:r>
              </w:sdtContent>
            </w:sdt>
          </w:p>
        </w:tc>
      </w:tr>
    </w:tbl>
    <w:p>
      <w:pPr>
        <w:spacing w:before="100" w:after="40"/>
        <w:pBdr>
          <w:bottom w:val="single" w:sz="5" w:color="DCE7E7"/>
        </w:pBdr>
      </w:pPr>
      <w:r>
        <w:rPr>
          <w:b/>
          <w:color w:val="BC8056"/>
          <w:sz w:val="20"/>
        </w:rPr>
        <w:t xml:space="preserve">B  </w:t>
      </w:r>
      <w:r>
        <w:rPr>
          <w:b/>
          <w:color w:val="223644"/>
          <w:sz w:val="21"/>
        </w:rPr>
        <w:t>Erreichbarkeit im Bedarfsfall</w:t>
      </w:r>
    </w:p>
    <w:tbl>
      <w:tblPr>
        <w:tblW w:type="auto" w:w="0"/>
        <w:jc w:val="center"/>
        <w:tblLayout w:type="fixed"/>
        <w:tblLook w:firstColumn="1" w:firstRow="1" w:lastColumn="0" w:lastRow="0" w:noHBand="0" w:noVBand="1" w:val="04A0"/>
      </w:tblPr>
      <w:tblGrid>
        <w:gridCol w:w="5216"/>
        <w:gridCol w:w="4660"/>
      </w:tblGrid>
      <w:tr>
        <w:tc>
          <w:tcPr>
            <w:tcW w:type="dxa" w:w="5216"/>
            <w:shd w:fill="F1F6F6"/>
            <w:tcMar>
              <w:top w:w="50" w:type="dxa"/>
              <w:start w:w="110" w:type="dxa"/>
              <w:bottom w:w="45" w:type="dxa"/>
              <w:end w:w="110" w:type="dxa"/>
            </w:tcMar>
            <w:tcBorders>
              <w:bottom w:val="single" w:sz="5" w:color="DCE7E7"/>
            </w:tcBorders>
            <w:vAlign w:val="center"/>
          </w:tcPr>
          <w:p>
            <w:pPr>
              <w:spacing w:after="20"/>
            </w:pPr>
            <w:r>
              <w:rPr>
                <w:b/>
                <w:color w:val="627681"/>
                <w:sz w:val="14"/>
              </w:rPr>
              <w:t>KONTAKT 1 / NAME</w:t>
            </w:r>
          </w:p>
          <w:p>
            <w:pPr>
              <w:spacing w:after="0"/>
            </w:pPr>
            <w:sdt>
              <w:sdtPr>
                <w:alias w:val="contact1_name"/>
                <w:tag w:val="contact1_name"/>
                <w:id w:val="1131"/>
                <w:text w:multiLine="0"/>
              </w:sdtPr>
              <w:sdtContent>
                <w:r>
                  <w:rPr>
                    <w:rFonts w:ascii="Lato" w:hAnsi="Lato" w:eastAsia="Lato" w:cs="Lato"/>
                    <w:color w:val="84939A"/>
                    <w:sz w:val="18"/>
                  </w:rPr>
                  <w:t>‹Name›</w:t>
                </w:r>
              </w:sdtContent>
            </w:sdt>
          </w:p>
        </w:tc>
        <w:tc>
          <w:tcPr>
            <w:tcW w:type="dxa" w:w="4660"/>
            <w:shd w:fill="F1F6F6"/>
            <w:tcMar>
              <w:top w:w="50" w:type="dxa"/>
              <w:start w:w="110" w:type="dxa"/>
              <w:bottom w:w="45" w:type="dxa"/>
              <w:end w:w="110" w:type="dxa"/>
            </w:tcMar>
            <w:tcBorders>
              <w:bottom w:val="single" w:sz="5" w:color="DCE7E7"/>
            </w:tcBorders>
            <w:vAlign w:val="center"/>
          </w:tcPr>
          <w:p>
            <w:pPr>
              <w:spacing w:after="20"/>
            </w:pPr>
            <w:r>
              <w:rPr>
                <w:b/>
                <w:color w:val="627681"/>
                <w:sz w:val="14"/>
              </w:rPr>
              <w:t>MOBILNUMMER</w:t>
            </w:r>
          </w:p>
          <w:p>
            <w:pPr>
              <w:spacing w:after="0"/>
            </w:pPr>
            <w:sdt>
              <w:sdtPr>
                <w:alias w:val="contact1_phone"/>
                <w:tag w:val="contact1_phone"/>
                <w:id w:val="1132"/>
                <w:text w:multiLine="0"/>
              </w:sdtPr>
              <w:sdtContent>
                <w:r>
                  <w:rPr>
                    <w:rFonts w:ascii="Lato" w:hAnsi="Lato" w:eastAsia="Lato" w:cs="Lato"/>
                    <w:color w:val="84939A"/>
                    <w:sz w:val="18"/>
                  </w:rPr>
                  <w:t>‹Telefonnummer›</w:t>
                </w:r>
              </w:sdtContent>
            </w:sdt>
          </w:p>
        </w:tc>
      </w:tr>
    </w:tbl>
    <w:tbl>
      <w:tblPr>
        <w:tblW w:type="auto" w:w="0"/>
        <w:jc w:val="center"/>
        <w:tblLayout w:type="fixed"/>
        <w:tblLook w:firstColumn="1" w:firstRow="1" w:lastColumn="0" w:lastRow="0" w:noHBand="0" w:noVBand="1" w:val="04A0"/>
      </w:tblPr>
      <w:tblGrid>
        <w:gridCol w:w="5216"/>
        <w:gridCol w:w="4660"/>
      </w:tblGrid>
      <w:tr>
        <w:tc>
          <w:tcPr>
            <w:tcW w:type="dxa" w:w="5216"/>
            <w:shd w:fill="F1F6F6"/>
            <w:tcMar>
              <w:top w:w="50" w:type="dxa"/>
              <w:start w:w="110" w:type="dxa"/>
              <w:bottom w:w="45" w:type="dxa"/>
              <w:end w:w="110" w:type="dxa"/>
            </w:tcMar>
            <w:tcBorders>
              <w:bottom w:val="single" w:sz="5" w:color="DCE7E7"/>
            </w:tcBorders>
            <w:vAlign w:val="center"/>
          </w:tcPr>
          <w:p>
            <w:pPr>
              <w:spacing w:after="20"/>
            </w:pPr>
            <w:r>
              <w:rPr>
                <w:b/>
                <w:color w:val="627681"/>
                <w:sz w:val="14"/>
              </w:rPr>
              <w:t>KONTAKT 2 / NAME</w:t>
            </w:r>
          </w:p>
          <w:p>
            <w:pPr>
              <w:spacing w:after="0"/>
            </w:pPr>
            <w:sdt>
              <w:sdtPr>
                <w:alias w:val="contact2_name"/>
                <w:tag w:val="contact2_name"/>
                <w:id w:val="1133"/>
                <w:text w:multiLine="0"/>
              </w:sdtPr>
              <w:sdtContent>
                <w:r>
                  <w:rPr>
                    <w:rFonts w:ascii="Lato" w:hAnsi="Lato" w:eastAsia="Lato" w:cs="Lato"/>
                    <w:color w:val="84939A"/>
                    <w:sz w:val="18"/>
                  </w:rPr>
                  <w:t>‹Name›</w:t>
                </w:r>
              </w:sdtContent>
            </w:sdt>
          </w:p>
        </w:tc>
        <w:tc>
          <w:tcPr>
            <w:tcW w:type="dxa" w:w="4660"/>
            <w:shd w:fill="F1F6F6"/>
            <w:tcMar>
              <w:top w:w="50" w:type="dxa"/>
              <w:start w:w="110" w:type="dxa"/>
              <w:bottom w:w="45" w:type="dxa"/>
              <w:end w:w="110" w:type="dxa"/>
            </w:tcMar>
            <w:tcBorders>
              <w:bottom w:val="single" w:sz="5" w:color="DCE7E7"/>
            </w:tcBorders>
            <w:vAlign w:val="center"/>
          </w:tcPr>
          <w:p>
            <w:pPr>
              <w:spacing w:after="20"/>
            </w:pPr>
            <w:r>
              <w:rPr>
                <w:b/>
                <w:color w:val="627681"/>
                <w:sz w:val="14"/>
              </w:rPr>
              <w:t>MOBILNUMMER</w:t>
            </w:r>
          </w:p>
          <w:p>
            <w:pPr>
              <w:spacing w:after="0"/>
            </w:pPr>
            <w:sdt>
              <w:sdtPr>
                <w:alias w:val="contact2_phone"/>
                <w:tag w:val="contact2_phone"/>
                <w:id w:val="1134"/>
                <w:text w:multiLine="0"/>
              </w:sdtPr>
              <w:sdtContent>
                <w:r>
                  <w:rPr>
                    <w:rFonts w:ascii="Lato" w:hAnsi="Lato" w:eastAsia="Lato" w:cs="Lato"/>
                    <w:color w:val="84939A"/>
                    <w:sz w:val="18"/>
                  </w:rPr>
                  <w:t>‹Telefonnummer›</w:t>
                </w:r>
              </w:sdtContent>
            </w:sdt>
          </w:p>
        </w:tc>
      </w:tr>
    </w:tbl>
    <w:tbl>
      <w:tblPr>
        <w:tblW w:type="auto" w:w="0"/>
        <w:jc w:val="center"/>
        <w:tblLayout w:type="fixed"/>
        <w:tblLook w:firstColumn="1" w:firstRow="1" w:lastColumn="0" w:lastRow="0" w:noHBand="0" w:noVBand="1" w:val="04A0"/>
      </w:tblPr>
      <w:tblGrid>
        <w:gridCol w:w="5216"/>
        <w:gridCol w:w="4660"/>
      </w:tblGrid>
      <w:tr>
        <w:tc>
          <w:tcPr>
            <w:tcW w:type="dxa" w:w="5216"/>
            <w:shd w:fill="F1F6F6"/>
            <w:tcMar>
              <w:top w:w="50" w:type="dxa"/>
              <w:start w:w="110" w:type="dxa"/>
              <w:bottom w:w="45" w:type="dxa"/>
              <w:end w:w="110" w:type="dxa"/>
            </w:tcMar>
            <w:tcBorders>
              <w:bottom w:val="single" w:sz="5" w:color="DCE7E7"/>
            </w:tcBorders>
            <w:vAlign w:val="center"/>
          </w:tcPr>
          <w:p>
            <w:pPr>
              <w:spacing w:after="20"/>
            </w:pPr>
            <w:r>
              <w:rPr>
                <w:b/>
                <w:color w:val="627681"/>
                <w:sz w:val="14"/>
              </w:rPr>
              <w:t>WEITERE KONTAKTPERSON (OPTIONAL)</w:t>
            </w:r>
          </w:p>
          <w:p>
            <w:pPr>
              <w:spacing w:after="0"/>
            </w:pPr>
            <w:sdt>
              <w:sdtPr>
                <w:alias w:val="backup_name"/>
                <w:tag w:val="backup_name"/>
                <w:id w:val="1135"/>
                <w:text w:multiLine="0"/>
              </w:sdtPr>
              <w:sdtContent>
                <w:r>
                  <w:rPr>
                    <w:rFonts w:ascii="Lato" w:hAnsi="Lato" w:eastAsia="Lato" w:cs="Lato"/>
                    <w:color w:val="84939A"/>
                    <w:sz w:val="18"/>
                  </w:rPr>
                  <w:t>‹Name, Verhältnis›</w:t>
                </w:r>
              </w:sdtContent>
            </w:sdt>
          </w:p>
        </w:tc>
        <w:tc>
          <w:tcPr>
            <w:tcW w:type="dxa" w:w="4660"/>
            <w:shd w:fill="F1F6F6"/>
            <w:tcMar>
              <w:top w:w="50" w:type="dxa"/>
              <w:start w:w="110" w:type="dxa"/>
              <w:bottom w:w="45" w:type="dxa"/>
              <w:end w:w="110" w:type="dxa"/>
            </w:tcMar>
            <w:tcBorders>
              <w:bottom w:val="single" w:sz="5" w:color="DCE7E7"/>
            </w:tcBorders>
            <w:vAlign w:val="center"/>
          </w:tcPr>
          <w:p>
            <w:pPr>
              <w:spacing w:after="20"/>
            </w:pPr>
            <w:r>
              <w:rPr>
                <w:b/>
                <w:color w:val="627681"/>
                <w:sz w:val="14"/>
              </w:rPr>
              <w:t>TELEFON</w:t>
            </w:r>
          </w:p>
          <w:p>
            <w:pPr>
              <w:spacing w:after="0"/>
            </w:pPr>
            <w:sdt>
              <w:sdtPr>
                <w:alias w:val="backup_phone"/>
                <w:tag w:val="backup_phone"/>
                <w:id w:val="1136"/>
                <w:text w:multiLine="0"/>
              </w:sdtPr>
              <w:sdtContent>
                <w:r>
                  <w:rPr>
                    <w:rFonts w:ascii="Lato" w:hAnsi="Lato" w:eastAsia="Lato" w:cs="Lato"/>
                    <w:color w:val="84939A"/>
                    <w:sz w:val="18"/>
                  </w:rPr>
                  <w:t>‹Telefonnummer›</w:t>
                </w:r>
              </w:sdtContent>
            </w:sdt>
          </w:p>
        </w:tc>
      </w:tr>
    </w:tbl>
    <w:p>
      <w:pPr>
        <w:spacing w:before="100" w:after="40"/>
        <w:pBdr>
          <w:bottom w:val="single" w:sz="5" w:color="DCE7E7"/>
        </w:pBdr>
      </w:pPr>
      <w:r>
        <w:rPr>
          <w:b/>
          <w:color w:val="BC8056"/>
          <w:sz w:val="20"/>
        </w:rPr>
        <w:t xml:space="preserve">C  </w:t>
      </w:r>
      <w:r>
        <w:rPr>
          <w:b/>
          <w:color w:val="223644"/>
          <w:sz w:val="21"/>
        </w:rPr>
        <w:t>Praktische Hinweise</w:t>
      </w:r>
    </w:p>
    <w:tbl>
      <w:tblPr>
        <w:tblW w:type="auto" w:w="0"/>
        <w:jc w:val="center"/>
        <w:tblLayout w:type="fixed"/>
        <w:tblLook w:firstColumn="1" w:firstRow="1" w:lastColumn="0" w:lastRow="0" w:noHBand="0" w:noVBand="1" w:val="04A0"/>
      </w:tblPr>
      <w:tblGrid>
        <w:gridCol w:w="9876"/>
      </w:tblGrid>
      <w:tr>
        <w:tc>
          <w:tcPr>
            <w:tcW w:type="dxa" w:w="9876"/>
            <w:shd w:fill="F1F6F6"/>
            <w:tcMar>
              <w:top w:w="50" w:type="dxa"/>
              <w:start w:w="110" w:type="dxa"/>
              <w:bottom w:w="45" w:type="dxa"/>
              <w:end w:w="110" w:type="dxa"/>
            </w:tcMar>
            <w:tcBorders>
              <w:bottom w:val="single" w:sz="5" w:color="DCE7E7"/>
            </w:tcBorders>
            <w:vAlign w:val="center"/>
          </w:tcPr>
          <w:p>
            <w:pPr>
              <w:spacing w:after="20"/>
            </w:pPr>
            <w:r>
              <w:rPr>
                <w:b/>
                <w:color w:val="627681"/>
                <w:sz w:val="14"/>
              </w:rPr>
              <w:t>ABLAUF, ABHOLZEITEN ODER BESONDERE ABSPRACHEN</w:t>
            </w:r>
          </w:p>
          <w:p>
            <w:pPr>
              <w:spacing w:after="0"/>
            </w:pPr>
            <w:sdt>
              <w:sdtPr>
                <w:alias w:val="logistics"/>
                <w:tag w:val="logistics"/>
                <w:id w:val="1137"/>
                <w:text w:multiLine="0"/>
              </w:sdtPr>
              <w:sdtContent>
                <w:r>
                  <w:rPr>
                    <w:rFonts w:ascii="Lato" w:hAnsi="Lato" w:eastAsia="Lato" w:cs="Lato"/>
                    <w:color w:val="84939A"/>
                    <w:sz w:val="18"/>
                  </w:rPr>
                  <w:t>‹Kurz beschreiben›</w:t>
                </w:r>
              </w:sdtContent>
            </w:sdt>
          </w:p>
        </w:tc>
      </w:tr>
    </w:tbl>
    <w:tbl>
      <w:tblPr>
        <w:tblW w:type="auto" w:w="0"/>
        <w:jc w:val="center"/>
        <w:tblLayout w:type="fixed"/>
        <w:tblLook w:firstColumn="1" w:firstRow="1" w:lastColumn="0" w:lastRow="0" w:noHBand="0" w:noVBand="1" w:val="04A0"/>
      </w:tblPr>
      <w:tblGrid>
        <w:gridCol w:w="9876"/>
      </w:tblGrid>
      <w:tr>
        <w:tc>
          <w:tcPr>
            <w:tcW w:type="dxa" w:w="9876"/>
            <w:shd w:fill="F1F6F6"/>
            <w:tcMar>
              <w:top w:w="50" w:type="dxa"/>
              <w:start w:w="110" w:type="dxa"/>
              <w:bottom w:w="45" w:type="dxa"/>
              <w:end w:w="110" w:type="dxa"/>
            </w:tcMar>
            <w:tcBorders>
              <w:bottom w:val="single" w:sz="5" w:color="DCE7E7"/>
            </w:tcBorders>
            <w:vAlign w:val="center"/>
          </w:tcPr>
          <w:p>
            <w:pPr>
              <w:spacing w:after="20"/>
            </w:pPr>
            <w:r>
              <w:rPr>
                <w:b/>
                <w:color w:val="627681"/>
                <w:sz w:val="14"/>
              </w:rPr>
              <w:t>INDIVIDUELLE EINSCHRÄNKUNGEN / ZU BEACHTENDE HINWEISE</w:t>
            </w:r>
          </w:p>
          <w:p>
            <w:pPr>
              <w:spacing w:after="0"/>
            </w:pPr>
            <w:sdt>
              <w:sdtPr>
                <w:alias w:val="restrictions"/>
                <w:tag w:val="restrictions"/>
                <w:id w:val="1138"/>
                <w:text w:multiLine="0"/>
              </w:sdtPr>
              <w:sdtContent>
                <w:r>
                  <w:rPr>
                    <w:rFonts w:ascii="Lato" w:hAnsi="Lato" w:eastAsia="Lato" w:cs="Lato"/>
                    <w:color w:val="84939A"/>
                    <w:sz w:val="18"/>
                  </w:rPr>
                  <w:t>‹Optional und nur soweit erforderlich›</w:t>
                </w:r>
              </w:sdtContent>
            </w:sdt>
          </w:p>
        </w:tc>
      </w:tr>
    </w:tbl>
    <w:p>
      <w:pPr>
        <w:spacing w:before="100" w:after="40"/>
        <w:pBdr>
          <w:bottom w:val="single" w:sz="5" w:color="DCE7E7"/>
        </w:pBdr>
      </w:pPr>
      <w:r>
        <w:rPr>
          <w:b/>
          <w:color w:val="BC8056"/>
          <w:sz w:val="20"/>
        </w:rPr>
        <w:t xml:space="preserve">D  </w:t>
      </w:r>
      <w:r>
        <w:rPr>
          <w:b/>
          <w:color w:val="223644"/>
          <w:sz w:val="21"/>
        </w:rPr>
        <w:t>Übergabe-Check</w:t>
      </w:r>
    </w:p>
    <w:tbl>
      <w:tblPr>
        <w:tblW w:type="auto" w:w="0"/>
        <w:jc w:val="center"/>
        <w:tblLayout w:type="fixed"/>
        <w:tblLook w:firstColumn="1" w:firstRow="1" w:lastColumn="0" w:lastRow="0" w:noHBand="0" w:noVBand="1" w:val="04A0"/>
      </w:tblPr>
      <w:tblGrid>
        <w:gridCol w:w="4944"/>
        <w:gridCol w:w="4932"/>
      </w:tblGrid>
      <w:tr>
        <w:tc>
          <w:tcPr>
            <w:tcW w:type="dxa" w:w="4944"/>
            <w:shd w:fill="F1F6F6"/>
            <w:tcMar>
              <w:top w:w="85" w:type="dxa"/>
              <w:start w:w="115" w:type="dxa"/>
              <w:bottom w:w="85" w:type="dxa"/>
              <w:end w:w="115" w:type="dxa"/>
            </w:tcMar>
          </w:tcPr>
          <w:p>
            <w:sdt>
              <w:sdtPr>
                <w:alias w:val="check_id"/>
                <w:tag w:val="check_id"/>
                <w:id w:val="1139"/>
                <w14:checkbox>
                  <w14:checked w14:val="0"/>
                  <w14:checkedState w14:val="2612" w14:font="DejaVu Sans"/>
                  <w14:uncheckedState w14:val="2610" w14:font="DejaVu Sans"/>
                </w14:checkbox>
              </w:sdtPr>
              <w:sdtContent>
                <w:r>
                  <w:rPr>
                    <w:rFonts w:ascii="Lato" w:hAnsi="Lato" w:eastAsia="Lato" w:cs="Lato"/>
                    <w:color w:val="2B686A"/>
                    <w:sz w:val="20"/>
                  </w:rPr>
                  <w:t>☐</w:t>
                </w:r>
              </w:sdtContent>
            </w:sdt>
            <w:r>
              <w:rPr>
                <w:b w:val="0"/>
                <w:color w:val="223644"/>
                <w:sz w:val="16"/>
              </w:rPr>
              <w:t xml:space="preserve">  Vollmacht unterschrieben</w:t>
            </w:r>
          </w:p>
        </w:tc>
        <w:tc>
          <w:tcPr>
            <w:tcW w:type="dxa" w:w="4932"/>
            <w:shd w:fill="F1F6F6"/>
            <w:tcMar>
              <w:top w:w="85" w:type="dxa"/>
              <w:start w:w="115" w:type="dxa"/>
              <w:bottom w:w="85" w:type="dxa"/>
              <w:end w:w="115" w:type="dxa"/>
            </w:tcMar>
          </w:tcPr>
          <w:p>
            <w:sdt>
              <w:sdtPr>
                <w:alias w:val="check_custody"/>
                <w:tag w:val="check_custody"/>
                <w:id w:val="1140"/>
                <w14:checkbox>
                  <w14:checked w14:val="0"/>
                  <w14:checkedState w14:val="2612" w14:font="DejaVu Sans"/>
                  <w14:uncheckedState w14:val="2610" w14:font="DejaVu Sans"/>
                </w14:checkbox>
              </w:sdtPr>
              <w:sdtContent>
                <w:r>
                  <w:rPr>
                    <w:rFonts w:ascii="Lato" w:hAnsi="Lato" w:eastAsia="Lato" w:cs="Lato"/>
                    <w:color w:val="2B686A"/>
                    <w:sz w:val="20"/>
                  </w:rPr>
                  <w:t>☐</w:t>
                </w:r>
              </w:sdtContent>
            </w:sdt>
            <w:r>
              <w:rPr>
                <w:b w:val="0"/>
                <w:color w:val="223644"/>
                <w:sz w:val="16"/>
              </w:rPr>
              <w:t xml:space="preserve">  Sorgerechtsnachweis (falls verlangt)</w:t>
            </w:r>
          </w:p>
        </w:tc>
      </w:tr>
      <w:tr>
        <w:tc>
          <w:tcPr>
            <w:tcW w:type="dxa" w:w="4944"/>
            <w:shd w:fill="F1F6F6"/>
            <w:tcMar>
              <w:top w:w="85" w:type="dxa"/>
              <w:start w:w="115" w:type="dxa"/>
              <w:bottom w:w="85" w:type="dxa"/>
              <w:end w:w="115" w:type="dxa"/>
            </w:tcMar>
          </w:tcPr>
          <w:p>
            <w:sdt>
              <w:sdtPr>
                <w:alias w:val="check_school"/>
                <w:tag w:val="check_school"/>
                <w:id w:val="1141"/>
                <w14:checkbox>
                  <w14:checked w14:val="0"/>
                  <w14:checkedState w14:val="2612" w14:font="DejaVu Sans"/>
                  <w14:uncheckedState w14:val="2610" w14:font="DejaVu Sans"/>
                </w14:checkbox>
              </w:sdtPr>
              <w:sdtContent>
                <w:r>
                  <w:rPr>
                    <w:rFonts w:ascii="Lato" w:hAnsi="Lato" w:eastAsia="Lato" w:cs="Lato"/>
                    <w:color w:val="2B686A"/>
                    <w:sz w:val="20"/>
                  </w:rPr>
                  <w:t>☐</w:t>
                </w:r>
              </w:sdtContent>
            </w:sdt>
            <w:r>
              <w:rPr>
                <w:b w:val="0"/>
                <w:color w:val="223644"/>
                <w:sz w:val="16"/>
              </w:rPr>
              <w:t xml:space="preserve">  Einrichtung vorab informiert</w:t>
            </w:r>
          </w:p>
        </w:tc>
        <w:tc>
          <w:tcPr>
            <w:tcW w:type="dxa" w:w="4932"/>
            <w:shd w:fill="F1F6F6"/>
            <w:tcMar>
              <w:top w:w="85" w:type="dxa"/>
              <w:start w:w="115" w:type="dxa"/>
              <w:bottom w:w="85" w:type="dxa"/>
              <w:end w:w="115" w:type="dxa"/>
            </w:tcMar>
          </w:tcPr>
          <w:p>
            <w:sdt>
              <w:sdtPr>
                <w:alias w:val="check_contact"/>
                <w:tag w:val="check_contact"/>
                <w:id w:val="1142"/>
                <w14:checkbox>
                  <w14:checked w14:val="0"/>
                  <w14:checkedState w14:val="2612" w14:font="DejaVu Sans"/>
                  <w14:uncheckedState w14:val="2610" w14:font="DejaVu Sans"/>
                </w14:checkbox>
              </w:sdtPr>
              <w:sdtContent>
                <w:r>
                  <w:rPr>
                    <w:rFonts w:ascii="Lato" w:hAnsi="Lato" w:eastAsia="Lato" w:cs="Lato"/>
                    <w:color w:val="2B686A"/>
                    <w:sz w:val="20"/>
                  </w:rPr>
                  <w:t>☐</w:t>
                </w:r>
              </w:sdtContent>
            </w:sdt>
            <w:r>
              <w:rPr>
                <w:b w:val="0"/>
                <w:color w:val="223644"/>
                <w:sz w:val="16"/>
              </w:rPr>
              <w:t xml:space="preserve">  Notfallkontakte abgestimmt</w:t>
            </w:r>
          </w:p>
        </w:tc>
      </w:tr>
      <w:tr>
        <w:tc>
          <w:tcPr>
            <w:tcW w:type="dxa" w:w="4944"/>
            <w:shd w:fill="F1F6F6"/>
            <w:tcMar>
              <w:top w:w="85" w:type="dxa"/>
              <w:start w:w="115" w:type="dxa"/>
              <w:bottom w:w="85" w:type="dxa"/>
              <w:end w:w="115" w:type="dxa"/>
            </w:tcMar>
          </w:tcPr>
          <w:p>
            <w:sdt>
              <w:sdtPr>
                <w:alias w:val="check_insurance"/>
                <w:tag w:val="check_insurance"/>
                <w:id w:val="1143"/>
                <w14:checkbox>
                  <w14:checked w14:val="0"/>
                  <w14:checkedState w14:val="2612" w14:font="DejaVu Sans"/>
                  <w14:uncheckedState w14:val="2610" w14:font="DejaVu Sans"/>
                </w14:checkbox>
              </w:sdtPr>
              <w:sdtContent>
                <w:r>
                  <w:rPr>
                    <w:rFonts w:ascii="Lato" w:hAnsi="Lato" w:eastAsia="Lato" w:cs="Lato"/>
                    <w:color w:val="2B686A"/>
                    <w:sz w:val="20"/>
                  </w:rPr>
                  <w:t>☐</w:t>
                </w:r>
              </w:sdtContent>
            </w:sdt>
            <w:r>
              <w:rPr>
                <w:b w:val="0"/>
                <w:color w:val="223644"/>
                <w:sz w:val="16"/>
              </w:rPr>
              <w:t xml:space="preserve">  Erforderliche Unterlagen bereitgelegt</w:t>
            </w:r>
          </w:p>
        </w:tc>
        <w:tc>
          <w:tcPr>
            <w:tcW w:type="dxa" w:w="4932"/>
            <w:shd w:fill="F1F6F6"/>
            <w:tcMar>
              <w:top w:w="85" w:type="dxa"/>
              <w:start w:w="115" w:type="dxa"/>
              <w:bottom w:w="85" w:type="dxa"/>
              <w:end w:w="115" w:type="dxa"/>
            </w:tcMar>
          </w:tcPr>
          <w:p>
            <w:sdt>
              <w:sdtPr>
                <w:alias w:val="check_copy"/>
                <w:tag w:val="check_copy"/>
                <w:id w:val="1144"/>
                <w14:checkbox>
                  <w14:checked w14:val="0"/>
                  <w14:checkedState w14:val="2612" w14:font="DejaVu Sans"/>
                  <w14:uncheckedState w14:val="2610" w14:font="DejaVu Sans"/>
                </w14:checkbox>
              </w:sdtPr>
              <w:sdtContent>
                <w:r>
                  <w:rPr>
                    <w:rFonts w:ascii="Lato" w:hAnsi="Lato" w:eastAsia="Lato" w:cs="Lato"/>
                    <w:color w:val="2B686A"/>
                    <w:sz w:val="20"/>
                  </w:rPr>
                  <w:t>☐</w:t>
                </w:r>
              </w:sdtContent>
            </w:sdt>
            <w:r>
              <w:rPr>
                <w:b w:val="0"/>
                <w:color w:val="223644"/>
                <w:sz w:val="16"/>
              </w:rPr>
              <w:t xml:space="preserve">  Kopie der Vollmacht übergeben</w:t>
            </w:r>
          </w:p>
        </w:tc>
      </w:tr>
    </w:tbl>
    <w:p>
      <w:pPr>
        <w:spacing w:before="100" w:after="40"/>
        <w:pBdr>
          <w:bottom w:val="single" w:sz="5" w:color="DCE7E7"/>
        </w:pBdr>
      </w:pPr>
      <w:r>
        <w:rPr>
          <w:b/>
          <w:color w:val="BC8056"/>
          <w:sz w:val="20"/>
        </w:rPr>
        <w:t xml:space="preserve">E  </w:t>
      </w:r>
      <w:r>
        <w:rPr>
          <w:b/>
          <w:color w:val="223644"/>
          <w:sz w:val="21"/>
        </w:rPr>
        <w:t>Anmerkungen der Sorgeberechtigten</w:t>
      </w:r>
    </w:p>
    <w:tbl>
      <w:tblPr>
        <w:tblW w:type="auto" w:w="0"/>
        <w:jc w:val="center"/>
        <w:tblLayout w:type="fixed"/>
        <w:tblLook w:firstColumn="1" w:firstRow="1" w:lastColumn="0" w:lastRow="0" w:noHBand="0" w:noVBand="1" w:val="04A0"/>
      </w:tblPr>
      <w:tblGrid>
        <w:gridCol w:w="9876"/>
      </w:tblGrid>
      <w:tr>
        <w:tc>
          <w:tcPr>
            <w:tcW w:type="dxa" w:w="9876"/>
            <w:shd w:fill="F1F6F6"/>
            <w:tcMar>
              <w:top w:w="50" w:type="dxa"/>
              <w:start w:w="110" w:type="dxa"/>
              <w:bottom w:w="45" w:type="dxa"/>
              <w:end w:w="110" w:type="dxa"/>
            </w:tcMar>
            <w:tcBorders>
              <w:bottom w:val="single" w:sz="5" w:color="DCE7E7"/>
            </w:tcBorders>
            <w:vAlign w:val="center"/>
          </w:tcPr>
          <w:p>
            <w:pPr>
              <w:spacing w:after="20"/>
            </w:pPr>
            <w:r>
              <w:rPr>
                <w:b/>
                <w:color w:val="627681"/>
                <w:sz w:val="14"/>
              </w:rPr>
              <w:t>WICHTIGE HINWEISE FÜR DIE BETREUUNGSPERSON</w:t>
            </w:r>
          </w:p>
          <w:p>
            <w:pPr>
              <w:spacing w:after="0"/>
            </w:pPr>
            <w:sdt>
              <w:sdtPr>
                <w:alias w:val="annex_notes"/>
                <w:tag w:val="annex_notes"/>
                <w:id w:val="1145"/>
                <w:text w:multiLine="0"/>
              </w:sdtPr>
              <w:sdtContent>
                <w:r>
                  <w:rPr>
                    <w:rFonts w:ascii="Lato" w:hAnsi="Lato" w:eastAsia="Lato" w:cs="Lato"/>
                    <w:color w:val="84939A"/>
                    <w:sz w:val="18"/>
                  </w:rPr>
                  <w:t>‹Optional: Hinweise ergänzen›</w:t>
                </w:r>
              </w:sdtContent>
            </w:sdt>
          </w:p>
        </w:tc>
      </w:tr>
    </w:tbl>
    <w:p>
      <w:pPr>
        <w:spacing w:before="180" w:after="80"/>
      </w:pPr>
      <w:r>
        <w:rPr>
          <w:b/>
          <w:color w:val="2B686A"/>
          <w:sz w:val="16"/>
        </w:rPr>
        <w:t>WICHTIGE GRENZEN</w:t>
      </w:r>
    </w:p>
    <w:p>
      <w:r>
        <w:rPr>
          <w:b w:val="0"/>
          <w:color w:val="627681"/>
          <w:sz w:val="15"/>
        </w:rPr>
        <w:t>Bei akuter Gefahr medizinische Hilfe über 112 veranlassen und die Sorgeberechtigten umgehend benachrichtigen. Für medizinische Behandlungsentscheidungen oder die Offenlegung vertraulicher Daten können gesonderte Erklärungen erforderlich sein. Die Stellen können eigene Formulare verlangen.</w:t>
      </w:r>
    </w:p>
    <w:p>
      <w:pPr>
        <w:spacing w:before="280"/>
      </w:pPr>
      <w:r>
        <w:rPr>
          <w:b w:val="0"/>
          <w:color w:val="627681"/>
          <w:sz w:val="15"/>
        </w:rPr>
        <w:t>Dieses Blatt ist eine interne Orientierungshilfe und muss nicht bei jeder Stelle vorgelegt werden.</w:t>
      </w:r>
    </w:p>
    <w:sectPr w:rsidR="00FC693F" w:rsidRPr="0006063C" w:rsidSect="00034616">
      <w:headerReference w:type="default" r:id="rId9"/>
      <w:footerReference w:type="default" r:id="rId10"/>
      <w:pgSz w:w="11906" w:h="16838"/>
      <w:pgMar w:top="765" w:right="1009" w:bottom="680" w:left="1009" w:header="397"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right"/>
    </w:pPr>
    <w:r>
      <w:rPr>
        <w:b w:val="0"/>
        <w:color w:val="627681"/>
        <w:sz w:val="14"/>
      </w:rPr>
      <w:t xml:space="preserve">SORGE &amp; BETREUUNG     •     </w:t>
    </w:r>
    <w:r>
      <w:rPr>
        <w:b w:val="0"/>
        <w:color w:val="627681"/>
        <w:sz w:val="14"/>
      </w:rPr>
      <w:t xml:space="preserve">SEITE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tbl>
    <w:tblPr>
      <w:tblW w:type="auto" w:w="0"/>
      <w:tblLayout w:type="fixed"/>
      <w:tblLook w:firstColumn="1" w:firstRow="1" w:lastColumn="0" w:lastRow="0" w:noHBand="0" w:noVBand="1" w:val="04A0"/>
    </w:tblPr>
    <w:tblGrid>
      <w:gridCol w:w="7087"/>
      <w:gridCol w:w="2789"/>
    </w:tblGrid>
    <w:tr>
      <w:tc>
        <w:tcPr>
          <w:tcW w:type="dxa" w:w="4938"/>
          <w:tcMar>
            <w:top w:w="0" w:type="dxa"/>
            <w:start w:w="0" w:type="dxa"/>
            <w:bottom w:w="30" w:type="dxa"/>
            <w:end w:w="0" w:type="dxa"/>
          </w:tcMar>
          <w:tcBorders>
            <w:bottom w:val="single" w:sz="5" w:color="DCE7E7"/>
          </w:tcBorders>
        </w:tcPr>
        <w:p>
          <w:r>
            <w:rPr>
              <w:b/>
              <w:color w:val="2B686A"/>
              <w:sz w:val="16"/>
            </w:rPr>
            <w:t>FAMILIE  /  VERTRETUNG</w:t>
          </w:r>
        </w:p>
      </w:tc>
      <w:tc>
        <w:tcPr>
          <w:tcW w:type="dxa" w:w="4938"/>
          <w:tcMar>
            <w:top w:w="0" w:type="dxa"/>
            <w:start w:w="0" w:type="dxa"/>
            <w:bottom w:w="30" w:type="dxa"/>
            <w:end w:w="0" w:type="dxa"/>
          </w:tcMar>
          <w:tcBorders>
            <w:bottom w:val="single" w:sz="5" w:color="DCE7E7"/>
          </w:tcBorders>
        </w:tcPr>
        <w:p>
          <w:pPr>
            <w:jc w:val="right"/>
          </w:pPr>
          <w:r>
            <w:rPr>
              <w:b/>
              <w:color w:val="627681"/>
              <w:sz w:val="14"/>
            </w:rPr>
            <w:t>DOKUMENTENVORLAGE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4" w:lineRule="auto"/>
    </w:pPr>
    <w:rPr>
      <w:rFonts w:ascii="Lato" w:hAnsi="Lato"/>
      <w:color w:val="22364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Wide">
    <w:name w:val="TitleWide"/>
    <w:pPr>
      <w:spacing w:after="60"/>
    </w:pPr>
    <w:rPr>
      <w:rFonts w:ascii="Lato" w:hAnsi="Lato"/>
      <w:b/>
      <w:color w:val="223644"/>
      <w:sz w:val="44"/>
    </w:rPr>
  </w:style>
  <w:style w:type="paragraph" w:customStyle="1" w:styleId="SubText">
    <w:name w:val="SubText"/>
    <w:pPr>
      <w:spacing w:after="120"/>
    </w:pPr>
    <w:rPr>
      <w:rFonts w:ascii="Lato" w:hAnsi="Lato"/>
      <w:b w:val="0"/>
      <w:color w:val="627681"/>
      <w:sz w:val="18"/>
    </w:rPr>
  </w:style>
  <w:style w:type="paragraph" w:customStyle="1" w:styleId="SectionText">
    <w:name w:val="SectionText"/>
    <w:pPr>
      <w:spacing w:after="40"/>
    </w:pPr>
    <w:rPr>
      <w:rFonts w:ascii="Lato" w:hAnsi="Lato"/>
      <w:b/>
      <w:color w:val="223644"/>
      <w:sz w:val="20"/>
    </w:rPr>
  </w:style>
  <w:style w:type="paragraph" w:customStyle="1" w:styleId="MiniLabel">
    <w:name w:val="MiniLabel"/>
    <w:pPr>
      <w:spacing w:after="20"/>
    </w:pPr>
    <w:rPr>
      <w:rFonts w:ascii="Lato" w:hAnsi="Lato"/>
      <w:b/>
      <w:color w:val="627681"/>
      <w:sz w:val="14"/>
    </w:rPr>
  </w:style>
  <w:style w:type="paragraph" w:customStyle="1" w:styleId="SmallNote">
    <w:name w:val="SmallNote"/>
    <w:pPr>
      <w:spacing w:after="0"/>
    </w:pPr>
    <w:rPr>
      <w:rFonts w:ascii="Lato" w:hAnsi="Lato"/>
      <w:b w:val="0"/>
      <w:color w:val="627681"/>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Sorgerechtsvollmacht – editierbare Word-Vorlage</dc:title>
  <dc:subject>Begrenzte Vollmacht für bestimmte Betreuungsangelegenheiten</dc:subject>
  <dc:creator/>
  <cp:keywords>Sorgerechtsvollmacht, Betreuungsvollmacht, Word Vorlage</cp:keywords>
  <dc:description>generated by python-docx</dc:description>
  <cp:lastModifiedBy/>
  <cp:revision>1</cp:revision>
  <dcterms:created xsi:type="dcterms:W3CDTF">2013-12-23T23:15:00Z</dcterms:created>
  <dcterms:modified xsi:type="dcterms:W3CDTF">2013-12-23T23:15:00Z</dcterms:modified>
  <cp:category/>
</cp:coreProperties>
</file>