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rlito" w:hAnsi="Carlito"/>
          <w:b/>
          <w:color w:val="225D78"/>
          <w:sz w:val="16"/>
        </w:rPr>
        <w:t>01  /  SCHRIFTLICHE VOLLMACHT</w:t>
      </w:r>
    </w:p>
    <w:p>
      <w:pPr>
        <w:pStyle w:val="GB_Title"/>
      </w:pPr>
      <w:r>
        <w:t>Vollmacht für einen Grundbuchauszug</w:t>
      </w:r>
    </w:p>
    <w:p>
      <w:pPr>
        <w:pStyle w:val="GB_Subtitle"/>
        <w:spacing w:after="160"/>
      </w:pPr>
      <w:r>
        <w:t>Zur Vorlage beim zuständigen Amtsgericht – Grundbuchamt</w:t>
      </w:r>
    </w:p>
    <w:p>
      <w:pPr>
        <w:pStyle w:val="GB_Section"/>
        <w:keepNext/>
        <w:pBdr>
          <w:bottom w:val="single" w:sz="6" w:color="D5E0E5" w:space="3"/>
        </w:pBdr>
      </w:pPr>
      <w:r>
        <w:t>1 · VOLLMACHTGEBENDE PERSON</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Name / Firma (ggf. gesetzliche Vertretung)</w:t>
            </w:r>
          </w:p>
          <w:p>
            <w:pPr>
              <w:spacing w:after="0" w:before="0"/>
              <w:ind w:left="57" w:right="57"/>
              <w:shd w:fill="F1F5F7"/>
              <w:pBdr>
                <w:bottom w:val="single" w:sz="4" w:color="D5E0E5" w:space="0"/>
              </w:pBdr>
            </w:pPr>
            <w:sdt>
              <w:sdtPr>
                <w:alias w:val="Geber name"/>
                <w:tag w:val="geber_name"/>
                <w:id w:val="181315004"/>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Geburtsdatum (freiwillig)</w:t>
            </w:r>
          </w:p>
          <w:p>
            <w:pPr>
              <w:spacing w:after="0" w:before="0"/>
              <w:ind w:left="57" w:right="57"/>
              <w:shd w:fill="F1F5F7"/>
              <w:pBdr>
                <w:bottom w:val="single" w:sz="4" w:color="D5E0E5" w:space="0"/>
              </w:pBdr>
            </w:pPr>
            <w:sdt>
              <w:sdtPr>
                <w:alias w:val="Geber birth"/>
                <w:tag w:val="geber_birth"/>
                <w:id w:val="85725784"/>
                <w:text/>
              </w:sdtPr>
              <w:sdtContent>
                <w:r>
                  <w:rPr>
                    <w:color w:val="8799A4"/>
                    <w:i/>
                    <w:sz w:val="18"/>
                  </w:rPr>
                  <w:t>Hier eintragen</w:t>
                </w:r>
              </w:sdtContent>
            </w:sdt>
          </w:p>
        </w:tc>
      </w:tr>
      <w:tr>
        <w:tc>
          <w:tcPr>
            <w:tcW w:type="dxa" w:w="4904"/>
            <w:vAlign w:val="center"/>
            <w:tcMar>
              <w:top w:w="20" w:type="dxa"/>
              <w:bottom w:w="30" w:type="dxa"/>
              <w:start w:w="80" w:type="dxa"/>
              <w:end w:w="80" w:type="dxa"/>
            </w:tcMar>
          </w:tcPr>
          <w:p>
            <w:pPr>
              <w:pStyle w:val="GB_Label"/>
              <w:spacing w:after="40"/>
            </w:pPr>
            <w:r>
              <w:t>Straße und Hausnummer</w:t>
            </w:r>
          </w:p>
          <w:p>
            <w:pPr>
              <w:spacing w:after="0" w:before="0"/>
              <w:ind w:left="57" w:right="57"/>
              <w:shd w:fill="F1F5F7"/>
              <w:pBdr>
                <w:bottom w:val="single" w:sz="4" w:color="D5E0E5" w:space="0"/>
              </w:pBdr>
            </w:pPr>
            <w:sdt>
              <w:sdtPr>
                <w:alias w:val="Geber street"/>
                <w:tag w:val="geber_street"/>
                <w:id w:val="98006256"/>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Postleitzahl und Ort</w:t>
            </w:r>
          </w:p>
          <w:p>
            <w:pPr>
              <w:spacing w:after="0" w:before="0"/>
              <w:ind w:left="57" w:right="57"/>
              <w:shd w:fill="F1F5F7"/>
              <w:pBdr>
                <w:bottom w:val="single" w:sz="4" w:color="D5E0E5" w:space="0"/>
              </w:pBdr>
            </w:pPr>
            <w:sdt>
              <w:sdtPr>
                <w:alias w:val="Geber city"/>
                <w:tag w:val="geber_city"/>
                <w:id w:val="15853829"/>
                <w:text/>
              </w:sdtPr>
              <w:sdtContent>
                <w:r>
                  <w:rPr>
                    <w:color w:val="8799A4"/>
                    <w:i/>
                    <w:sz w:val="18"/>
                  </w:rPr>
                  <w:t>Hier eintragen</w:t>
                </w:r>
              </w:sdtContent>
            </w:sdt>
          </w:p>
        </w:tc>
      </w:tr>
    </w:tbl>
    <w:p>
      <w:pPr>
        <w:pStyle w:val="GB_Section"/>
        <w:keepNext/>
        <w:pBdr>
          <w:bottom w:val="single" w:sz="6" w:color="D5E0E5" w:space="3"/>
        </w:pBdr>
      </w:pPr>
      <w:r>
        <w:t>2 · BEVOLLMÄCHTIGTE PERSON</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Name / Firma (ggf. gesetzliche Vertretung)</w:t>
            </w:r>
          </w:p>
          <w:p>
            <w:pPr>
              <w:spacing w:after="0" w:before="0"/>
              <w:ind w:left="57" w:right="57"/>
              <w:shd w:fill="F1F5F7"/>
              <w:pBdr>
                <w:bottom w:val="single" w:sz="4" w:color="D5E0E5" w:space="0"/>
              </w:pBdr>
            </w:pPr>
            <w:sdt>
              <w:sdtPr>
                <w:alias w:val="Nehmer name"/>
                <w:tag w:val="nehmer_name"/>
                <w:id w:val="39674893"/>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Geburtsdatum (freiwillig)</w:t>
            </w:r>
          </w:p>
          <w:p>
            <w:pPr>
              <w:spacing w:after="0" w:before="0"/>
              <w:ind w:left="57" w:right="57"/>
              <w:shd w:fill="F1F5F7"/>
              <w:pBdr>
                <w:bottom w:val="single" w:sz="4" w:color="D5E0E5" w:space="0"/>
              </w:pBdr>
            </w:pPr>
            <w:sdt>
              <w:sdtPr>
                <w:alias w:val="Nehmer birth"/>
                <w:tag w:val="nehmer_birth"/>
                <w:id w:val="70701501"/>
                <w:text/>
              </w:sdtPr>
              <w:sdtContent>
                <w:r>
                  <w:rPr>
                    <w:color w:val="8799A4"/>
                    <w:i/>
                    <w:sz w:val="18"/>
                  </w:rPr>
                  <w:t>Hier eintragen</w:t>
                </w:r>
              </w:sdtContent>
            </w:sdt>
          </w:p>
        </w:tc>
      </w:tr>
      <w:tr>
        <w:tc>
          <w:tcPr>
            <w:tcW w:type="dxa" w:w="4904"/>
            <w:vAlign w:val="center"/>
            <w:tcMar>
              <w:top w:w="20" w:type="dxa"/>
              <w:bottom w:w="30" w:type="dxa"/>
              <w:start w:w="80" w:type="dxa"/>
              <w:end w:w="80" w:type="dxa"/>
            </w:tcMar>
          </w:tcPr>
          <w:p>
            <w:pPr>
              <w:pStyle w:val="GB_Label"/>
              <w:spacing w:after="40"/>
            </w:pPr>
            <w:r>
              <w:t>Straße und Hausnummer</w:t>
            </w:r>
          </w:p>
          <w:p>
            <w:pPr>
              <w:spacing w:after="0" w:before="0"/>
              <w:ind w:left="57" w:right="57"/>
              <w:shd w:fill="F1F5F7"/>
              <w:pBdr>
                <w:bottom w:val="single" w:sz="4" w:color="D5E0E5" w:space="0"/>
              </w:pBdr>
            </w:pPr>
            <w:sdt>
              <w:sdtPr>
                <w:alias w:val="Nehmer street"/>
                <w:tag w:val="nehmer_street"/>
                <w:id w:val="71791880"/>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Postleitzahl und Ort</w:t>
            </w:r>
          </w:p>
          <w:p>
            <w:pPr>
              <w:spacing w:after="0" w:before="0"/>
              <w:ind w:left="57" w:right="57"/>
              <w:shd w:fill="F1F5F7"/>
              <w:pBdr>
                <w:bottom w:val="single" w:sz="4" w:color="D5E0E5" w:space="0"/>
              </w:pBdr>
            </w:pPr>
            <w:sdt>
              <w:sdtPr>
                <w:alias w:val="Nehmer city"/>
                <w:tag w:val="nehmer_city"/>
                <w:id w:val="61643284"/>
                <w:text/>
              </w:sdtPr>
              <w:sdtContent>
                <w:r>
                  <w:rPr>
                    <w:color w:val="8799A4"/>
                    <w:i/>
                    <w:sz w:val="18"/>
                  </w:rPr>
                  <w:t>Hier eintragen</w:t>
                </w:r>
              </w:sdtContent>
            </w:sdt>
          </w:p>
        </w:tc>
      </w:tr>
    </w:tbl>
    <w:p>
      <w:pPr>
        <w:pStyle w:val="GB_Section"/>
        <w:keepNext/>
        <w:pBdr>
          <w:bottom w:val="single" w:sz="6" w:color="D5E0E5" w:space="3"/>
        </w:pBdr>
      </w:pPr>
      <w:r>
        <w:t>3 · GRUNDBUCH UND GRUNDSTÜCK</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Grundbuch von / Gemarkung</w:t>
            </w:r>
          </w:p>
          <w:p>
            <w:pPr>
              <w:spacing w:after="0" w:before="0"/>
              <w:ind w:left="57" w:right="57"/>
              <w:shd w:fill="F1F5F7"/>
              <w:pBdr>
                <w:bottom w:val="single" w:sz="4" w:color="D5E0E5" w:space="0"/>
              </w:pBdr>
            </w:pPr>
            <w:sdt>
              <w:sdtPr>
                <w:alias w:val="Obj gemarkung"/>
                <w:tag w:val="obj_gemarkung"/>
                <w:id w:val="122714295"/>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Grundbuchblatt-Nr. (falls bekannt)</w:t>
            </w:r>
          </w:p>
          <w:p>
            <w:pPr>
              <w:spacing w:after="0" w:before="0"/>
              <w:ind w:left="57" w:right="57"/>
              <w:shd w:fill="F1F5F7"/>
              <w:pBdr>
                <w:bottom w:val="single" w:sz="4" w:color="D5E0E5" w:space="0"/>
              </w:pBdr>
            </w:pPr>
            <w:sdt>
              <w:sdtPr>
                <w:alias w:val="Obj blatt"/>
                <w:tag w:val="obj_blatt"/>
                <w:id w:val="50458837"/>
                <w:text/>
              </w:sdtPr>
              <w:sdtContent>
                <w:r>
                  <w:rPr>
                    <w:color w:val="8799A4"/>
                    <w:i/>
                    <w:sz w:val="18"/>
                  </w:rPr>
                  <w:t>Hier eintragen</w:t>
                </w:r>
              </w:sdtContent>
            </w:sdt>
          </w:p>
        </w:tc>
      </w:tr>
      <w:tr>
        <w:tc>
          <w:tcPr>
            <w:tcW w:type="dxa" w:w="4904"/>
            <w:vAlign w:val="center"/>
            <w:tcMar>
              <w:top w:w="20" w:type="dxa"/>
              <w:bottom w:w="30" w:type="dxa"/>
              <w:start w:w="80" w:type="dxa"/>
              <w:end w:w="80" w:type="dxa"/>
            </w:tcMar>
          </w:tcPr>
          <w:p>
            <w:pPr>
              <w:pStyle w:val="GB_Label"/>
              <w:spacing w:after="40"/>
            </w:pPr>
            <w:r>
              <w:t>Flur / Flurstück (falls bekannt)</w:t>
            </w:r>
          </w:p>
          <w:p>
            <w:pPr>
              <w:spacing w:after="0" w:before="0"/>
              <w:ind w:left="57" w:right="57"/>
              <w:shd w:fill="F1F5F7"/>
              <w:pBdr>
                <w:bottom w:val="single" w:sz="4" w:color="D5E0E5" w:space="0"/>
              </w:pBdr>
            </w:pPr>
            <w:sdt>
              <w:sdtPr>
                <w:alias w:val="Obj flur"/>
                <w:tag w:val="obj_flur"/>
                <w:id w:val="47693738"/>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Lage / Anschrift des Grundstücks</w:t>
            </w:r>
          </w:p>
          <w:p>
            <w:pPr>
              <w:spacing w:after="0" w:before="0"/>
              <w:ind w:left="57" w:right="57"/>
              <w:shd w:fill="F1F5F7"/>
              <w:pBdr>
                <w:bottom w:val="single" w:sz="4" w:color="D5E0E5" w:space="0"/>
              </w:pBdr>
            </w:pPr>
            <w:sdt>
              <w:sdtPr>
                <w:alias w:val="Obj address"/>
                <w:tag w:val="obj_address"/>
                <w:id w:val="120858413"/>
                <w:text/>
              </w:sdtPr>
              <w:sdtContent>
                <w:r>
                  <w:rPr>
                    <w:color w:val="8799A4"/>
                    <w:i/>
                    <w:sz w:val="18"/>
                  </w:rPr>
                  <w:t>Hier eintragen</w:t>
                </w:r>
              </w:sdtContent>
            </w:sdt>
          </w:p>
        </w:tc>
      </w:tr>
    </w:tbl>
    <w:p>
      <w:pPr>
        <w:pStyle w:val="GB_Section"/>
        <w:keepNext/>
        <w:pBdr>
          <w:bottom w:val="single" w:sz="6" w:color="D5E0E5" w:space="3"/>
        </w:pBdr>
      </w:pPr>
      <w:r>
        <w:t>4 · UMFANG DER BEVOLLMÄCHTIGUNG</w:t>
      </w:r>
    </w:p>
    <w:p>
      <w:pPr>
        <w:pStyle w:val="GB_Body"/>
        <w:spacing w:before="0" w:after="60"/>
      </w:pPr>
      <w:r>
        <w:t>Ich bevollmächtige die oben bezeichnete Person, mich gegenüber dem zuständigen Grundbuchamt im Zusammenhang mit dem bezeichneten Grundbuch zu vertreten und in meinem Namen folgende Unterlagen anzufordern:</w:t>
      </w:r>
    </w:p>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Einfacher Grundbuchauszug (unbeglaubigt)"/>
                <w:tag w:val="typ_einfach"/>
                <w:id w:val="52010255"/>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Einfacher Grundbuchauszug (unbeglaubigt)</w:t>
            </w:r>
          </w:p>
        </w:tc>
        <w:tc>
          <w:tcPr>
            <w:tcW w:type="dxa" w:w="4904"/>
          </w:tcPr>
          <w:p>
            <w:pPr>
              <w:spacing w:after="60"/>
            </w:pPr>
            <w:sdt>
              <w:sdtPr>
                <w:alias w:val="Amtlicher Grundbuchauszug (beglaubigt)"/>
                <w:tag w:val="typ_amtlich"/>
                <w:id w:val="32592320"/>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Amtlicher Grundbuchauszug (beglaubigt)</w:t>
            </w:r>
          </w:p>
        </w:tc>
      </w:tr>
    </w:tbl>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Zusätzlich: Einsicht in das Grundbuch"/>
                <w:tag w:val="option_einsicht"/>
                <w:id w:val="179541192"/>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Zusätzlich: Einsicht in das Grundbuch</w:t>
            </w:r>
          </w:p>
        </w:tc>
        <w:tc>
          <w:tcPr>
            <w:tcW w:type="dxa" w:w="4904"/>
          </w:tcPr>
          <w:p>
            <w:pPr>
              <w:spacing w:after="60"/>
            </w:pPr>
            <w:sdt>
              <w:sdtPr>
                <w:alias w:val="Abholung / Entgegennahme des Auszugs"/>
                <w:tag w:val="option_abholung"/>
                <w:id w:val="173349830"/>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Abholung / Entgegennahme des Auszugs</w:t>
            </w:r>
          </w:p>
        </w:tc>
      </w:tr>
    </w:tbl>
    <w:p>
      <w:pPr>
        <w:pStyle w:val="GB_Body"/>
        <w:spacing w:before="0" w:after="60"/>
      </w:pPr>
      <w:r>
        <w:t>Die bevollmächtigte Person darf hierfür erforderliche Anträge stellen, Rückfragen beantworten und Nachweise einreichen. Eine Weiterübertragung der Vollmacht ist ausgeschlossen.</w:t>
      </w:r>
    </w:p>
    <w:p>
      <w:pPr>
        <w:pStyle w:val="GB_Section"/>
        <w:keepNext/>
        <w:pBdr>
          <w:bottom w:val="single" w:sz="6" w:color="D5E0E5" w:space="3"/>
        </w:pBdr>
      </w:pPr>
      <w:r>
        <w:t>5 · BERECHTIGTES INTERESSE DER VOLLMACHTGEBENDEN PERSON</w:t>
      </w:r>
    </w:p>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Eigentum / Miteigentum / Erbbaurecht"/>
                <w:tag w:val="interesse_eigentum"/>
                <w:id w:val="146308638"/>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Eigentum / Miteigentum / Erbbaurecht</w:t>
            </w:r>
          </w:p>
        </w:tc>
        <w:tc>
          <w:tcPr>
            <w:tcW w:type="dxa" w:w="4904"/>
          </w:tcPr>
          <w:p>
            <w:pPr>
              <w:spacing w:after="60"/>
            </w:pPr>
            <w:sdt>
              <w:sdtPr>
                <w:alias w:val="Im Grundbuch eingetragenes Recht"/>
                <w:tag w:val="interesse_recht"/>
                <w:id w:val="104723654"/>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Im Grundbuch eingetragenes Recht</w:t>
            </w:r>
          </w:p>
        </w:tc>
      </w:tr>
    </w:tbl>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Sonstiges berechtigtes Interesse (erläutern)"/>
                <w:tag w:val="interesse_sonst"/>
                <w:id w:val="174751128"/>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Sonstiges berechtigtes Interesse (erläutern)</w:t>
            </w:r>
          </w:p>
        </w:tc>
        <w:tc>
          <w:tcPr>
            <w:tcW w:type="dxa" w:w="4904"/>
          </w:tcPr>
          <w:p>
            <w:pPr>
              <w:spacing w:after="60"/>
            </w:pPr>
            <w:sdt>
              <w:sdtPr>
                <w:alias w:val="Nachweis zur Vertretungsbefugnis liegt bei"/>
                <w:tag w:val="interesse_vertr"/>
                <w:id w:val="87829250"/>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Nachweis zur Vertretungsbefugnis liegt bei</w:t>
            </w:r>
          </w:p>
        </w:tc>
      </w:tr>
    </w:tbl>
    <w:tbl>
      <w:tblPr>
        <w:tblW w:type="auto" w:w="0"/>
        <w:tblLayout w:type="fixed"/>
        <w:tblLook w:firstColumn="1" w:firstRow="1" w:lastColumn="0" w:lastRow="0" w:noHBand="0" w:noVBand="1" w:val="04A0"/>
      </w:tblPr>
      <w:tblGrid>
        <w:gridCol w:w="9808"/>
      </w:tblGrid>
      <w:tr>
        <w:tc>
          <w:tcPr>
            <w:tcW w:type="dxa" w:w="9808"/>
            <w:vAlign w:val="center"/>
            <w:tcMar>
              <w:top w:w="20" w:type="dxa"/>
              <w:bottom w:w="30" w:type="dxa"/>
              <w:start w:w="80" w:type="dxa"/>
              <w:end w:w="80" w:type="dxa"/>
            </w:tcMar>
          </w:tcPr>
          <w:p>
            <w:pPr>
              <w:pStyle w:val="GB_Label"/>
              <w:spacing w:after="40"/>
            </w:pPr>
            <w:r>
              <w:t>Erläuterung / ggf. Bezug zum eingetragenen Recht</w:t>
            </w:r>
          </w:p>
          <w:p>
            <w:pPr>
              <w:spacing w:after="0" w:before="0"/>
              <w:ind w:left="57" w:right="57"/>
              <w:shd w:fill="F1F5F7"/>
              <w:pBdr>
                <w:bottom w:val="single" w:sz="4" w:color="D5E0E5" w:space="0"/>
              </w:pBdr>
            </w:pPr>
            <w:sdt>
              <w:sdtPr>
                <w:alias w:val="Interesse text"/>
                <w:tag w:val="interesse_text"/>
                <w:id w:val="125958437"/>
                <w:text/>
              </w:sdtPr>
              <w:sdtContent>
                <w:r>
                  <w:rPr>
                    <w:color w:val="8799A4"/>
                    <w:i/>
                    <w:sz w:val="18"/>
                  </w:rPr>
                  <w:t>Bei Bedarf ergänzen</w:t>
                </w:r>
              </w:sdtContent>
            </w:sdt>
          </w:p>
        </w:tc>
      </w:tr>
    </w:tbl>
    <w:p>
      <w:pPr>
        <w:pStyle w:val="GB_Section"/>
        <w:keepNext/>
        <w:pBdr>
          <w:bottom w:val="single" w:sz="6" w:color="D5E0E5" w:space="3"/>
        </w:pBdr>
      </w:pPr>
      <w:r>
        <w:t>6 · GELTUNG UND UNTERSCHRIFT</w:t>
      </w:r>
    </w:p>
    <w:p>
      <w:pPr>
        <w:pStyle w:val="GB_Body"/>
        <w:spacing w:before="0" w:after="60"/>
      </w:pPr>
      <w:r>
        <w:t>Diese Vollmacht gilt ausschließlich für die oben bezeichnete Grundbuchangelegenheit, bis zu deren Erledigung und vorbehaltlich eines jederzeit möglichen Widerrufs. Sie berechtigt nicht zu Eintragungen, Löschungen oder Änderungen im Grundbuch und nicht zu Verfügungen über das Grundstück.</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Ort</w:t>
            </w:r>
          </w:p>
          <w:p>
            <w:pPr>
              <w:spacing w:after="0" w:before="0"/>
              <w:ind w:left="57" w:right="57"/>
              <w:shd w:fill="F1F5F7"/>
              <w:pBdr>
                <w:bottom w:val="single" w:sz="4" w:color="D5E0E5" w:space="0"/>
              </w:pBdr>
            </w:pPr>
            <w:sdt>
              <w:sdtPr>
                <w:alias w:val="Sign city"/>
                <w:tag w:val="sign_city"/>
                <w:id w:val="199371462"/>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Datum</w:t>
            </w:r>
          </w:p>
          <w:p>
            <w:pPr>
              <w:spacing w:after="0" w:before="0"/>
              <w:ind w:left="57" w:right="57"/>
              <w:shd w:fill="F1F5F7"/>
              <w:pBdr>
                <w:bottom w:val="single" w:sz="4" w:color="D5E0E5" w:space="0"/>
              </w:pBdr>
            </w:pPr>
            <w:sdt>
              <w:sdtPr>
                <w:alias w:val="Sign date"/>
                <w:tag w:val="sign_date"/>
                <w:id w:val="38722963"/>
                <w:text/>
              </w:sdtPr>
              <w:sdtContent>
                <w:r>
                  <w:rPr>
                    <w:color w:val="8799A4"/>
                    <w:i/>
                    <w:sz w:val="18"/>
                  </w:rPr>
                  <w:t>Hier eintragen</w:t>
                </w:r>
              </w:sdtContent>
            </w:sdt>
          </w:p>
        </w:tc>
      </w:tr>
    </w:tbl>
    <w:p>
      <w:pPr>
        <w:spacing w:before="200" w:after="60"/>
      </w:pPr>
      <w:r>
        <w:rPr>
          <w:color w:val="173246"/>
        </w:rPr>
        <w:t>________________________________________</w:t>
      </w:r>
    </w:p>
    <w:p>
      <w:pPr>
        <w:pStyle w:val="GB_Note"/>
      </w:pPr>
      <w:r>
        <w:t>Unterschrift der vollmachtgebenden Person / vertretungsberechtigten Person</w:t>
      </w:r>
    </w:p>
    <w:p>
      <w:r>
        <w:br w:type="page"/>
      </w:r>
    </w:p>
    <w:p>
      <w:pPr>
        <w:spacing w:after="40"/>
      </w:pPr>
      <w:r>
        <w:rPr>
          <w:rFonts w:ascii="Carlito" w:hAnsi="Carlito"/>
          <w:b/>
          <w:color w:val="225D78"/>
          <w:sz w:val="16"/>
        </w:rPr>
        <w:t>02  /  OPTIONALES BEGLEITSCHREIBEN</w:t>
      </w:r>
    </w:p>
    <w:p>
      <w:pPr>
        <w:pStyle w:val="GB_Title"/>
      </w:pPr>
      <w:r>
        <w:t>Antrag auf Grundbuchauszug</w:t>
      </w:r>
    </w:p>
    <w:p>
      <w:pPr>
        <w:pStyle w:val="GB_Subtitle"/>
        <w:spacing w:after="160"/>
      </w:pPr>
      <w:r>
        <w:t>Nur verwenden, wenn kein gesonderter Antrag des Grundbuchamts genutzt wird.</w:t>
      </w:r>
    </w:p>
    <w:tbl>
      <w:tblPr>
        <w:tblW w:type="auto" w:w="0"/>
        <w:tblLook w:firstColumn="1" w:firstRow="1" w:lastColumn="0" w:lastRow="0" w:noHBand="0" w:noVBand="1" w:val="04A0"/>
      </w:tblPr>
      <w:tblGrid>
        <w:gridCol w:w="9808"/>
      </w:tblGrid>
      <w:tr>
        <w:tc>
          <w:tcPr>
            <w:tcW w:type="dxa" w:w="9808"/>
            <w:tcMar>
              <w:top w:w="90" w:type="dxa"/>
              <w:bottom w:w="90" w:type="dxa"/>
              <w:start w:w="150" w:type="dxa"/>
              <w:end w:w="150" w:type="dxa"/>
            </w:tcMar>
            <w:shd w:fill="F4F7F9"/>
          </w:tcPr>
          <w:p>
            <w:pPr>
              <w:pStyle w:val="GB_Note"/>
            </w:pPr>
            <w:r>
              <w:t>Dieses Blatt ist ein eigenständiger Antrag. Die unterschriebene Vollmacht von Seite 1 wird beigefügt. Die Grundbuchstelle entscheidet über die Erteilung des Auszugs.</w:t>
            </w:r>
          </w:p>
        </w:tc>
      </w:tr>
    </w:tbl>
    <w:p>
      <w:pPr>
        <w:spacing w:after="0"/>
      </w:pPr>
    </w:p>
    <w:p>
      <w:pPr>
        <w:pStyle w:val="GB_Section"/>
        <w:keepNext/>
        <w:pBdr>
          <w:bottom w:val="single" w:sz="6" w:color="D5E0E5" w:space="3"/>
        </w:pBdr>
      </w:pPr>
      <w:r>
        <w:t>1 · EMPFÄNGER UND ANTRAGSTELLENDE PERSON</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An das Amtsgericht – Grundbuchamt (Ort)</w:t>
            </w:r>
          </w:p>
          <w:p>
            <w:pPr>
              <w:spacing w:after="0" w:before="0"/>
              <w:ind w:left="57" w:right="57"/>
              <w:shd w:fill="F1F5F7"/>
              <w:pBdr>
                <w:bottom w:val="single" w:sz="4" w:color="D5E0E5" w:space="0"/>
              </w:pBdr>
            </w:pPr>
            <w:sdt>
              <w:sdtPr>
                <w:alias w:val="Antrag gericht"/>
                <w:tag w:val="antrag_gericht"/>
                <w:id w:val="44869957"/>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Aktenzeichen (sofern vorhanden)</w:t>
            </w:r>
          </w:p>
          <w:p>
            <w:pPr>
              <w:spacing w:after="0" w:before="0"/>
              <w:ind w:left="57" w:right="57"/>
              <w:shd w:fill="F1F5F7"/>
              <w:pBdr>
                <w:bottom w:val="single" w:sz="4" w:color="D5E0E5" w:space="0"/>
              </w:pBdr>
            </w:pPr>
            <w:sdt>
              <w:sdtPr>
                <w:alias w:val="Antrag zeichen"/>
                <w:tag w:val="antrag_zeichen"/>
                <w:id w:val="13073182"/>
                <w:text/>
              </w:sdtPr>
              <w:sdtContent>
                <w:r>
                  <w:rPr>
                    <w:color w:val="8799A4"/>
                    <w:i/>
                    <w:sz w:val="18"/>
                  </w:rPr>
                  <w:t>Hier eintragen</w:t>
                </w:r>
              </w:sdtContent>
            </w:sdt>
          </w:p>
        </w:tc>
      </w:tr>
      <w:tr>
        <w:tc>
          <w:tcPr>
            <w:tcW w:type="dxa" w:w="4904"/>
            <w:vAlign w:val="center"/>
            <w:tcMar>
              <w:top w:w="20" w:type="dxa"/>
              <w:bottom w:w="30" w:type="dxa"/>
              <w:start w:w="80" w:type="dxa"/>
              <w:end w:w="80" w:type="dxa"/>
            </w:tcMar>
          </w:tcPr>
          <w:p>
            <w:pPr>
              <w:pStyle w:val="GB_Label"/>
              <w:spacing w:after="40"/>
            </w:pPr>
            <w:r>
              <w:t>Antragstellende / bevollmächtigte Person</w:t>
            </w:r>
          </w:p>
          <w:p>
            <w:pPr>
              <w:spacing w:after="0" w:before="0"/>
              <w:ind w:left="57" w:right="57"/>
              <w:shd w:fill="F1F5F7"/>
              <w:pBdr>
                <w:bottom w:val="single" w:sz="4" w:color="D5E0E5" w:space="0"/>
              </w:pBdr>
            </w:pPr>
            <w:sdt>
              <w:sdtPr>
                <w:alias w:val="Antrag name"/>
                <w:tag w:val="antrag_name"/>
                <w:id w:val="157846352"/>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Anschrift</w:t>
            </w:r>
          </w:p>
          <w:p>
            <w:pPr>
              <w:spacing w:after="0" w:before="0"/>
              <w:ind w:left="57" w:right="57"/>
              <w:shd w:fill="F1F5F7"/>
              <w:pBdr>
                <w:bottom w:val="single" w:sz="4" w:color="D5E0E5" w:space="0"/>
              </w:pBdr>
            </w:pPr>
            <w:sdt>
              <w:sdtPr>
                <w:alias w:val="Antrag adresse"/>
                <w:tag w:val="antrag_adresse"/>
                <w:id w:val="12779691"/>
                <w:text/>
              </w:sdtPr>
              <w:sdtContent>
                <w:r>
                  <w:rPr>
                    <w:color w:val="8799A4"/>
                    <w:i/>
                    <w:sz w:val="18"/>
                  </w:rPr>
                  <w:t>Hier eintragen</w:t>
                </w:r>
              </w:sdtContent>
            </w:sdt>
          </w:p>
        </w:tc>
      </w:tr>
    </w:tbl>
    <w:p>
      <w:pPr>
        <w:pStyle w:val="GB_Section"/>
        <w:keepNext/>
        <w:pBdr>
          <w:bottom w:val="single" w:sz="6" w:color="D5E0E5" w:space="3"/>
        </w:pBdr>
      </w:pPr>
      <w:r>
        <w:t>2 · BEZEICHNUNG DES GRUNDBUCHS</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Grundbuch von / Gemarkung</w:t>
            </w:r>
          </w:p>
          <w:p>
            <w:pPr>
              <w:spacing w:after="0" w:before="0"/>
              <w:ind w:left="57" w:right="57"/>
              <w:shd w:fill="F1F5F7"/>
              <w:pBdr>
                <w:bottom w:val="single" w:sz="4" w:color="D5E0E5" w:space="0"/>
              </w:pBdr>
            </w:pPr>
            <w:sdt>
              <w:sdtPr>
                <w:alias w:val="Antrag gemarkung"/>
                <w:tag w:val="antrag_gemarkung"/>
                <w:id w:val="98293426"/>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Grundbuchblatt-Nr. (falls bekannt)</w:t>
            </w:r>
          </w:p>
          <w:p>
            <w:pPr>
              <w:spacing w:after="0" w:before="0"/>
              <w:ind w:left="57" w:right="57"/>
              <w:shd w:fill="F1F5F7"/>
              <w:pBdr>
                <w:bottom w:val="single" w:sz="4" w:color="D5E0E5" w:space="0"/>
              </w:pBdr>
            </w:pPr>
            <w:sdt>
              <w:sdtPr>
                <w:alias w:val="Antrag blatt"/>
                <w:tag w:val="antrag_blatt"/>
                <w:id w:val="75491408"/>
                <w:text/>
              </w:sdtPr>
              <w:sdtContent>
                <w:r>
                  <w:rPr>
                    <w:color w:val="8799A4"/>
                    <w:i/>
                    <w:sz w:val="18"/>
                  </w:rPr>
                  <w:t>Hier eintragen</w:t>
                </w:r>
              </w:sdtContent>
            </w:sdt>
          </w:p>
        </w:tc>
      </w:tr>
      <w:tr>
        <w:tc>
          <w:tcPr>
            <w:tcW w:type="dxa" w:w="4904"/>
            <w:vAlign w:val="center"/>
            <w:tcMar>
              <w:top w:w="20" w:type="dxa"/>
              <w:bottom w:w="30" w:type="dxa"/>
              <w:start w:w="80" w:type="dxa"/>
              <w:end w:w="80" w:type="dxa"/>
            </w:tcMar>
          </w:tcPr>
          <w:p>
            <w:pPr>
              <w:pStyle w:val="GB_Label"/>
              <w:spacing w:after="40"/>
            </w:pPr>
            <w:r>
              <w:t>Flur / Flurstück (falls bekannt)</w:t>
            </w:r>
          </w:p>
          <w:p>
            <w:pPr>
              <w:spacing w:after="0" w:before="0"/>
              <w:ind w:left="57" w:right="57"/>
              <w:shd w:fill="F1F5F7"/>
              <w:pBdr>
                <w:bottom w:val="single" w:sz="4" w:color="D5E0E5" w:space="0"/>
              </w:pBdr>
            </w:pPr>
            <w:sdt>
              <w:sdtPr>
                <w:alias w:val="Antrag flurstueck"/>
                <w:tag w:val="antrag_flurstueck"/>
                <w:id w:val="90702427"/>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Grundstücksanschrift / Lage</w:t>
            </w:r>
          </w:p>
          <w:p>
            <w:pPr>
              <w:spacing w:after="0" w:before="0"/>
              <w:ind w:left="57" w:right="57"/>
              <w:shd w:fill="F1F5F7"/>
              <w:pBdr>
                <w:bottom w:val="single" w:sz="4" w:color="D5E0E5" w:space="0"/>
              </w:pBdr>
            </w:pPr>
            <w:sdt>
              <w:sdtPr>
                <w:alias w:val="Antrag objekt"/>
                <w:tag w:val="antrag_objekt"/>
                <w:id w:val="171491796"/>
                <w:text/>
              </w:sdtPr>
              <w:sdtContent>
                <w:r>
                  <w:rPr>
                    <w:color w:val="8799A4"/>
                    <w:i/>
                    <w:sz w:val="18"/>
                  </w:rPr>
                  <w:t>Hier eintragen</w:t>
                </w:r>
              </w:sdtContent>
            </w:sdt>
          </w:p>
        </w:tc>
      </w:tr>
    </w:tbl>
    <w:p>
      <w:pPr>
        <w:pStyle w:val="GB_Section"/>
        <w:keepNext/>
        <w:pBdr>
          <w:bottom w:val="single" w:sz="6" w:color="D5E0E5" w:space="3"/>
        </w:pBdr>
      </w:pPr>
      <w:r>
        <w:t>3 · BEANTRAGTER AUSZUG</w:t>
      </w:r>
    </w:p>
    <w:p>
      <w:pPr>
        <w:pStyle w:val="GB_Body"/>
        <w:spacing w:before="0" w:after="60"/>
      </w:pPr>
      <w:r>
        <w:t>Hiermit beantrage ich in Vollmacht der berechtigten Person die Erteilung des nachstehend ausgewählten Grundbuchauszugs:</w:t>
      </w:r>
    </w:p>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Einfacher Ausdruck (unbeglaubigt)"/>
                <w:tag w:val="antrag_einfach"/>
                <w:id w:val="1174242"/>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Einfacher Ausdruck (unbeglaubigt)</w:t>
            </w:r>
          </w:p>
        </w:tc>
        <w:tc>
          <w:tcPr>
            <w:tcW w:type="dxa" w:w="4904"/>
          </w:tcPr>
          <w:p>
            <w:pPr>
              <w:spacing w:after="60"/>
            </w:pPr>
            <w:sdt>
              <w:sdtPr>
                <w:alias w:val="Amtlicher Ausdruck (beglaubigt)"/>
                <w:tag w:val="antrag_amtlich"/>
                <w:id w:val="167546726"/>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Amtlicher Ausdruck (beglaubigt)</w:t>
            </w:r>
          </w:p>
        </w:tc>
      </w:tr>
    </w:tbl>
    <w:p>
      <w:pPr>
        <w:pStyle w:val="GB_Section"/>
        <w:keepNext/>
        <w:pBdr>
          <w:bottom w:val="single" w:sz="6" w:color="D5E0E5" w:space="3"/>
        </w:pBdr>
      </w:pPr>
      <w:r>
        <w:t>4 · NACHWEIS DES BERECHTIGTEN INTERESSES</w:t>
      </w:r>
    </w:p>
    <w:p>
      <w:pPr>
        <w:pStyle w:val="GB_Body"/>
        <w:spacing w:before="0" w:after="60"/>
      </w:pPr>
      <w:r>
        <w:t>Das berechtigte Interesse ergibt sich aus der beigefügten Vollmacht und der Berechtigung der vollmachtgebenden Person. Ergänzende Angaben:</w:t>
      </w:r>
    </w:p>
    <w:tbl>
      <w:tblPr>
        <w:tblW w:type="auto" w:w="0"/>
        <w:tblLayout w:type="fixed"/>
        <w:tblLook w:firstColumn="1" w:firstRow="1" w:lastColumn="0" w:lastRow="0" w:noHBand="0" w:noVBand="1" w:val="04A0"/>
      </w:tblPr>
      <w:tblGrid>
        <w:gridCol w:w="9808"/>
      </w:tblGrid>
      <w:tr>
        <w:tc>
          <w:tcPr>
            <w:tcW w:type="dxa" w:w="9808"/>
            <w:vAlign w:val="center"/>
            <w:tcMar>
              <w:top w:w="20" w:type="dxa"/>
              <w:bottom w:w="30" w:type="dxa"/>
              <w:start w:w="80" w:type="dxa"/>
              <w:end w:w="80" w:type="dxa"/>
            </w:tcMar>
          </w:tcPr>
          <w:p>
            <w:pPr>
              <w:pStyle w:val="GB_Label"/>
              <w:spacing w:after="40"/>
            </w:pPr>
            <w:r>
              <w:t>Eigentum / eingetragenes Recht / sonstiger konkreter Grund</w:t>
            </w:r>
          </w:p>
          <w:p>
            <w:pPr>
              <w:spacing w:after="0" w:before="0"/>
              <w:ind w:left="57" w:right="57"/>
              <w:shd w:fill="F1F5F7"/>
              <w:pBdr>
                <w:bottom w:val="single" w:sz="4" w:color="D5E0E5" w:space="0"/>
              </w:pBdr>
            </w:pPr>
            <w:sdt>
              <w:sdtPr>
                <w:alias w:val="Antrag interesse"/>
                <w:tag w:val="antrag_interesse"/>
                <w:id w:val="45728622"/>
                <w:text/>
              </w:sdtPr>
              <w:sdtContent>
                <w:r>
                  <w:rPr>
                    <w:color w:val="8799A4"/>
                    <w:i/>
                    <w:sz w:val="18"/>
                  </w:rPr>
                  <w:t>Angaben ergänzen</w:t>
                </w:r>
              </w:sdtContent>
            </w:sdt>
          </w:p>
        </w:tc>
      </w:tr>
    </w:tbl>
    <w:p>
      <w:pPr>
        <w:pStyle w:val="GB_Section"/>
        <w:keepNext/>
        <w:pBdr>
          <w:bottom w:val="single" w:sz="6" w:color="D5E0E5" w:space="3"/>
        </w:pBdr>
      </w:pPr>
      <w:r>
        <w:t>5 · ZUSTELLUNG UND UNTERLAGEN</w:t>
      </w:r>
    </w:p>
    <w:p>
      <w:pPr>
        <w:pStyle w:val="GB_Body"/>
        <w:spacing w:before="0" w:after="60"/>
      </w:pPr>
      <w:r>
        <w:t>Der Auszug soll – soweit das Grundbuchamt diese Zustellweise anbietet – an folgende Anschrift gesendet werden:</w:t>
      </w:r>
    </w:p>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Anschrift der bevollmächtigten Person"/>
                <w:tag w:val="post_nehmer"/>
                <w:id w:val="134945592"/>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Anschrift der bevollmächtigten Person</w:t>
            </w:r>
          </w:p>
        </w:tc>
        <w:tc>
          <w:tcPr>
            <w:tcW w:type="dxa" w:w="4904"/>
          </w:tcPr>
          <w:p>
            <w:pPr>
              <w:spacing w:after="60"/>
            </w:pPr>
            <w:sdt>
              <w:sdtPr>
                <w:alias w:val="Anschrift der vollmachtgebenden Person"/>
                <w:tag w:val="post_geber"/>
                <w:id w:val="23227508"/>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Anschrift der vollmachtgebenden Person</w:t>
            </w:r>
          </w:p>
        </w:tc>
      </w:tr>
    </w:tbl>
    <w:tbl>
      <w:tblPr>
        <w:tblW w:type="auto" w:w="0"/>
        <w:tblLayout w:type="fixed"/>
        <w:tblLook w:firstColumn="1" w:firstRow="1" w:lastColumn="0" w:lastRow="0" w:noHBand="0" w:noVBand="1" w:val="04A0"/>
      </w:tblPr>
      <w:tblGrid>
        <w:gridCol w:w="9808"/>
      </w:tblGrid>
      <w:tr>
        <w:tc>
          <w:tcPr>
            <w:tcW w:type="dxa" w:w="9808"/>
            <w:vAlign w:val="center"/>
            <w:tcMar>
              <w:top w:w="20" w:type="dxa"/>
              <w:bottom w:w="30" w:type="dxa"/>
              <w:start w:w="80" w:type="dxa"/>
              <w:end w:w="80" w:type="dxa"/>
            </w:tcMar>
          </w:tcPr>
          <w:p>
            <w:pPr>
              <w:pStyle w:val="GB_Label"/>
              <w:spacing w:after="40"/>
            </w:pPr>
            <w:r>
              <w:t>Abweichende Versandanschrift (optional)</w:t>
            </w:r>
          </w:p>
          <w:p>
            <w:pPr>
              <w:spacing w:after="0" w:before="0"/>
              <w:ind w:left="57" w:right="57"/>
              <w:shd w:fill="F1F5F7"/>
              <w:pBdr>
                <w:bottom w:val="single" w:sz="4" w:color="D5E0E5" w:space="0"/>
              </w:pBdr>
            </w:pPr>
            <w:sdt>
              <w:sdtPr>
                <w:alias w:val="Post abw"/>
                <w:tag w:val="post_abw"/>
                <w:id w:val="112497837"/>
                <w:text/>
              </w:sdtPr>
              <w:sdtContent>
                <w:r>
                  <w:rPr>
                    <w:color w:val="8799A4"/>
                    <w:i/>
                    <w:sz w:val="18"/>
                  </w:rPr>
                  <w:t>Nur bei abweichender Anschrift</w:t>
                </w:r>
              </w:sdtContent>
            </w:sdt>
          </w:p>
        </w:tc>
      </w:tr>
    </w:tbl>
    <w:p>
      <w:pPr>
        <w:pStyle w:val="GB_Body"/>
        <w:spacing w:before="100"/>
      </w:pPr>
      <w:r>
        <w:t>Dem Antrag beigefügt (bitte markieren):</w:t>
      </w:r>
    </w:p>
    <w:tbl>
      <w:tblPr>
        <w:tblW w:type="auto" w:w="0"/>
        <w:tblLayout w:type="fixed"/>
        <w:tblLook w:firstColumn="1" w:firstRow="1" w:lastColumn="0" w:lastRow="0" w:noHBand="0" w:noVBand="1" w:val="04A0"/>
      </w:tblPr>
      <w:tblGrid>
        <w:gridCol w:w="4904"/>
        <w:gridCol w:w="4904"/>
      </w:tblGrid>
      <w:tr>
        <w:tc>
          <w:tcPr>
            <w:tcW w:type="dxa" w:w="4904"/>
          </w:tcPr>
          <w:p>
            <w:pPr>
              <w:spacing w:after="60"/>
            </w:pPr>
            <w:sdt>
              <w:sdtPr>
                <w:alias w:val="Unterschriebene Vollmacht"/>
                <w:tag w:val="anl_vollmacht"/>
                <w:id w:val="86038779"/>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Unterschriebene Vollmacht</w:t>
            </w:r>
          </w:p>
        </w:tc>
        <w:tc>
          <w:tcPr>
            <w:tcW w:type="dxa" w:w="4904"/>
          </w:tcPr>
          <w:p>
            <w:pPr>
              <w:spacing w:after="60"/>
            </w:pPr>
            <w:sdt>
              <w:sdtPr>
                <w:alias w:val="Weitere Nachweise zur Berechtigung"/>
                <w:tag w:val="anl_nachweis"/>
                <w:id w:val="184450348"/>
                <w14:checkbox>
                  <w14:checked w14:val="0"/>
                  <w14:checkedState w14:val="2612" w14:font="Segoe UI Symbol"/>
                  <w14:uncheckedState w14:val="2610" w14:font="Segoe UI Symbol"/>
                </w14:checkbox>
              </w:sdtPr>
              <w:sdtContent>
                <w:r>
                  <w:rPr>
                    <w:rFonts w:ascii="DejaVu Sans" w:hAnsi="DejaVu Sans"/>
                  </w:rPr>
                  <w:t>☐</w:t>
                </w:r>
              </w:sdtContent>
            </w:sdt>
            <w:r>
              <w:rPr>
                <w:rFonts w:ascii="Carlito" w:hAnsi="Carlito"/>
                <w:color w:val="223746"/>
                <w:sz w:val="16"/>
              </w:rPr>
              <w:t xml:space="preserve">  Weitere Nachweise zur Berechtigung</w:t>
            </w:r>
          </w:p>
        </w:tc>
      </w:tr>
    </w:tbl>
    <w:tbl>
      <w:tblPr>
        <w:tblW w:type="auto" w:w="0"/>
        <w:tblLook w:firstColumn="1" w:firstRow="1" w:lastColumn="0" w:lastRow="0" w:noHBand="0" w:noVBand="1" w:val="04A0"/>
      </w:tblPr>
      <w:tblGrid>
        <w:gridCol w:w="9808"/>
      </w:tblGrid>
      <w:tr>
        <w:tc>
          <w:tcPr>
            <w:tcW w:type="dxa" w:w="9808"/>
            <w:tcMar>
              <w:top w:w="90" w:type="dxa"/>
              <w:bottom w:w="90" w:type="dxa"/>
              <w:start w:w="150" w:type="dxa"/>
              <w:end w:w="150" w:type="dxa"/>
            </w:tcMar>
            <w:shd w:fill="F4F7F9"/>
          </w:tcPr>
          <w:p>
            <w:pPr>
              <w:pStyle w:val="GB_Note"/>
            </w:pPr>
            <w:r>
              <w:t>Bei fehlender Blattnummer möglichst Gemarkung, Flurstück und Lage angeben. Das Grundbuchamt kann Identitäts- oder Berechtigungsnachweise nachfordern. Gebühren fallen nach den geltenden Regelungen an.</w:t>
            </w:r>
          </w:p>
        </w:tc>
      </w:tr>
    </w:tbl>
    <w:p>
      <w:pPr>
        <w:spacing w:after="0"/>
      </w:pPr>
    </w:p>
    <w:p>
      <w:pPr>
        <w:pStyle w:val="GB_Section"/>
        <w:keepNext/>
        <w:pBdr>
          <w:bottom w:val="single" w:sz="6" w:color="D5E0E5" w:space="3"/>
        </w:pBdr>
      </w:pPr>
      <w:r>
        <w:t>6 · UNTERZEICHNUNG</w:t>
      </w:r>
    </w:p>
    <w:tbl>
      <w:tblPr>
        <w:tblW w:type="auto" w:w="0"/>
        <w:jc w:val="center"/>
        <w:tblLayout w:type="fixed"/>
        <w:tblLook w:firstColumn="1" w:firstRow="1" w:lastColumn="0" w:lastRow="0" w:noHBand="0" w:noVBand="1" w:val="04A0"/>
      </w:tblPr>
      <w:tblGrid>
        <w:gridCol w:w="4904"/>
        <w:gridCol w:w="4904"/>
      </w:tblGrid>
      <w:tr>
        <w:tc>
          <w:tcPr>
            <w:tcW w:type="dxa" w:w="4904"/>
            <w:vAlign w:val="center"/>
            <w:tcMar>
              <w:top w:w="20" w:type="dxa"/>
              <w:bottom w:w="30" w:type="dxa"/>
              <w:start w:w="80" w:type="dxa"/>
              <w:end w:w="80" w:type="dxa"/>
            </w:tcMar>
          </w:tcPr>
          <w:p>
            <w:pPr>
              <w:pStyle w:val="GB_Label"/>
              <w:spacing w:after="40"/>
            </w:pPr>
            <w:r>
              <w:t>Ort</w:t>
            </w:r>
          </w:p>
          <w:p>
            <w:pPr>
              <w:spacing w:after="0" w:before="0"/>
              <w:ind w:left="57" w:right="57"/>
              <w:shd w:fill="F1F5F7"/>
              <w:pBdr>
                <w:bottom w:val="single" w:sz="4" w:color="D5E0E5" w:space="0"/>
              </w:pBdr>
            </w:pPr>
            <w:sdt>
              <w:sdtPr>
                <w:alias w:val="Antrag ort"/>
                <w:tag w:val="antrag_ort"/>
                <w:id w:val="199770040"/>
                <w:text/>
              </w:sdtPr>
              <w:sdtContent>
                <w:r>
                  <w:rPr>
                    <w:color w:val="8799A4"/>
                    <w:i/>
                    <w:sz w:val="18"/>
                  </w:rPr>
                  <w:t>Hier eintragen</w:t>
                </w:r>
              </w:sdtContent>
            </w:sdt>
          </w:p>
        </w:tc>
        <w:tc>
          <w:tcPr>
            <w:tcW w:type="dxa" w:w="4904"/>
            <w:vAlign w:val="center"/>
            <w:tcMar>
              <w:top w:w="20" w:type="dxa"/>
              <w:bottom w:w="30" w:type="dxa"/>
              <w:start w:w="80" w:type="dxa"/>
              <w:end w:w="80" w:type="dxa"/>
            </w:tcMar>
          </w:tcPr>
          <w:p>
            <w:pPr>
              <w:pStyle w:val="GB_Label"/>
              <w:spacing w:after="40"/>
            </w:pPr>
            <w:r>
              <w:t>Datum</w:t>
            </w:r>
          </w:p>
          <w:p>
            <w:pPr>
              <w:spacing w:after="0" w:before="0"/>
              <w:ind w:left="57" w:right="57"/>
              <w:shd w:fill="F1F5F7"/>
              <w:pBdr>
                <w:bottom w:val="single" w:sz="4" w:color="D5E0E5" w:space="0"/>
              </w:pBdr>
            </w:pPr>
            <w:sdt>
              <w:sdtPr>
                <w:alias w:val="Antrag datum"/>
                <w:tag w:val="antrag_datum"/>
                <w:id w:val="193807243"/>
                <w:text/>
              </w:sdtPr>
              <w:sdtContent>
                <w:r>
                  <w:rPr>
                    <w:color w:val="8799A4"/>
                    <w:i/>
                    <w:sz w:val="18"/>
                  </w:rPr>
                  <w:t>Hier eintragen</w:t>
                </w:r>
              </w:sdtContent>
            </w:sdt>
          </w:p>
        </w:tc>
      </w:tr>
    </w:tbl>
    <w:p>
      <w:pPr>
        <w:spacing w:before="200" w:after="60"/>
      </w:pPr>
      <w:r>
        <w:rPr>
          <w:color w:val="173246"/>
        </w:rPr>
        <w:t>________________________________________</w:t>
      </w:r>
    </w:p>
    <w:p>
      <w:pPr>
        <w:pStyle w:val="GB_Note"/>
      </w:pPr>
      <w:r>
        <w:t>Unterschrift der antragstellenden / bevollmächtigten Person</w:t>
      </w:r>
    </w:p>
    <w:sectPr w:rsidR="00FC693F" w:rsidRPr="0006063C" w:rsidSect="00034616">
      <w:headerReference w:type="default" r:id="rId9"/>
      <w:footerReference w:type="default" r:id="rId10"/>
      <w:pgSz w:w="11906" w:h="16838"/>
      <w:pgMar w:top="935" w:right="1049" w:bottom="879" w:left="1049" w:header="482" w:footer="46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20"/>
      <w:jc w:val="right"/>
    </w:pPr>
    <w:r>
      <w:rPr>
        <w:color w:val="5C6E7A"/>
        <w:sz w:val="15"/>
      </w:rPr>
      <w:t xml:space="preserve">Vollmacht Grundbuchauszug  ·  Seite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pBdr>
        <w:bottom w:val="single" w:sz="12" w:color="BD995A" w:space="4"/>
      </w:pBdr>
    </w:pPr>
    <w:r>
      <w:rPr>
        <w:rFonts w:ascii="Carlito" w:hAnsi="Carlito"/>
        <w:b/>
        <w:color w:val="225D78"/>
        <w:sz w:val="16"/>
      </w:rPr>
      <w:t>GRUNDBUCH  /  VOLLMACHT</w:t>
    </w:r>
    <w:r>
      <w:rPr>
        <w:color w:val="5C6E7A"/>
      </w:rPr>
      <w:t xml:space="preserve">       FORMULARVORLAGE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2" w:lineRule="auto"/>
    </w:pPr>
    <w:rPr>
      <w:rFonts w:ascii="Carlito" w:hAnsi="Carlito"/>
      <w:color w:val="22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B_Title">
    <w:name w:val="GB_Title"/>
    <w:pPr>
      <w:spacing w:before="0" w:after="80"/>
    </w:pPr>
    <w:rPr>
      <w:rFonts w:ascii="Carlito" w:hAnsi="Carlito"/>
      <w:b/>
      <w:color w:val="173246"/>
      <w:sz w:val="35"/>
    </w:rPr>
  </w:style>
  <w:style w:type="paragraph" w:customStyle="1" w:styleId="GB_Subtitle">
    <w:name w:val="GB_Subtitle"/>
    <w:pPr>
      <w:spacing w:before="0" w:after="0"/>
    </w:pPr>
    <w:rPr>
      <w:rFonts w:ascii="Carlito" w:hAnsi="Carlito"/>
      <w:b w:val="0"/>
      <w:color w:val="5C6E7A"/>
      <w:sz w:val="18"/>
    </w:rPr>
  </w:style>
  <w:style w:type="paragraph" w:customStyle="1" w:styleId="GB_Section">
    <w:name w:val="GB_Section"/>
    <w:pPr>
      <w:spacing w:before="180" w:after="80"/>
    </w:pPr>
    <w:rPr>
      <w:rFonts w:ascii="Carlito" w:hAnsi="Carlito"/>
      <w:b/>
      <w:color w:val="173246"/>
      <w:sz w:val="18"/>
    </w:rPr>
  </w:style>
  <w:style w:type="paragraph" w:customStyle="1" w:styleId="GB_Label">
    <w:name w:val="GB_Label"/>
    <w:pPr>
      <w:spacing w:before="0" w:after="30"/>
    </w:pPr>
    <w:rPr>
      <w:rFonts w:ascii="Carlito" w:hAnsi="Carlito"/>
      <w:b/>
      <w:color w:val="5C6E7A"/>
      <w:sz w:val="14"/>
    </w:rPr>
  </w:style>
  <w:style w:type="paragraph" w:customStyle="1" w:styleId="GB_Body">
    <w:name w:val="GB_Body"/>
    <w:pPr>
      <w:spacing w:before="0" w:after="80"/>
    </w:pPr>
    <w:rPr>
      <w:rFonts w:ascii="Carlito" w:hAnsi="Carlito"/>
      <w:b w:val="0"/>
      <w:color w:val="223746"/>
      <w:sz w:val="18"/>
    </w:rPr>
  </w:style>
  <w:style w:type="paragraph" w:customStyle="1" w:styleId="GB_Note">
    <w:name w:val="GB_Note"/>
    <w:pPr>
      <w:spacing w:before="0" w:after="0"/>
    </w:pPr>
    <w:rPr>
      <w:rFonts w:ascii="Carlito" w:hAnsi="Carlito"/>
      <w:b w:val="0"/>
      <w:color w:val="5C6E7A"/>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Grundbuchauszug – ausfüllbare Vorlage</dc:title>
  <dc:subject>Vollmacht zur Anforderung eines Grundbuchauszugs mit optionalem Antrag</dc:subject>
  <dc:creator/>
  <cp:keywords>Grundbuchauszug Vollmacht Vorlage</cp:keywords>
  <dc:description>generated by python-docx</dc:description>
  <cp:lastModifiedBy/>
  <cp:revision>1</cp:revision>
  <dcterms:created xsi:type="dcterms:W3CDTF">2013-12-23T23:15:00Z</dcterms:created>
  <dcterms:modified xsi:type="dcterms:W3CDTF">2013-12-23T23:15:00Z</dcterms:modified>
  <cp:category/>
</cp:coreProperties>
</file>