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Carlito" w:hAnsi="Carlito"/>
          <w:b/>
          <w:color w:val="007F83"/>
          <w:sz w:val="16"/>
        </w:rPr>
        <w:t>01 / VOLLMACHT</w:t>
      </w:r>
    </w:p>
    <w:p>
      <w:pPr>
        <w:pStyle w:val="DocTitle"/>
        <w:spacing w:after="40"/>
      </w:pPr>
      <w:r>
        <w:rPr>
          <w:rFonts w:ascii="Carlito" w:hAnsi="Carlito"/>
          <w:b/>
          <w:color w:val="193249"/>
          <w:sz w:val="40"/>
        </w:rPr>
        <w:t>Vollmacht zum Grundbuchauszug</w:t>
      </w:r>
    </w:p>
    <w:p>
      <w:pPr>
        <w:pStyle w:val="SubTitle"/>
        <w:spacing w:after="200"/>
      </w:pPr>
      <w:r>
        <w:rPr>
          <w:rFonts w:ascii="Carlito" w:hAnsi="Carlito"/>
          <w:b w:val="0"/>
          <w:color w:val="637787"/>
          <w:sz w:val="18"/>
        </w:rPr>
        <w:t>Zur Vorlage beim zuständigen Amtsgericht – Grundbuchamt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color="007F83" w:sz="5"/>
            </w:tcBorders>
          </w:tcPr>
          <w:p>
            <w:r/>
          </w:p>
        </w:tc>
      </w:tr>
    </w:tbl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01   </w:t>
      </w:r>
      <w:r>
        <w:rPr>
          <w:rFonts w:ascii="Carlito" w:hAnsi="Carlito"/>
          <w:b/>
          <w:color w:val="193249"/>
          <w:sz w:val="18"/>
        </w:rPr>
        <w:t>BETEILIGTE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cantSplit/>
        </w:trPr>
        <w:tc>
          <w:tcPr>
            <w:tcW w:type="dxa" w:w="4933"/>
            <w:shd w:fill="F1F7F8"/>
            <w:tcMar>
              <w:top w:w="80" w:type="dxa"/>
              <w:start w:w="130" w:type="dxa"/>
              <w:bottom w:w="95" w:type="dxa"/>
              <w:end w:w="125" w:type="dxa"/>
            </w:tcMar>
            <w:tcBorders>
              <w:bottom w:val="single" w:color="D5E1E7" w:sz="5"/>
              <w:top w:val="single" w:color="D5E1E7" w:sz="5"/>
              <w:right w:val="single" w:color="FFFFFF" w:sz="5"/>
            </w:tcBorders>
          </w:tcPr>
          <w:p>
            <w:pPr>
              <w:spacing w:after="120"/>
            </w:pPr>
            <w:r>
              <w:rPr>
                <w:rFonts w:ascii="Carlito" w:hAnsi="Carlito"/>
                <w:b/>
                <w:color w:val="007F83"/>
                <w:sz w:val="16"/>
              </w:rPr>
              <w:t>VOLLMACHTGEBER / VOLLMACHTGEBERIN</w:t>
            </w:r>
          </w:p>
          <w:p>
            <w:pPr>
              <w:spacing w:before="90" w:after="20"/>
            </w:pPr>
            <w:r>
              <w:rPr>
                <w:rFonts w:ascii="Carlito" w:hAnsi="Carlito"/>
                <w:b/>
                <w:color w:val="637787"/>
                <w:sz w:val="15"/>
              </w:rPr>
              <w:t>Name / Firma</w:t>
            </w:r>
          </w:p>
          <w:p>
            <w:sdt>
              <w:sdtPr>
                <w:id w:val="1001"/>
                <w:alias w:val="geber name"/>
                <w:tag w:val="geber_name"/>
                <w:text/>
              </w:sdtPr>
              <w:sdtContent>
                <w:r>
                  <w:rPr>
                    <w:color w:val="98AAB4"/>
                    <w:sz w:val="17"/>
                  </w:rPr>
                  <w:t>Vor- und Nachname oder Firma</w:t>
                </w:r>
              </w:sdtContent>
            </w:sdt>
          </w:p>
          <w:p>
            <w:pPr>
              <w:spacing w:before="90" w:after="20"/>
            </w:pPr>
            <w:r>
              <w:rPr>
                <w:rFonts w:ascii="Carlito" w:hAnsi="Carlito"/>
                <w:b/>
                <w:color w:val="637787"/>
                <w:sz w:val="15"/>
              </w:rPr>
              <w:t>Geburtsdatum</w:t>
            </w:r>
          </w:p>
          <w:p>
            <w:sdt>
              <w:sdtPr>
                <w:id w:val="1002"/>
                <w:alias w:val="geber geburt"/>
                <w:tag w:val="geber_geburt"/>
                <w:text/>
              </w:sdtPr>
              <w:sdtContent>
                <w:r>
                  <w:rPr>
                    <w:color w:val="98AAB4"/>
                    <w:sz w:val="17"/>
                  </w:rPr>
                  <w:t>TT.MM.JJJJ, falls zutreffend</w:t>
                </w:r>
              </w:sdtContent>
            </w:sdt>
          </w:p>
          <w:p>
            <w:pPr>
              <w:spacing w:before="90" w:after="20"/>
            </w:pPr>
            <w:r>
              <w:rPr>
                <w:rFonts w:ascii="Carlito" w:hAnsi="Carlito"/>
                <w:b/>
                <w:color w:val="637787"/>
                <w:sz w:val="15"/>
              </w:rPr>
              <w:t>Anschrift</w:t>
            </w:r>
          </w:p>
          <w:p>
            <w:sdt>
              <w:sdtPr>
                <w:id w:val="1003"/>
                <w:alias w:val="geber adresse"/>
                <w:tag w:val="geber_adresse"/>
                <w:text/>
              </w:sdtPr>
              <w:sdtContent>
                <w:r>
                  <w:rPr>
                    <w:color w:val="98AAB4"/>
                    <w:sz w:val="17"/>
                  </w:rPr>
                  <w:t>Straße, Hausnummer, PLZ, Ort</w:t>
                </w:r>
              </w:sdtContent>
            </w:sdt>
          </w:p>
        </w:tc>
        <w:tc>
          <w:tcPr>
            <w:tcW w:type="dxa" w:w="4933"/>
            <w:shd w:fill="F1F7F8"/>
            <w:tcMar>
              <w:top w:w="80" w:type="dxa"/>
              <w:start w:w="130" w:type="dxa"/>
              <w:bottom w:w="95" w:type="dxa"/>
              <w:end w:w="125" w:type="dxa"/>
            </w:tcMar>
            <w:tcBorders>
              <w:bottom w:val="single" w:color="D5E1E7" w:sz="5"/>
              <w:top w:val="single" w:color="D5E1E7" w:sz="5"/>
            </w:tcBorders>
          </w:tcPr>
          <w:p>
            <w:pPr>
              <w:spacing w:after="120"/>
            </w:pPr>
            <w:r>
              <w:rPr>
                <w:rFonts w:ascii="Carlito" w:hAnsi="Carlito"/>
                <w:b/>
                <w:color w:val="007F83"/>
                <w:sz w:val="16"/>
              </w:rPr>
              <w:t>BEVOLLMÄCHTIGTE PERSON</w:t>
            </w:r>
          </w:p>
          <w:p>
            <w:pPr>
              <w:spacing w:before="90" w:after="20"/>
            </w:pPr>
            <w:r>
              <w:rPr>
                <w:rFonts w:ascii="Carlito" w:hAnsi="Carlito"/>
                <w:b/>
                <w:color w:val="637787"/>
                <w:sz w:val="15"/>
              </w:rPr>
              <w:t>Name / Firma</w:t>
            </w:r>
          </w:p>
          <w:p>
            <w:sdt>
              <w:sdtPr>
                <w:id w:val="1004"/>
                <w:alias w:val="nehmer name"/>
                <w:tag w:val="nehmer_name"/>
                <w:text/>
              </w:sdtPr>
              <w:sdtContent>
                <w:r>
                  <w:rPr>
                    <w:color w:val="98AAB4"/>
                    <w:sz w:val="17"/>
                  </w:rPr>
                  <w:t>Vor- und Nachname oder Firma</w:t>
                </w:r>
              </w:sdtContent>
            </w:sdt>
          </w:p>
          <w:p>
            <w:pPr>
              <w:spacing w:before="90" w:after="20"/>
            </w:pPr>
            <w:r>
              <w:rPr>
                <w:rFonts w:ascii="Carlito" w:hAnsi="Carlito"/>
                <w:b/>
                <w:color w:val="637787"/>
                <w:sz w:val="15"/>
              </w:rPr>
              <w:t>Geburtsdatum</w:t>
            </w:r>
          </w:p>
          <w:p>
            <w:sdt>
              <w:sdtPr>
                <w:id w:val="1005"/>
                <w:alias w:val="nehmer geburt"/>
                <w:tag w:val="nehmer_geburt"/>
                <w:text/>
              </w:sdtPr>
              <w:sdtContent>
                <w:r>
                  <w:rPr>
                    <w:color w:val="98AAB4"/>
                    <w:sz w:val="17"/>
                  </w:rPr>
                  <w:t>TT.MM.JJJJ, falls zutreffend</w:t>
                </w:r>
              </w:sdtContent>
            </w:sdt>
          </w:p>
          <w:p>
            <w:pPr>
              <w:spacing w:before="90" w:after="20"/>
            </w:pPr>
            <w:r>
              <w:rPr>
                <w:rFonts w:ascii="Carlito" w:hAnsi="Carlito"/>
                <w:b/>
                <w:color w:val="637787"/>
                <w:sz w:val="15"/>
              </w:rPr>
              <w:t>Anschrift</w:t>
            </w:r>
          </w:p>
          <w:p>
            <w:sdt>
              <w:sdtPr>
                <w:id w:val="1006"/>
                <w:alias w:val="nehmer adresse"/>
                <w:tag w:val="nehmer_adresse"/>
                <w:text/>
              </w:sdtPr>
              <w:sdtContent>
                <w:r>
                  <w:rPr>
                    <w:color w:val="98AAB4"/>
                    <w:sz w:val="17"/>
                  </w:rPr>
                  <w:t>Straße, Hausnummer, PLZ, Ort</w:t>
                </w:r>
              </w:sdtContent>
            </w:sdt>
          </w:p>
        </w:tc>
      </w:tr>
    </w:tbl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02   </w:t>
      </w:r>
      <w:r>
        <w:rPr>
          <w:rFonts w:ascii="Carlito" w:hAnsi="Carlito"/>
          <w:b/>
          <w:color w:val="193249"/>
          <w:sz w:val="18"/>
        </w:rPr>
        <w:t>BEZEICHNETES GRUNDSTÜCK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4195"/>
        <w:gridCol w:w="2551"/>
      </w:tblGrid>
      <w:tr>
        <w:trPr>
          <w:cantSplit/>
        </w:trPr>
        <w:tc>
          <w:tcPr>
            <w:tcW w:type="dxa" w:w="3289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GRUNDBUCHAMT</w:t>
            </w:r>
          </w:p>
          <w:p>
            <w:pPr>
              <w:spacing w:after="0"/>
            </w:pPr>
            <w:sdt>
              <w:sdtPr>
                <w:id w:val="1007"/>
                <w:alias w:val="grundbuchamt"/>
                <w:tag w:val="grundbuchamt"/>
                <w:text/>
              </w:sdtPr>
              <w:sdtContent>
                <w:r>
                  <w:rPr>
                    <w:color w:val="98AAB4"/>
                    <w:sz w:val="18"/>
                  </w:rPr>
                  <w:t>Ort / Amtsgericht</w:t>
                </w:r>
              </w:sdtContent>
            </w:sdt>
          </w:p>
        </w:tc>
        <w:tc>
          <w:tcPr>
            <w:tcW w:type="dxa" w:w="3289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GEMARKUNG / GRUNDBUCHBEZIRK</w:t>
            </w:r>
          </w:p>
          <w:p>
            <w:pPr>
              <w:spacing w:after="0"/>
            </w:pPr>
            <w:sdt>
              <w:sdtPr>
                <w:id w:val="1008"/>
                <w:alias w:val="gemarkung"/>
                <w:tag w:val="gemarkung"/>
                <w:text/>
              </w:sdtPr>
              <w:sdtContent>
                <w:r>
                  <w:rPr>
                    <w:color w:val="98AAB4"/>
                    <w:sz w:val="18"/>
                  </w:rPr>
                  <w:t>Bezeichnung</w:t>
                </w:r>
              </w:sdtContent>
            </w:sdt>
          </w:p>
        </w:tc>
        <w:tc>
          <w:tcPr>
            <w:tcW w:type="dxa" w:w="3289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GRUNDBUCHBLATT</w:t>
            </w:r>
          </w:p>
          <w:p>
            <w:pPr>
              <w:spacing w:after="0"/>
            </w:pPr>
            <w:sdt>
              <w:sdtPr>
                <w:id w:val="1009"/>
                <w:alias w:val="blatt"/>
                <w:tag w:val="blatt"/>
                <w:text/>
              </w:sdtPr>
              <w:sdtContent>
                <w:r>
                  <w:rPr>
                    <w:color w:val="98AAB4"/>
                    <w:sz w:val="18"/>
                  </w:rPr>
                  <w:t>Blattnummer</w:t>
                </w:r>
              </w:sdtContent>
            </w:sdt>
          </w:p>
        </w:tc>
      </w:tr>
    </w:tbl>
    <w:p>
      <w:pPr>
        <w:spacing w:after="60" w:line="20" w:lineRule="exact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175"/>
        <w:gridCol w:w="4649"/>
      </w:tblGrid>
      <w:tr>
        <w:trPr>
          <w:cantSplit/>
        </w:trPr>
        <w:tc>
          <w:tcPr>
            <w:tcW w:type="dxa" w:w="3289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FLUR (FALLS BEKANNT)</w:t>
            </w:r>
          </w:p>
          <w:p>
            <w:pPr>
              <w:spacing w:after="0"/>
            </w:pPr>
            <w:sdt>
              <w:sdtPr>
                <w:id w:val="1010"/>
                <w:alias w:val="flur"/>
                <w:tag w:val="flur"/>
                <w:text/>
              </w:sdtPr>
              <w:sdtContent>
                <w:r>
                  <w:rPr>
                    <w:color w:val="98AAB4"/>
                    <w:sz w:val="18"/>
                  </w:rPr>
                  <w:t>Flur</w:t>
                </w:r>
              </w:sdtContent>
            </w:sdt>
          </w:p>
        </w:tc>
        <w:tc>
          <w:tcPr>
            <w:tcW w:type="dxa" w:w="3289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FLURSTÜCK(E) (FALLS BEKANNT)</w:t>
            </w:r>
          </w:p>
          <w:p>
            <w:pPr>
              <w:spacing w:after="0"/>
            </w:pPr>
            <w:sdt>
              <w:sdtPr>
                <w:id w:val="1011"/>
                <w:alias w:val="flurstueck"/>
                <w:tag w:val="flurstueck"/>
                <w:text/>
              </w:sdtPr>
              <w:sdtContent>
                <w:r>
                  <w:rPr>
                    <w:color w:val="98AAB4"/>
                    <w:sz w:val="18"/>
                  </w:rPr>
                  <w:t>Nummer(n)</w:t>
                </w:r>
              </w:sdtContent>
            </w:sdt>
          </w:p>
        </w:tc>
        <w:tc>
          <w:tcPr>
            <w:tcW w:type="dxa" w:w="3289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LAGE / OBJEKTANSCHRIFT</w:t>
            </w:r>
          </w:p>
          <w:p>
            <w:pPr>
              <w:spacing w:after="0"/>
            </w:pPr>
            <w:sdt>
              <w:sdtPr>
                <w:id w:val="1012"/>
                <w:alias w:val="objektadresse"/>
                <w:tag w:val="objektadresse"/>
                <w:text/>
              </w:sdtPr>
              <w:sdtContent>
                <w:r>
                  <w:rPr>
                    <w:color w:val="98AAB4"/>
                    <w:sz w:val="18"/>
                  </w:rPr>
                  <w:t>Straße, Hausnummer, Ort</w:t>
                </w:r>
              </w:sdtContent>
            </w:sdt>
          </w:p>
        </w:tc>
      </w:tr>
    </w:tbl>
    <w:p>
      <w:pPr>
        <w:spacing w:after="20" w:line="20" w:lineRule="exact"/>
      </w:pPr>
      <w:r>
        <w:rPr>
          <w:sz w:val="2"/>
        </w:rPr>
        <w:t xml:space="preserve"> </w:t>
      </w:r>
    </w:p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03   </w:t>
      </w:r>
      <w:r>
        <w:rPr>
          <w:rFonts w:ascii="Carlito" w:hAnsi="Carlito"/>
          <w:b/>
          <w:color w:val="193249"/>
          <w:sz w:val="18"/>
        </w:rPr>
        <w:t>ERTEILTE BEFUGNISSE</w:t>
      </w:r>
      <w:r>
        <w:rPr>
          <w:rFonts w:ascii="Carlito" w:hAnsi="Carlito"/>
          <w:b w:val="0"/>
          <w:color w:val="637787"/>
          <w:sz w:val="15"/>
        </w:rPr>
        <w:t xml:space="preserve">   Gewünschte Befugnisse auswählen</w:t>
      </w:r>
    </w:p>
    <w:p>
      <w:pPr>
        <w:spacing w:before="0" w:after="100"/>
      </w:pPr>
      <w:r>
        <w:rPr>
          <w:rFonts w:ascii="Carlito" w:hAnsi="Carlito"/>
          <w:b w:val="0"/>
          <w:color w:val="263D4F"/>
          <w:sz w:val="17"/>
        </w:rPr>
        <w:t>Ich bevollmächtige die oben genannte Person, mich ausschließlich hinsichtlich des bezeichneten Grundstücks beim Grundbuchamt zu vertreten und die ausgewählten Handlungen vorzunehmen.</w:t>
      </w:r>
    </w:p>
    <w:p>
      <w:pPr>
        <w:spacing w:after="54"/>
      </w:pPr>
      <w:sdt>
        <w:sdtPr>
          <w:id w:val="1013"/>
          <w:alias w:val="einsicht"/>
          <w:tag w:val="einsich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Einsicht in das Grundbuch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14"/>
          <w:alias w:val="auszug_einfach"/>
          <w:tag w:val="auszug_einfach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Einfachen Grundbuchauszug beantragen und entgegennehmen</w:t>
      </w:r>
    </w:p>
    <w:p>
      <w:pPr>
        <w:spacing w:after="54"/>
      </w:pPr>
      <w:sdt>
        <w:sdtPr>
          <w:id w:val="1015"/>
          <w:alias w:val="auszug_amtlich"/>
          <w:tag w:val="auszug_amtlich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Amtlichen (beglaubigten) Grundbuchauszug beantragen und entgegennehmen</w:t>
      </w:r>
    </w:p>
    <w:p>
      <w:pPr>
        <w:spacing w:after="40"/>
      </w:pPr>
      <w:sdt>
        <w:sdtPr>
          <w:id w:val="1016"/>
          <w:alias w:val="rueckfragen"/>
          <w:tag w:val="rueckfra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Hierzu erforderliche Rückfragen klären und Schriftverkehr führen</w:t>
      </w:r>
    </w:p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04   </w:t>
      </w:r>
      <w:r>
        <w:rPr>
          <w:rFonts w:ascii="Carlito" w:hAnsi="Carlito"/>
          <w:b/>
          <w:color w:val="193249"/>
          <w:sz w:val="18"/>
        </w:rPr>
        <w:t>BERECHTIGTES INTERESSE</w:t>
      </w:r>
      <w:r>
        <w:rPr>
          <w:rFonts w:ascii="Carlito" w:hAnsi="Carlito"/>
          <w:b w:val="0"/>
          <w:color w:val="637787"/>
          <w:sz w:val="15"/>
        </w:rPr>
        <w:t xml:space="preserve">   Angaben der vollmachtgebenden Person</w:t>
      </w:r>
    </w:p>
    <w:p>
      <w:pPr>
        <w:spacing w:after="40"/>
      </w:pPr>
      <w:sdt>
        <w:sdtPr>
          <w:id w:val="1017"/>
          <w:alias w:val="stellung_eigentum"/>
          <w:tag w:val="stellung_eigentu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(Mit-)Eigentum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18"/>
          <w:alias w:val="stellung_recht"/>
          <w:tag w:val="stellung_rech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Im Grundbuch eingetragenes Recht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19"/>
          <w:alias w:val="stellung_sonst"/>
          <w:tag w:val="stellung_sons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Sonstiges berechtigtes Interesse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BEI SONSTIGEM INTERESSE: RECHTSSTELLUNG / KONKRETER ZWECK / NACHWEIS</w:t>
            </w:r>
          </w:p>
          <w:p>
            <w:pPr>
              <w:spacing w:after="0"/>
            </w:pPr>
            <w:sdt>
              <w:sdtPr>
                <w:id w:val="1020"/>
                <w:alias w:val="interesse"/>
                <w:tag w:val="interesse"/>
                <w:text/>
              </w:sdtPr>
              <w:sdtContent>
                <w:r>
                  <w:rPr>
                    <w:color w:val="98AAB4"/>
                    <w:sz w:val="18"/>
                  </w:rPr>
                  <w:t>Kurz erläutern; ggf. Nachweis beifügen</w:t>
                </w:r>
              </w:sdtContent>
            </w:sdt>
          </w:p>
        </w:tc>
      </w:tr>
    </w:tbl>
    <w:p>
      <w:pPr>
        <w:spacing w:after="0" w:line="20" w:lineRule="exact"/>
      </w:pPr>
      <w:r>
        <w:rPr>
          <w:sz w:val="2"/>
        </w:rPr>
        <w:t xml:space="preserve"> </w:t>
      </w:r>
    </w:p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05   </w:t>
      </w:r>
      <w:r>
        <w:rPr>
          <w:rFonts w:ascii="Carlito" w:hAnsi="Carlito"/>
          <w:b/>
          <w:color w:val="193249"/>
          <w:sz w:val="18"/>
        </w:rPr>
        <w:t>GELTUNG UND GRENZEN</w:t>
      </w:r>
    </w:p>
    <w:p>
      <w:pPr>
        <w:spacing w:after="40"/>
      </w:pPr>
      <w:sdt>
        <w:sdtPr>
          <w:id w:val="1021"/>
          <w:alias w:val="dauer_einmalig"/>
          <w:tag w:val="dauer_einmali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Einmalig für diesen Vorgang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22"/>
          <w:alias w:val="dauer_befristet"/>
          <w:tag w:val="dauer_befriste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Befristet bis: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23"/>
          <w:alias w:val="dauer_widerruf"/>
          <w:tag w:val="dauer_widerruf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Bis auf Widerruf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ENDDATUM (NUR BEI BEFRISTUNG)</w:t>
            </w:r>
          </w:p>
          <w:p>
            <w:pPr>
              <w:spacing w:after="0"/>
            </w:pPr>
            <w:sdt>
              <w:sdtPr>
                <w:id w:val="1024"/>
                <w:alias w:val="enddatum"/>
                <w:tag w:val="enddatum"/>
                <w:text/>
              </w:sdtPr>
              <w:sdtContent>
                <w:r>
                  <w:rPr>
                    <w:color w:val="98AAB4"/>
                    <w:sz w:val="18"/>
                  </w:rPr>
                  <w:t>TT.MM.JJJJ oder leer lassen</w:t>
                </w:r>
              </w:sdtContent>
            </w:sdt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spacing w:before="0" w:after="120"/>
      </w:pPr>
      <w:r>
        <w:rPr>
          <w:rFonts w:ascii="Carlito" w:hAnsi="Carlito"/>
          <w:b w:val="0"/>
          <w:color w:val="637787"/>
          <w:sz w:val="16"/>
        </w:rPr>
        <w:t>Keine Befugnis zum Verkauf, zur Belastung, zu Eintragungs- oder Löschungsbewilligungen oder zur Erteilung von Untervollmachten.</w:t>
      </w:r>
    </w:p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06   </w:t>
      </w:r>
      <w:r>
        <w:rPr>
          <w:rFonts w:ascii="Carlito" w:hAnsi="Carlito"/>
          <w:b/>
          <w:color w:val="193249"/>
          <w:sz w:val="18"/>
        </w:rPr>
        <w:t>ORT, DATUM UND UNTERSCHRIFT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4535"/>
      </w:tblGrid>
      <w:tr>
        <w:trPr>
          <w:cantSplit/>
        </w:trPr>
        <w:tc>
          <w:tcPr>
            <w:tcW w:type="dxa" w:w="4933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ORT</w:t>
            </w:r>
          </w:p>
          <w:p>
            <w:pPr>
              <w:spacing w:after="0"/>
            </w:pPr>
            <w:sdt>
              <w:sdtPr>
                <w:id w:val="1025"/>
                <w:alias w:val="ort unterschrift"/>
                <w:tag w:val="ort_unterschrift"/>
                <w:text/>
              </w:sdtPr>
              <w:sdtContent>
                <w:r>
                  <w:rPr>
                    <w:color w:val="98AAB4"/>
                    <w:sz w:val="18"/>
                  </w:rPr>
                  <w:t>Ort der Unterzeichnung</w:t>
                </w:r>
              </w:sdtContent>
            </w:sdt>
          </w:p>
        </w:tc>
        <w:tc>
          <w:tcPr>
            <w:tcW w:type="dxa" w:w="4933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DATUM</w:t>
            </w:r>
          </w:p>
          <w:p>
            <w:pPr>
              <w:spacing w:after="0"/>
            </w:pPr>
            <w:sdt>
              <w:sdtPr>
                <w:id w:val="1026"/>
                <w:alias w:val="datum unterschrift"/>
                <w:tag w:val="datum_unterschrift"/>
                <w:text/>
              </w:sdtPr>
              <w:sdtContent>
                <w:r>
                  <w:rPr>
                    <w:color w:val="98AAB4"/>
                    <w:sz w:val="18"/>
                  </w:rPr>
                  <w:t>TT.MM.JJJJ</w:t>
                </w:r>
              </w:sdtContent>
            </w:sdt>
          </w:p>
        </w:tc>
      </w:tr>
    </w:tbl>
    <w:p>
      <w:pPr>
        <w:spacing w:after="60" w:line="20" w:lineRule="exact"/>
      </w:pPr>
      <w:r>
        <w:rPr>
          <w:sz w:val="2"/>
        </w:rPr>
        <w:t xml:space="preserve"> </w:t>
      </w:r>
    </w:p>
    <w:p>
      <w:pPr>
        <w:spacing w:before="120" w:after="0"/>
      </w:pPr>
      <w:r>
        <w:rPr>
          <w:rFonts w:ascii="Carlito" w:hAnsi="Carlito"/>
          <w:b w:val="0"/>
          <w:color w:val="263D4F"/>
          <w:sz w:val="18"/>
        </w:rPr>
        <w:t>__________________________________________________________________</w:t>
      </w:r>
    </w:p>
    <w:p>
      <w:pPr>
        <w:spacing w:before="0" w:after="0"/>
      </w:pPr>
      <w:r>
        <w:rPr>
          <w:rFonts w:ascii="Carlito" w:hAnsi="Carlito"/>
          <w:b w:val="0"/>
          <w:color w:val="637787"/>
          <w:sz w:val="15"/>
        </w:rPr>
        <w:t>Eigenhändige Unterschrift der vollmachtgebenden Person / vertretungsberechtigten Person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4F8FA"/>
            <w:tcMar>
              <w:top w:w="85" w:type="dxa"/>
              <w:start w:w="130" w:type="dxa"/>
              <w:bottom w:w="85" w:type="dxa"/>
              <w:end w:w="130" w:type="dxa"/>
            </w:tcMar>
            <w:tcBorders>
              <w:left w:val="single" w:color="007F83" w:sz="5"/>
            </w:tcBorders>
          </w:tcPr>
          <w:p>
            <w:r>
              <w:rPr>
                <w:rFonts w:ascii="Carlito" w:hAnsi="Carlito"/>
                <w:b w:val="0"/>
                <w:color w:val="637787"/>
                <w:sz w:val="16"/>
              </w:rPr>
              <w:t>Hinweis: Die Vollmacht ersetzt nicht die Prüfung des berechtigten Interesses nach § 12 GBO. Je nach Grundbuchamt können ein Identitätsnachweis, das Original der Vollmacht oder weitere Nachweise erforderlich sein.</w:t>
            </w:r>
          </w:p>
        </w:tc>
      </w:tr>
    </w:tbl>
    <w:p>
      <w:r>
        <w:br w:type="page"/>
      </w:r>
    </w:p>
    <w:p>
      <w:pPr>
        <w:spacing w:after="100"/>
      </w:pPr>
      <w:r>
        <w:rPr>
          <w:rFonts w:ascii="Carlito" w:hAnsi="Carlito"/>
          <w:b/>
          <w:color w:val="007F83"/>
          <w:sz w:val="16"/>
        </w:rPr>
        <w:t>02 / OPTIONALES BEGLEITSCHREIBEN</w:t>
      </w:r>
    </w:p>
    <w:p>
      <w:pPr>
        <w:pStyle w:val="DocTitle"/>
        <w:spacing w:after="40"/>
      </w:pPr>
      <w:r>
        <w:rPr>
          <w:rFonts w:ascii="Carlito" w:hAnsi="Carlito"/>
          <w:b/>
          <w:color w:val="193249"/>
          <w:sz w:val="40"/>
        </w:rPr>
        <w:t>Antrag auf Grundbuchauszug</w:t>
      </w:r>
    </w:p>
    <w:p>
      <w:pPr>
        <w:pStyle w:val="SubTitle"/>
        <w:spacing w:after="200"/>
      </w:pPr>
      <w:r>
        <w:rPr>
          <w:rFonts w:ascii="Carlito" w:hAnsi="Carlito"/>
          <w:b w:val="0"/>
          <w:color w:val="637787"/>
          <w:sz w:val="18"/>
        </w:rPr>
        <w:t>Zusätzlich zur unterschriebenen Vollmacht verwenden, soweit das Grundbuchamt kein eigenes Formular verlangt.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color="007F83" w:sz="5"/>
            </w:tcBorders>
          </w:tcPr>
          <w:p>
            <w:r/>
          </w:p>
        </w:tc>
      </w:tr>
    </w:tbl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01   </w:t>
      </w:r>
      <w:r>
        <w:rPr>
          <w:rFonts w:ascii="Carlito" w:hAnsi="Carlito"/>
          <w:b/>
          <w:color w:val="193249"/>
          <w:sz w:val="18"/>
        </w:rPr>
        <w:t>EMPFÄNGER UND ANTRAGSTELLER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4195"/>
      </w:tblGrid>
      <w:tr>
        <w:trPr>
          <w:cantSplit/>
        </w:trPr>
        <w:tc>
          <w:tcPr>
            <w:tcW w:type="dxa" w:w="4933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ZUSTÄNDIGES AMTSGERICHT / GRUNDBUCHAMT</w:t>
            </w:r>
          </w:p>
          <w:p>
            <w:pPr>
              <w:spacing w:after="0"/>
            </w:pPr>
            <w:sdt>
              <w:sdtPr>
                <w:id w:val="1027"/>
                <w:alias w:val="antrag gericht"/>
                <w:tag w:val="antrag_gericht"/>
                <w:text/>
              </w:sdtPr>
              <w:sdtContent>
                <w:r>
                  <w:rPr>
                    <w:color w:val="98AAB4"/>
                    <w:sz w:val="18"/>
                  </w:rPr>
                  <w:t>Name des Gerichts oder Orts</w:t>
                </w:r>
              </w:sdtContent>
            </w:sdt>
          </w:p>
        </w:tc>
        <w:tc>
          <w:tcPr>
            <w:tcW w:type="dxa" w:w="4933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ORT / POSTLEITZAHL DES GRUNDBUCHAMTS</w:t>
            </w:r>
          </w:p>
          <w:p>
            <w:pPr>
              <w:spacing w:after="0"/>
            </w:pPr>
            <w:sdt>
              <w:sdtPr>
                <w:id w:val="1028"/>
                <w:alias w:val="antrag gerichtsanschrift"/>
                <w:tag w:val="antrag_gerichtsanschrift"/>
                <w:text/>
              </w:sdtPr>
              <w:sdtContent>
                <w:r>
                  <w:rPr>
                    <w:color w:val="98AAB4"/>
                    <w:sz w:val="18"/>
                  </w:rPr>
                  <w:t>Ort / Postleitzahl</w:t>
                </w:r>
              </w:sdtContent>
            </w:sdt>
          </w:p>
        </w:tc>
      </w:tr>
    </w:tbl>
    <w:p>
      <w:pPr>
        <w:spacing w:after="80" w:line="20" w:lineRule="exact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4479"/>
      </w:tblGrid>
      <w:tr>
        <w:trPr>
          <w:cantSplit/>
        </w:trPr>
        <w:tc>
          <w:tcPr>
            <w:tcW w:type="dxa" w:w="4933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ANTRAGSTELLENDE / BEVOLLMÄCHTIGTE PERSON</w:t>
            </w:r>
          </w:p>
          <w:p>
            <w:pPr>
              <w:spacing w:after="0"/>
            </w:pPr>
            <w:sdt>
              <w:sdtPr>
                <w:id w:val="1029"/>
                <w:alias w:val="antrag name"/>
                <w:tag w:val="antrag_name"/>
                <w:text/>
              </w:sdtPr>
              <w:sdtContent>
                <w:r>
                  <w:rPr>
                    <w:color w:val="98AAB4"/>
                    <w:sz w:val="18"/>
                  </w:rPr>
                  <w:t>Vor- und Nachname</w:t>
                </w:r>
              </w:sdtContent>
            </w:sdt>
          </w:p>
        </w:tc>
        <w:tc>
          <w:tcPr>
            <w:tcW w:type="dxa" w:w="4933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TELEFON ODER E-MAIL FÜR RÜCKFRAGEN</w:t>
            </w:r>
          </w:p>
          <w:p>
            <w:pPr>
              <w:spacing w:after="0"/>
            </w:pPr>
            <w:sdt>
              <w:sdtPr>
                <w:id w:val="1030"/>
                <w:alias w:val="antrag kontakt"/>
                <w:tag w:val="antrag_kontakt"/>
                <w:text/>
              </w:sdtPr>
              <w:sdtContent>
                <w:r>
                  <w:rPr>
                    <w:color w:val="98AAB4"/>
                    <w:sz w:val="18"/>
                  </w:rPr>
                  <w:t>Freiwillige Kontaktangabe</w:t>
                </w:r>
              </w:sdtContent>
            </w:sdt>
          </w:p>
        </w:tc>
      </w:tr>
    </w:tbl>
    <w:p>
      <w:pPr>
        <w:spacing w:after="80" w:line="20" w:lineRule="exact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ANSCHRIFT</w:t>
            </w:r>
          </w:p>
          <w:p>
            <w:pPr>
              <w:spacing w:after="0"/>
            </w:pPr>
            <w:sdt>
              <w:sdtPr>
                <w:id w:val="1031"/>
                <w:alias w:val="antrag adresse"/>
                <w:tag w:val="antrag_adresse"/>
                <w:text/>
              </w:sdtPr>
              <w:sdtContent>
                <w:r>
                  <w:rPr>
                    <w:color w:val="98AAB4"/>
                    <w:sz w:val="18"/>
                  </w:rPr>
                  <w:t>Straße, Hausnummer, PLZ, Ort</w:t>
                </w:r>
              </w:sdtContent>
            </w:sdt>
          </w:p>
        </w:tc>
      </w:tr>
    </w:tbl>
    <w:p>
      <w:pPr>
        <w:spacing w:after="0" w:line="20" w:lineRule="exact"/>
      </w:pPr>
      <w:r>
        <w:rPr>
          <w:sz w:val="2"/>
        </w:rPr>
        <w:t xml:space="preserve"> </w:t>
      </w:r>
    </w:p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02   </w:t>
      </w:r>
      <w:r>
        <w:rPr>
          <w:rFonts w:ascii="Carlito" w:hAnsi="Carlito"/>
          <w:b/>
          <w:color w:val="193249"/>
          <w:sz w:val="18"/>
        </w:rPr>
        <w:t>GRUNDSTÜCK UND GRUNDBUCHDATEN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95"/>
        <w:gridCol w:w="2494"/>
        <w:gridCol w:w="3175"/>
      </w:tblGrid>
      <w:tr>
        <w:trPr>
          <w:cantSplit/>
        </w:trPr>
        <w:tc>
          <w:tcPr>
            <w:tcW w:type="dxa" w:w="3289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GEMARKUNG / GRUNDBUCHBEZIRK</w:t>
            </w:r>
          </w:p>
          <w:p>
            <w:pPr>
              <w:spacing w:after="0"/>
            </w:pPr>
            <w:sdt>
              <w:sdtPr>
                <w:id w:val="1032"/>
                <w:alias w:val="antrag gemarkung"/>
                <w:tag w:val="antrag_gemarkung"/>
                <w:text/>
              </w:sdtPr>
              <w:sdtContent>
                <w:r>
                  <w:rPr>
                    <w:color w:val="98AAB4"/>
                    <w:sz w:val="18"/>
                  </w:rPr>
                  <w:t>Bezeichnung</w:t>
                </w:r>
              </w:sdtContent>
            </w:sdt>
          </w:p>
        </w:tc>
        <w:tc>
          <w:tcPr>
            <w:tcW w:type="dxa" w:w="3289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BLATTNUMMER</w:t>
            </w:r>
          </w:p>
          <w:p>
            <w:pPr>
              <w:spacing w:after="0"/>
            </w:pPr>
            <w:sdt>
              <w:sdtPr>
                <w:id w:val="1033"/>
                <w:alias w:val="antrag blatt"/>
                <w:tag w:val="antrag_blatt"/>
                <w:text/>
              </w:sdtPr>
              <w:sdtContent>
                <w:r>
                  <w:rPr>
                    <w:color w:val="98AAB4"/>
                    <w:sz w:val="18"/>
                  </w:rPr>
                  <w:t>Grundbuchblatt</w:t>
                </w:r>
              </w:sdtContent>
            </w:sdt>
          </w:p>
        </w:tc>
        <w:tc>
          <w:tcPr>
            <w:tcW w:type="dxa" w:w="3289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FLUR / FLURSTÜCK</w:t>
            </w:r>
          </w:p>
          <w:p>
            <w:pPr>
              <w:spacing w:after="0"/>
            </w:pPr>
            <w:sdt>
              <w:sdtPr>
                <w:id w:val="1034"/>
                <w:alias w:val="antrag flurstueck"/>
                <w:tag w:val="antrag_flurstueck"/>
                <w:text/>
              </w:sdtPr>
              <w:sdtContent>
                <w:r>
                  <w:rPr>
                    <w:color w:val="98AAB4"/>
                    <w:sz w:val="18"/>
                  </w:rPr>
                  <w:t>Falls bekannt</w:t>
                </w:r>
              </w:sdtContent>
            </w:sdt>
          </w:p>
        </w:tc>
      </w:tr>
    </w:tbl>
    <w:p>
      <w:pPr>
        <w:spacing w:after="80" w:line="20" w:lineRule="exact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ANSCHRIFT DES GRUNDSTÜCKS / LAGEBEZEICHNUNG</w:t>
            </w:r>
          </w:p>
          <w:p>
            <w:pPr>
              <w:spacing w:after="0"/>
            </w:pPr>
            <w:sdt>
              <w:sdtPr>
                <w:id w:val="1035"/>
                <w:alias w:val="antrag lage"/>
                <w:tag w:val="antrag_lage"/>
                <w:text/>
              </w:sdtPr>
              <w:sdtContent>
                <w:r>
                  <w:rPr>
                    <w:color w:val="98AAB4"/>
                    <w:sz w:val="18"/>
                  </w:rPr>
                  <w:t>Straße, Hausnummer, PLZ, Ort</w:t>
                </w:r>
              </w:sdtContent>
            </w:sdt>
          </w:p>
        </w:tc>
      </w:tr>
    </w:tbl>
    <w:p>
      <w:pPr>
        <w:spacing w:after="0" w:line="20" w:lineRule="exact"/>
      </w:pPr>
      <w:r>
        <w:rPr>
          <w:sz w:val="2"/>
        </w:rPr>
        <w:t xml:space="preserve"> </w:t>
      </w:r>
    </w:p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03   </w:t>
      </w:r>
      <w:r>
        <w:rPr>
          <w:rFonts w:ascii="Carlito" w:hAnsi="Carlito"/>
          <w:b/>
          <w:color w:val="193249"/>
          <w:sz w:val="18"/>
        </w:rPr>
        <w:t>BEANTRAGTER GRUNDBUCHAUSZUG</w:t>
      </w:r>
    </w:p>
    <w:p>
      <w:pPr>
        <w:spacing w:before="0" w:after="100"/>
      </w:pPr>
      <w:r>
        <w:rPr>
          <w:rFonts w:ascii="Carlito" w:hAnsi="Carlito"/>
          <w:b w:val="0"/>
          <w:color w:val="263D4F"/>
          <w:sz w:val="17"/>
        </w:rPr>
        <w:t>Hiermit beantrage ich im Namen der berechtigten Person die Erteilung eines Grundbuchauszugs für das oben bezeichnete Grundstück.</w:t>
      </w:r>
    </w:p>
    <w:p>
      <w:pPr>
        <w:spacing w:after="60"/>
      </w:pPr>
      <w:sdt>
        <w:sdtPr>
          <w:id w:val="1036"/>
          <w:alias w:val="antrag_einfach"/>
          <w:tag w:val="antrag_einfach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Einfacher (unbeglaubigter) Auszug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37"/>
          <w:alias w:val="antrag_beglaubigt"/>
          <w:tag w:val="antrag_beglaubig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Amtlicher (beglaubigter) Auszug</w:t>
      </w:r>
    </w:p>
    <w:p>
      <w:pPr>
        <w:spacing w:after="0"/>
      </w:pPr>
      <w:sdt>
        <w:sdtPr>
          <w:id w:val="1038"/>
          <w:alias w:val="antrag_post"/>
          <w:tag w:val="antrag_pos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Zusendung per Post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39"/>
          <w:alias w:val="antrag_abholung"/>
          <w:tag w:val="antrag_abhol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Abholung, sofern angeboten</w:t>
      </w:r>
    </w:p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04   </w:t>
      </w:r>
      <w:r>
        <w:rPr>
          <w:rFonts w:ascii="Carlito" w:hAnsi="Carlito"/>
          <w:b/>
          <w:color w:val="193249"/>
          <w:sz w:val="18"/>
        </w:rPr>
        <w:t>BERECHTIGTES INTERESSE UND NACHWEISE</w:t>
      </w:r>
    </w:p>
    <w:p>
      <w:pPr>
        <w:spacing w:after="60"/>
      </w:pPr>
      <w:sdt>
        <w:sdtPr>
          <w:id w:val="1040"/>
          <w:alias w:val="antrag_eigentuemer"/>
          <w:tag w:val="antrag_eigentueme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Berechtigte Person ist (Mit-)Eigentümer/in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41"/>
          <w:alias w:val="antrag_recht"/>
          <w:tag w:val="antrag_rech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Eingetragenes Recht</w:t>
      </w:r>
    </w:p>
    <w:p>
      <w:pPr>
        <w:spacing w:after="40"/>
      </w:pPr>
      <w:sdt>
        <w:sdtPr>
          <w:id w:val="1042"/>
          <w:alias w:val="antrag_sonstig"/>
          <w:tag w:val="antrag_sonsti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Sonstiges berechtigtes Interesse (bitte erläutern)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BESCHREIBUNG DES INTERESSES / BEGRÜNDUNG (FALLS ERFORDERLICH)</w:t>
            </w:r>
          </w:p>
          <w:p>
            <w:pPr>
              <w:spacing w:after="0"/>
            </w:pPr>
            <w:sdt>
              <w:sdtPr>
                <w:id w:val="1043"/>
                <w:alias w:val="antrag interesse"/>
                <w:tag w:val="antrag_interesse"/>
                <w:text/>
              </w:sdtPr>
              <w:sdtContent>
                <w:r>
                  <w:rPr>
                    <w:color w:val="98AAB4"/>
                    <w:sz w:val="18"/>
                  </w:rPr>
                  <w:t>Sachverhalt und ggf. Nachweis benennen</w:t>
                </w:r>
              </w:sdtContent>
            </w:sdt>
          </w:p>
        </w:tc>
      </w:tr>
    </w:tbl>
    <w:p>
      <w:pPr>
        <w:spacing w:after="60" w:line="20" w:lineRule="exact"/>
      </w:pPr>
      <w:r>
        <w:rPr>
          <w:sz w:val="2"/>
        </w:rPr>
        <w:t xml:space="preserve"> </w:t>
      </w:r>
    </w:p>
    <w:p>
      <w:pPr>
        <w:spacing w:before="0" w:after="80"/>
      </w:pPr>
      <w:r>
        <w:rPr>
          <w:rFonts w:ascii="Carlito" w:hAnsi="Carlito"/>
          <w:b/>
          <w:color w:val="007F83"/>
          <w:sz w:val="16"/>
        </w:rPr>
        <w:t>Beigefügte Unterlagen</w:t>
      </w:r>
    </w:p>
    <w:p>
      <w:pPr>
        <w:spacing w:after="60"/>
      </w:pPr>
      <w:sdt>
        <w:sdtPr>
          <w:id w:val="1044"/>
          <w:alias w:val="anlage_vollmacht"/>
          <w:tag w:val="anlage_vollmach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Unterschriebene Vollmacht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45"/>
          <w:alias w:val="anlage_nachweis"/>
          <w:tag w:val="anlage_nachwei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Nachweis des berechtigten Interesses</w:t>
      </w:r>
    </w:p>
    <w:p>
      <w:pPr>
        <w:spacing w:after="20"/>
      </w:pPr>
      <w:sdt>
        <w:sdtPr>
          <w:id w:val="1046"/>
          <w:alias w:val="anlage_ident"/>
          <w:tag w:val="anlage_iden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Identitätsnachweis, soweit verlangt</w:t>
      </w:r>
      <w:r>
        <w:rPr>
          <w:rFonts w:ascii="Carlito" w:hAnsi="Carlito"/>
          <w:b w:val="0"/>
          <w:color w:val="263D4F"/>
          <w:sz w:val="14"/>
        </w:rPr>
        <w:t xml:space="preserve">     </w:t>
      </w:r>
      <w:sdt>
        <w:sdtPr>
          <w:id w:val="1047"/>
          <w:alias w:val="anlage_sonst"/>
          <w:tag w:val="anlage_sons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rPr>
          <w:rFonts w:ascii="Carlito" w:hAnsi="Carlito"/>
          <w:b w:val="0"/>
          <w:color w:val="263D4F"/>
          <w:sz w:val="17"/>
        </w:rPr>
        <w:t xml:space="preserve">  Weitere Unterlagen: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WEITERE UNTERLAGEN (OPTIONAL)</w:t>
            </w:r>
          </w:p>
          <w:p>
            <w:pPr>
              <w:spacing w:after="0"/>
            </w:pPr>
            <w:sdt>
              <w:sdtPr>
                <w:id w:val="1048"/>
                <w:alias w:val="antrag anlagen"/>
                <w:tag w:val="antrag_anlagen"/>
                <w:text/>
              </w:sdtPr>
              <w:sdtContent>
                <w:r>
                  <w:rPr>
                    <w:color w:val="98AAB4"/>
                    <w:sz w:val="18"/>
                  </w:rPr>
                  <w:t>Dokumente benennen</w:t>
                </w:r>
              </w:sdtContent>
            </w:sdt>
          </w:p>
        </w:tc>
      </w:tr>
    </w:tbl>
    <w:p>
      <w:pPr>
        <w:spacing w:after="0" w:line="20" w:lineRule="exact"/>
      </w:pPr>
      <w:r>
        <w:rPr>
          <w:sz w:val="2"/>
        </w:rPr>
        <w:t xml:space="preserve"> </w:t>
      </w:r>
    </w:p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05   </w:t>
      </w:r>
      <w:r>
        <w:rPr>
          <w:rFonts w:ascii="Carlito" w:hAnsi="Carlito"/>
          <w:b/>
          <w:color w:val="193249"/>
          <w:sz w:val="18"/>
        </w:rPr>
        <w:t>VERSAND UND GEBÜHREN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EMPFANGSANSCHRIFT (NUR FALLS ABWEICHEND)</w:t>
            </w:r>
          </w:p>
          <w:p>
            <w:pPr>
              <w:spacing w:after="0"/>
            </w:pPr>
            <w:sdt>
              <w:sdtPr>
                <w:id w:val="1049"/>
                <w:alias w:val="antrag empfang"/>
                <w:tag w:val="antrag_empfang"/>
                <w:text/>
              </w:sdtPr>
              <w:sdtContent>
                <w:r>
                  <w:rPr>
                    <w:color w:val="98AAB4"/>
                    <w:sz w:val="18"/>
                  </w:rPr>
                  <w:t>Name und vollständige Anschrift</w:t>
                </w:r>
              </w:sdtContent>
            </w:sdt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spacing w:before="0" w:after="0"/>
      </w:pPr>
      <w:r>
        <w:rPr>
          <w:rFonts w:ascii="Carlito" w:hAnsi="Carlito"/>
          <w:b w:val="0"/>
          <w:color w:val="263D4F"/>
          <w:sz w:val="16"/>
        </w:rPr>
        <w:t>Die anfallenden Gebühren werden nach den Vorgaben des Grundbuchamts entrichtet.</w:t>
      </w:r>
    </w:p>
    <w:p>
      <w:pPr>
        <w:spacing w:before="132" w:after="100"/>
      </w:pPr>
      <w:r>
        <w:rPr>
          <w:rFonts w:ascii="Carlito" w:hAnsi="Carlito"/>
          <w:b/>
          <w:color w:val="007F83"/>
          <w:sz w:val="17"/>
        </w:rPr>
        <w:t xml:space="preserve">06   </w:t>
      </w:r>
      <w:r>
        <w:rPr>
          <w:rFonts w:ascii="Carlito" w:hAnsi="Carlito"/>
          <w:b/>
          <w:color w:val="193249"/>
          <w:sz w:val="18"/>
        </w:rPr>
        <w:t>UNTERZEICHNUNG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4649"/>
      </w:tblGrid>
      <w:tr>
        <w:trPr>
          <w:cantSplit/>
        </w:trPr>
        <w:tc>
          <w:tcPr>
            <w:tcW w:type="dxa" w:w="4933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ORT</w:t>
            </w:r>
          </w:p>
          <w:p>
            <w:pPr>
              <w:spacing w:after="0"/>
            </w:pPr>
            <w:sdt>
              <w:sdtPr>
                <w:id w:val="1050"/>
                <w:alias w:val="antrag ort"/>
                <w:tag w:val="antrag_ort"/>
                <w:text/>
              </w:sdtPr>
              <w:sdtContent>
                <w:r>
                  <w:rPr>
                    <w:color w:val="98AAB4"/>
                    <w:sz w:val="18"/>
                  </w:rPr>
                  <w:t>Ort</w:t>
                </w:r>
              </w:sdtContent>
            </w:sdt>
          </w:p>
        </w:tc>
        <w:tc>
          <w:tcPr>
            <w:tcW w:type="dxa" w:w="4933"/>
            <w:shd w:fill="F1F7F8"/>
            <w:tcMar>
              <w:top w:w="70" w:type="dxa"/>
              <w:start w:w="110" w:type="dxa"/>
              <w:bottom w:w="70" w:type="dxa"/>
              <w:end w:w="100" w:type="dxa"/>
            </w:tcMar>
            <w:vAlign w:val="center"/>
            <w:tcBorders>
              <w:bottom w:val="single" w:color="D5E1E7" w:sz="5"/>
            </w:tcBorders>
          </w:tcPr>
          <w:p>
            <w:pPr>
              <w:spacing w:after="42"/>
            </w:pPr>
            <w:r/>
            <w:r>
              <w:rPr>
                <w:rFonts w:ascii="Carlito" w:hAnsi="Carlito"/>
                <w:b/>
                <w:color w:val="637787"/>
                <w:sz w:val="14"/>
              </w:rPr>
              <w:t>DATUM</w:t>
            </w:r>
          </w:p>
          <w:p>
            <w:pPr>
              <w:spacing w:after="0"/>
            </w:pPr>
            <w:sdt>
              <w:sdtPr>
                <w:id w:val="1051"/>
                <w:alias w:val="antrag datum"/>
                <w:tag w:val="antrag_datum"/>
                <w:text/>
              </w:sdtPr>
              <w:sdtContent>
                <w:r>
                  <w:rPr>
                    <w:color w:val="98AAB4"/>
                    <w:sz w:val="18"/>
                  </w:rPr>
                  <w:t>TT.MM.JJJJ</w:t>
                </w:r>
              </w:sdtContent>
            </w:sdt>
          </w:p>
        </w:tc>
      </w:tr>
    </w:tbl>
    <w:p>
      <w:pPr>
        <w:spacing w:after="60" w:line="20" w:lineRule="exact"/>
      </w:pPr>
      <w:r>
        <w:rPr>
          <w:sz w:val="2"/>
        </w:rPr>
        <w:t xml:space="preserve"> </w:t>
      </w:r>
    </w:p>
    <w:p>
      <w:pPr>
        <w:spacing w:before="120" w:after="0"/>
      </w:pPr>
      <w:r>
        <w:rPr>
          <w:rFonts w:ascii="Carlito" w:hAnsi="Carlito"/>
          <w:b w:val="0"/>
          <w:color w:val="263D4F"/>
          <w:sz w:val="18"/>
        </w:rPr>
        <w:t>__________________________________________________________________</w:t>
      </w:r>
    </w:p>
    <w:p>
      <w:pPr>
        <w:spacing w:before="0" w:after="0"/>
      </w:pPr>
      <w:r>
        <w:rPr>
          <w:rFonts w:ascii="Carlito" w:hAnsi="Carlito"/>
          <w:b w:val="0"/>
          <w:color w:val="637787"/>
          <w:sz w:val="15"/>
        </w:rPr>
        <w:t>Unterschrift der antragstellenden / bevollmächtigten Person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4F8FA"/>
            <w:tcMar>
              <w:top w:w="85" w:type="dxa"/>
              <w:start w:w="130" w:type="dxa"/>
              <w:bottom w:w="85" w:type="dxa"/>
              <w:end w:w="130" w:type="dxa"/>
            </w:tcMar>
            <w:tcBorders>
              <w:left w:val="single" w:color="007F83" w:sz="5"/>
            </w:tcBorders>
          </w:tcPr>
          <w:p>
            <w:r>
              <w:rPr>
                <w:rFonts w:ascii="Carlito" w:hAnsi="Carlito"/>
                <w:b w:val="0"/>
                <w:color w:val="637787"/>
                <w:sz w:val="16"/>
              </w:rPr>
              <w:t>Wichtig: Dieses Antragsschreiben ist optional und ersetzt nicht die Vollmacht auf Seite 1. Die Behörde entscheidet über die Einsichts- und Auskunftsberechtigung; örtliche Anforderungen bitte vor Einreichung prüfen.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1020" w:bottom="879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b w:val="0"/>
        <w:color w:val="8699A5"/>
        <w:sz w:val="15"/>
      </w:rPr>
      <w:t>Grundbuch · Auskunft und Abschrift  |  Keine Vollmacht zur Verfügung über Grundstücksrechte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Carlito" w:hAnsi="Carlito"/>
        <w:b/>
        <w:color w:val="9AABB4"/>
        <w:sz w:val="14"/>
      </w:rPr>
      <w:t>EDITIERBARE MUSTERVORLAGE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rlito" w:hAnsi="Carlito"/>
      <w:color w:val="263D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spacing w:after="0"/>
    </w:pPr>
    <w:rPr>
      <w:rFonts w:ascii="Carlito" w:hAnsi="Carlito"/>
      <w:b/>
      <w:color w:val="193249"/>
      <w:sz w:val="40"/>
    </w:rPr>
  </w:style>
  <w:style w:type="paragraph" w:customStyle="1" w:styleId="SectionHead">
    <w:name w:val="SectionHead"/>
    <w:pPr>
      <w:spacing w:after="0"/>
    </w:pPr>
    <w:rPr>
      <w:rFonts w:ascii="Carlito" w:hAnsi="Carlito"/>
      <w:b/>
      <w:color w:val="007F83"/>
      <w:sz w:val="18"/>
    </w:rPr>
  </w:style>
  <w:style w:type="paragraph" w:customStyle="1" w:styleId="Small">
    <w:name w:val="Small"/>
    <w:pPr>
      <w:spacing w:after="0"/>
    </w:pPr>
    <w:rPr>
      <w:rFonts w:ascii="Carlito" w:hAnsi="Carlito"/>
      <w:b w:val="0"/>
      <w:color w:val="637787"/>
      <w:sz w:val="16"/>
    </w:rPr>
  </w:style>
  <w:style w:type="paragraph" w:customStyle="1" w:styleId="SubTitle">
    <w:name w:val="SubTitle"/>
    <w:pPr>
      <w:spacing w:after="0"/>
    </w:pPr>
    <w:rPr>
      <w:rFonts w:ascii="Carlito" w:hAnsi="Carlito"/>
      <w:b w:val="0"/>
      <w:color w:val="63778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zur Beantragung eines Grundbuchauszugs</dc:title>
  <dc:subject>Ausfüllbare Vorlage für Grundbuchauszug und optionales Antragsschreiben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