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07D79"/>
          <w:sz w:val="16"/>
        </w:rPr>
        <w:t>V O L L M A C H T</w:t>
      </w:r>
      <w:r>
        <w:rPr>
          <w:b w:val="0"/>
          <w:color w:val="647383"/>
          <w:sz w:val="15"/>
        </w:rPr>
        <w:t xml:space="preserve">     ·     GRUNDBUCH</w:t>
      </w:r>
    </w:p>
    <w:p>
      <w:pPr>
        <w:pStyle w:val="FormTitle"/>
        <w:spacing w:after="60"/>
      </w:pPr>
      <w:r>
        <w:t>Vollmacht für einen Grundbuchauszug</w:t>
      </w:r>
    </w:p>
    <w:p>
      <w:pPr>
        <w:pStyle w:val="FormSubtitle"/>
        <w:spacing w:after="120"/>
      </w:pPr>
      <w:r>
        <w:t>Zur einmaligen Beantragung und Entgegennahme eines Grundbuchauszugs durch eine andere Person.</w:t>
      </w:r>
    </w:p>
    <w:p>
      <w:pPr>
        <w:spacing w:after="0"/>
        <w:pBdr>
          <w:bottom w:val="single" w:sz="12" w:color="007D79"/>
        </w:pBdr>
      </w:pPr>
    </w:p>
    <w:p>
      <w:pPr>
        <w:keepNext/>
        <w:spacing w:before="140" w:after="80"/>
      </w:pPr>
      <w:r>
        <w:rPr>
          <w:b/>
          <w:color w:val="007D79"/>
          <w:sz w:val="20"/>
        </w:rPr>
        <w:t xml:space="preserve">01  </w:t>
      </w:r>
      <w:r>
        <w:rPr>
          <w:b/>
          <w:color w:val="17334D"/>
          <w:sz w:val="20"/>
        </w:rPr>
        <w:t>Vollmachtgeber/in</w:t>
      </w:r>
      <w:r>
        <w:rPr>
          <w:b w:val="0"/>
          <w:color w:val="647383"/>
          <w:sz w:val="15"/>
        </w:rPr>
        <w:t xml:space="preserve">    Person, deren Berechtigung die Anfrage trägt</w:t>
      </w:r>
    </w:p>
    <w:tbl>
      <w:tblPr>
        <w:tblW w:type="auto" w:w="0"/>
        <w:jc w:val="center"/>
        <w:tblLayout w:type="fixed"/>
        <w:tblLook w:firstColumn="1" w:firstRow="1" w:lastColumn="0" w:lastRow="0" w:noHBand="0" w:noVBand="1" w:val="04A0"/>
        <w:tblCellSpacing w:w="60" w:type="dxa"/>
      </w:tblPr>
      <w:tblGrid>
        <w:gridCol w:w="6293"/>
        <w:gridCol w:w="3742"/>
      </w:tblGrid>
      <w:tr>
        <w:tc>
          <w:tcPr>
            <w:tcW w:type="dxa" w:w="6293"/>
            <w:tcMar>
              <w:top w:w="85" w:type="dxa"/>
              <w:start w:w="140" w:type="dxa"/>
              <w:bottom w:w="70" w:type="dxa"/>
              <w:end w:w="140" w:type="dxa"/>
            </w:tcMar>
            <w:shd w:fill="F2F6F8"/>
            <w:tcBorders>
              <w:bottom w:val="single" w:sz="5" w:color="D8E2E7"/>
            </w:tcBorders>
            <w:vAlign w:val="center"/>
          </w:tcPr>
          <w:p>
            <w:pPr>
              <w:pStyle w:val="FieldLabel"/>
              <w:spacing w:after="30"/>
            </w:pPr>
            <w:r>
              <w:rPr>
                <w:b w:val="0"/>
              </w:rPr>
              <w:t>Vor- und Nachname / Firma</w:t>
            </w:r>
          </w:p>
          <w:p>
            <w:pPr>
              <w:spacing w:before="0" w:after="0"/>
            </w:pPr>
            <w:sdt>
              <w:sdtPr>
                <w:alias w:val="Vor- und Nachname / Firma"/>
                <w:tag w:val="VG_NAME"/>
                <w:id w:val="901"/>
                <w:text/>
                <w:showingPlcHdr/>
              </w:sdtPr>
              <w:sdtContent>
                <w:r>
                  <w:rPr>
                    <w:color w:val="8B9CAA"/>
                    <w:sz w:val="18"/>
                    <w:rFonts w:ascii="Carlito" w:hAnsi="Carlito"/>
                  </w:rPr>
                  <w:t>Name eintragen</w:t>
                </w:r>
              </w:sdtContent>
            </w:sdt>
          </w:p>
        </w:tc>
        <w:tc>
          <w:tcPr>
            <w:tcW w:type="dxa" w:w="3742"/>
            <w:tcMar>
              <w:top w:w="85" w:type="dxa"/>
              <w:start w:w="140" w:type="dxa"/>
              <w:bottom w:w="70" w:type="dxa"/>
              <w:end w:w="140" w:type="dxa"/>
            </w:tcMar>
            <w:shd w:fill="F2F6F8"/>
            <w:tcBorders>
              <w:bottom w:val="single" w:sz="5" w:color="D8E2E7"/>
            </w:tcBorders>
            <w:vAlign w:val="center"/>
          </w:tcPr>
          <w:p>
            <w:pPr>
              <w:pStyle w:val="FieldLabel"/>
              <w:spacing w:after="30"/>
            </w:pPr>
            <w:r>
              <w:rPr>
                <w:b w:val="0"/>
              </w:rPr>
              <w:t>Geburtsdatum (bei Personen)</w:t>
            </w:r>
          </w:p>
          <w:p>
            <w:pPr>
              <w:spacing w:before="0" w:after="0"/>
            </w:pPr>
            <w:sdt>
              <w:sdtPr>
                <w:alias w:val="Geburtsdatum (bei Personen)"/>
                <w:tag w:val="VG_DOB"/>
                <w:id w:val="902"/>
                <w:text/>
                <w:showingPlcHdr/>
              </w:sdtPr>
              <w:sdtContent>
                <w:r>
                  <w:rPr>
                    <w:color w:val="8B9CAA"/>
                    <w:sz w:val="18"/>
                    <w:rFonts w:ascii="Carlito" w:hAnsi="Carlito"/>
                  </w:rPr>
                  <w:t>TT.MM.JJJJ</w:t>
                </w:r>
              </w:sdtContent>
            </w:sdt>
          </w:p>
        </w:tc>
      </w:tr>
    </w:tbl>
    <w:p>
      <w:pPr>
        <w:spacing w:after="0" w:line="240" w:lineRule="auto"/>
      </w:pPr>
      <w:r>
        <w:rPr>
          <w:sz w:val="4"/>
        </w:rPr>
        <w:t xml:space="preserve"> </w:t>
      </w:r>
    </w:p>
    <w:tbl>
      <w:tblPr>
        <w:tblW w:type="auto" w:w="0"/>
        <w:jc w:val="center"/>
        <w:tblLayout w:type="fixed"/>
        <w:tblLook w:firstColumn="1" w:firstRow="1" w:lastColumn="0" w:lastRow="0" w:noHBand="0" w:noVBand="1" w:val="04A0"/>
        <w:tblCellSpacing w:w="60" w:type="dxa"/>
      </w:tblPr>
      <w:tblGrid>
        <w:gridCol w:w="10035"/>
      </w:tblGrid>
      <w:tr>
        <w:tc>
          <w:tcPr>
            <w:tcW w:type="dxa" w:w="10035"/>
            <w:tcMar>
              <w:top w:w="85" w:type="dxa"/>
              <w:start w:w="140" w:type="dxa"/>
              <w:bottom w:w="70" w:type="dxa"/>
              <w:end w:w="140" w:type="dxa"/>
            </w:tcMar>
            <w:shd w:fill="F2F6F8"/>
            <w:tcBorders>
              <w:bottom w:val="single" w:sz="5" w:color="D8E2E7"/>
            </w:tcBorders>
            <w:vAlign w:val="center"/>
          </w:tcPr>
          <w:p>
            <w:pPr>
              <w:pStyle w:val="FieldLabel"/>
              <w:spacing w:after="30"/>
            </w:pPr>
            <w:r>
              <w:rPr>
                <w:b w:val="0"/>
              </w:rPr>
              <w:t>Anschrift (Straße, Hausnummer, PLZ, Ort)</w:t>
            </w:r>
          </w:p>
          <w:p>
            <w:pPr>
              <w:spacing w:before="0" w:after="0"/>
            </w:pPr>
            <w:sdt>
              <w:sdtPr>
                <w:alias w:val="Anschrift (Straße, Hausnummer, PLZ, Ort)"/>
                <w:tag w:val="VG_ADDRESS"/>
                <w:id w:val="903"/>
                <w:text/>
                <w:showingPlcHdr/>
              </w:sdtPr>
              <w:sdtContent>
                <w:r>
                  <w:rPr>
                    <w:color w:val="8B9CAA"/>
                    <w:sz w:val="18"/>
                    <w:rFonts w:ascii="Carlito" w:hAnsi="Carlito"/>
                  </w:rPr>
                  <w:t>Vollständige Anschrift eintragen</w:t>
                </w:r>
              </w:sdtContent>
            </w:sdt>
          </w:p>
        </w:tc>
      </w:tr>
    </w:tbl>
    <w:p>
      <w:pPr>
        <w:spacing w:after="0" w:line="240" w:lineRule="auto"/>
      </w:pPr>
      <w:r>
        <w:rPr>
          <w:sz w:val="4"/>
        </w:rPr>
        <w:t xml:space="preserve"> </w:t>
      </w:r>
    </w:p>
    <w:p>
      <w:pPr>
        <w:pStyle w:val="Fine"/>
        <w:spacing w:before="10"/>
      </w:pPr>
      <w:r>
        <w:rPr>
          <w:b/>
          <w:color w:val="17334D"/>
          <w:sz w:val="16"/>
        </w:rPr>
        <w:t xml:space="preserve">Rechtsstellung:   </w:t>
      </w:r>
      <w:sdt>
        <w:sdtPr>
          <w:alias w:val="Eigentümer/in"/>
          <w:tag w:val="R_EIG"/>
          <w:id w:val="904"/>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Eigentümer/in     </w:t>
      </w:r>
      <w:sdt>
        <w:sdtPr>
          <w:alias w:val="Miteigentümer/in"/>
          <w:tag w:val="R_MIT"/>
          <w:id w:val="905"/>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Miteigentümer/in     </w:t>
      </w:r>
      <w:sdt>
        <w:sdtPr>
          <w:alias w:val="Erbbauberechtigte/r"/>
          <w:tag w:val="R_ERB"/>
          <w:id w:val="906"/>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Erbbauberechtigte/r     </w:t>
      </w:r>
      <w:sdt>
        <w:sdtPr>
          <w:alias w:val="sonstige Berechtigung"/>
          <w:tag w:val="R_SON"/>
          <w:id w:val="907"/>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sonstige Berechtigung     </w:t>
      </w:r>
    </w:p>
    <w:tbl>
      <w:tblPr>
        <w:tblW w:type="auto" w:w="0"/>
        <w:jc w:val="center"/>
        <w:tblLayout w:type="fixed"/>
        <w:tblLook w:firstColumn="1" w:firstRow="1" w:lastColumn="0" w:lastRow="0" w:noHBand="0" w:noVBand="1" w:val="04A0"/>
        <w:tblCellSpacing w:w="60" w:type="dxa"/>
      </w:tblPr>
      <w:tblGrid>
        <w:gridCol w:w="10035"/>
      </w:tblGrid>
      <w:tr>
        <w:tc>
          <w:tcPr>
            <w:tcW w:type="dxa" w:w="10035"/>
            <w:tcMar>
              <w:top w:w="85" w:type="dxa"/>
              <w:start w:w="140" w:type="dxa"/>
              <w:bottom w:w="70" w:type="dxa"/>
              <w:end w:w="140" w:type="dxa"/>
            </w:tcMar>
            <w:shd w:fill="F2F6F8"/>
            <w:tcBorders>
              <w:bottom w:val="single" w:sz="5" w:color="D8E2E7"/>
            </w:tcBorders>
            <w:vAlign w:val="center"/>
          </w:tcPr>
          <w:p>
            <w:pPr>
              <w:pStyle w:val="FieldLabel"/>
              <w:spacing w:after="30"/>
            </w:pPr>
            <w:r>
              <w:rPr>
                <w:b w:val="0"/>
              </w:rPr>
              <w:t>Bei sonstiger Berechtigung: Grund und ggf. Nachweis</w:t>
            </w:r>
          </w:p>
          <w:p>
            <w:pPr>
              <w:spacing w:before="0" w:after="0"/>
            </w:pPr>
            <w:sdt>
              <w:sdtPr>
                <w:alias w:val="Bei sonstiger Berechtigung: Grund und ggf. Nachweis"/>
                <w:tag w:val="VG_REASON"/>
                <w:id w:val="908"/>
                <w:text/>
                <w:showingPlcHdr/>
              </w:sdtPr>
              <w:sdtContent>
                <w:r>
                  <w:rPr>
                    <w:color w:val="8B9CAA"/>
                    <w:sz w:val="18"/>
                    <w:rFonts w:ascii="Carlito" w:hAnsi="Carlito"/>
                  </w:rPr>
                  <w:t>Nur ausfüllen, wenn zutreffend</w:t>
                </w:r>
              </w:sdtContent>
            </w:sdt>
          </w:p>
        </w:tc>
      </w:tr>
    </w:tbl>
    <w:p>
      <w:pPr>
        <w:spacing w:after="0" w:line="240" w:lineRule="auto"/>
      </w:pPr>
      <w:r>
        <w:rPr>
          <w:sz w:val="4"/>
        </w:rPr>
        <w:t xml:space="preserve"> </w:t>
      </w:r>
    </w:p>
    <w:p>
      <w:pPr>
        <w:keepNext/>
        <w:spacing w:before="140" w:after="80"/>
      </w:pPr>
      <w:r>
        <w:rPr>
          <w:b/>
          <w:color w:val="007D79"/>
          <w:sz w:val="20"/>
        </w:rPr>
        <w:t xml:space="preserve">02  </w:t>
      </w:r>
      <w:r>
        <w:rPr>
          <w:b/>
          <w:color w:val="17334D"/>
          <w:sz w:val="20"/>
        </w:rPr>
        <w:t>Bevollmächtigte Person</w:t>
      </w:r>
    </w:p>
    <w:tbl>
      <w:tblPr>
        <w:tblW w:type="auto" w:w="0"/>
        <w:jc w:val="center"/>
        <w:tblLayout w:type="fixed"/>
        <w:tblLook w:firstColumn="1" w:firstRow="1" w:lastColumn="0" w:lastRow="0" w:noHBand="0" w:noVBand="1" w:val="04A0"/>
        <w:tblCellSpacing w:w="60" w:type="dxa"/>
      </w:tblPr>
      <w:tblGrid>
        <w:gridCol w:w="6293"/>
        <w:gridCol w:w="3742"/>
      </w:tblGrid>
      <w:tr>
        <w:tc>
          <w:tcPr>
            <w:tcW w:type="dxa" w:w="6293"/>
            <w:tcMar>
              <w:top w:w="85" w:type="dxa"/>
              <w:start w:w="140" w:type="dxa"/>
              <w:bottom w:w="70" w:type="dxa"/>
              <w:end w:w="140" w:type="dxa"/>
            </w:tcMar>
            <w:shd w:fill="F2F6F8"/>
            <w:tcBorders>
              <w:bottom w:val="single" w:sz="5" w:color="D8E2E7"/>
            </w:tcBorders>
            <w:vAlign w:val="center"/>
          </w:tcPr>
          <w:p>
            <w:pPr>
              <w:pStyle w:val="FieldLabel"/>
              <w:spacing w:after="30"/>
            </w:pPr>
            <w:r>
              <w:rPr>
                <w:b w:val="0"/>
              </w:rPr>
              <w:t>Vor- und Nachname</w:t>
            </w:r>
          </w:p>
          <w:p>
            <w:pPr>
              <w:spacing w:before="0" w:after="0"/>
            </w:pPr>
            <w:sdt>
              <w:sdtPr>
                <w:alias w:val="Vor- und Nachname"/>
                <w:tag w:val="BV_NAME"/>
                <w:id w:val="909"/>
                <w:text/>
                <w:showingPlcHdr/>
              </w:sdtPr>
              <w:sdtContent>
                <w:r>
                  <w:rPr>
                    <w:color w:val="8B9CAA"/>
                    <w:sz w:val="18"/>
                    <w:rFonts w:ascii="Carlito" w:hAnsi="Carlito"/>
                  </w:rPr>
                  <w:t>Name eintragen</w:t>
                </w:r>
              </w:sdtContent>
            </w:sdt>
          </w:p>
        </w:tc>
        <w:tc>
          <w:tcPr>
            <w:tcW w:type="dxa" w:w="3742"/>
            <w:tcMar>
              <w:top w:w="85" w:type="dxa"/>
              <w:start w:w="140" w:type="dxa"/>
              <w:bottom w:w="70" w:type="dxa"/>
              <w:end w:w="140" w:type="dxa"/>
            </w:tcMar>
            <w:shd w:fill="F2F6F8"/>
            <w:tcBorders>
              <w:bottom w:val="single" w:sz="5" w:color="D8E2E7"/>
            </w:tcBorders>
            <w:vAlign w:val="center"/>
          </w:tcPr>
          <w:p>
            <w:pPr>
              <w:pStyle w:val="FieldLabel"/>
              <w:spacing w:after="30"/>
            </w:pPr>
            <w:r>
              <w:rPr>
                <w:b w:val="0"/>
              </w:rPr>
              <w:t>Geburtsdatum</w:t>
            </w:r>
          </w:p>
          <w:p>
            <w:pPr>
              <w:spacing w:before="0" w:after="0"/>
            </w:pPr>
            <w:sdt>
              <w:sdtPr>
                <w:alias w:val="Geburtsdatum"/>
                <w:tag w:val="BV_DOB"/>
                <w:id w:val="910"/>
                <w:text/>
                <w:showingPlcHdr/>
              </w:sdtPr>
              <w:sdtContent>
                <w:r>
                  <w:rPr>
                    <w:color w:val="8B9CAA"/>
                    <w:sz w:val="18"/>
                    <w:rFonts w:ascii="Carlito" w:hAnsi="Carlito"/>
                  </w:rPr>
                  <w:t>TT.MM.JJJJ</w:t>
                </w:r>
              </w:sdtContent>
            </w:sdt>
          </w:p>
        </w:tc>
      </w:tr>
    </w:tbl>
    <w:p>
      <w:pPr>
        <w:spacing w:after="0" w:line="240" w:lineRule="auto"/>
      </w:pPr>
      <w:r>
        <w:rPr>
          <w:sz w:val="4"/>
        </w:rPr>
        <w:t xml:space="preserve"> </w:t>
      </w:r>
    </w:p>
    <w:tbl>
      <w:tblPr>
        <w:tblW w:type="auto" w:w="0"/>
        <w:jc w:val="center"/>
        <w:tblLayout w:type="fixed"/>
        <w:tblLook w:firstColumn="1" w:firstRow="1" w:lastColumn="0" w:lastRow="0" w:noHBand="0" w:noVBand="1" w:val="04A0"/>
        <w:tblCellSpacing w:w="60" w:type="dxa"/>
      </w:tblPr>
      <w:tblGrid>
        <w:gridCol w:w="10035"/>
      </w:tblGrid>
      <w:tr>
        <w:tc>
          <w:tcPr>
            <w:tcW w:type="dxa" w:w="10035"/>
            <w:tcMar>
              <w:top w:w="85" w:type="dxa"/>
              <w:start w:w="140" w:type="dxa"/>
              <w:bottom w:w="70" w:type="dxa"/>
              <w:end w:w="140" w:type="dxa"/>
            </w:tcMar>
            <w:shd w:fill="F2F6F8"/>
            <w:tcBorders>
              <w:bottom w:val="single" w:sz="5" w:color="D8E2E7"/>
            </w:tcBorders>
            <w:vAlign w:val="center"/>
          </w:tcPr>
          <w:p>
            <w:pPr>
              <w:pStyle w:val="FieldLabel"/>
              <w:spacing w:after="30"/>
            </w:pPr>
            <w:r>
              <w:rPr>
                <w:b w:val="0"/>
              </w:rPr>
              <w:t>Anschrift (Straße, Hausnummer, PLZ, Ort)</w:t>
            </w:r>
          </w:p>
          <w:p>
            <w:pPr>
              <w:spacing w:before="0" w:after="0"/>
            </w:pPr>
            <w:sdt>
              <w:sdtPr>
                <w:alias w:val="Anschrift (Straße, Hausnummer, PLZ, Ort)"/>
                <w:tag w:val="BV_ADDRESS"/>
                <w:id w:val="911"/>
                <w:text/>
                <w:showingPlcHdr/>
              </w:sdtPr>
              <w:sdtContent>
                <w:r>
                  <w:rPr>
                    <w:color w:val="8B9CAA"/>
                    <w:sz w:val="18"/>
                    <w:rFonts w:ascii="Carlito" w:hAnsi="Carlito"/>
                  </w:rPr>
                  <w:t>Vollständige Anschrift eintragen</w:t>
                </w:r>
              </w:sdtContent>
            </w:sdt>
          </w:p>
        </w:tc>
      </w:tr>
    </w:tbl>
    <w:p>
      <w:pPr>
        <w:spacing w:after="0" w:line="240" w:lineRule="auto"/>
      </w:pPr>
      <w:r>
        <w:rPr>
          <w:sz w:val="4"/>
        </w:rPr>
        <w:t xml:space="preserve"> </w:t>
      </w:r>
    </w:p>
    <w:p>
      <w:pPr>
        <w:keepNext/>
        <w:spacing w:before="140" w:after="80"/>
      </w:pPr>
      <w:r>
        <w:rPr>
          <w:b/>
          <w:color w:val="007D79"/>
          <w:sz w:val="20"/>
        </w:rPr>
        <w:t xml:space="preserve">03  </w:t>
      </w:r>
      <w:r>
        <w:rPr>
          <w:b/>
          <w:color w:val="17334D"/>
          <w:sz w:val="20"/>
        </w:rPr>
        <w:t>Grundstück / Grundbuch</w:t>
      </w:r>
      <w:r>
        <w:rPr>
          <w:b w:val="0"/>
          <w:color w:val="647383"/>
          <w:sz w:val="15"/>
        </w:rPr>
        <w:t xml:space="preserve">    Soweit bekannt: Grundbuchdaten eintragen</w:t>
      </w:r>
    </w:p>
    <w:tbl>
      <w:tblPr>
        <w:tblW w:type="auto" w:w="0"/>
        <w:jc w:val="center"/>
        <w:tblLayout w:type="fixed"/>
        <w:tblLook w:firstColumn="1" w:firstRow="1" w:lastColumn="0" w:lastRow="0" w:noHBand="0" w:noVBand="1" w:val="04A0"/>
        <w:tblCellSpacing w:w="60" w:type="dxa"/>
      </w:tblPr>
      <w:tblGrid>
        <w:gridCol w:w="10035"/>
      </w:tblGrid>
      <w:tr>
        <w:tc>
          <w:tcPr>
            <w:tcW w:type="dxa" w:w="10035"/>
            <w:tcMar>
              <w:top w:w="85" w:type="dxa"/>
              <w:start w:w="140" w:type="dxa"/>
              <w:bottom w:w="70" w:type="dxa"/>
              <w:end w:w="140" w:type="dxa"/>
            </w:tcMar>
            <w:shd w:fill="F2F6F8"/>
            <w:tcBorders>
              <w:bottom w:val="single" w:sz="5" w:color="D8E2E7"/>
            </w:tcBorders>
            <w:vAlign w:val="center"/>
          </w:tcPr>
          <w:p>
            <w:pPr>
              <w:pStyle w:val="FieldLabel"/>
              <w:spacing w:after="30"/>
            </w:pPr>
            <w:r>
              <w:rPr>
                <w:b w:val="0"/>
              </w:rPr>
              <w:t>Objektanschrift</w:t>
            </w:r>
          </w:p>
          <w:p>
            <w:pPr>
              <w:spacing w:before="0" w:after="0"/>
            </w:pPr>
            <w:sdt>
              <w:sdtPr>
                <w:alias w:val="Objektanschrift"/>
                <w:tag w:val="OBJ_ADDRESS"/>
                <w:id w:val="912"/>
                <w:text/>
                <w:showingPlcHdr/>
              </w:sdtPr>
              <w:sdtContent>
                <w:r>
                  <w:rPr>
                    <w:color w:val="8B9CAA"/>
                    <w:sz w:val="18"/>
                    <w:rFonts w:ascii="Carlito" w:hAnsi="Carlito"/>
                  </w:rPr>
                  <w:t>Straße, Hausnummer, PLZ, Ort</w:t>
                </w:r>
              </w:sdtContent>
            </w:sdt>
          </w:p>
        </w:tc>
      </w:tr>
    </w:tbl>
    <w:p>
      <w:pPr>
        <w:spacing w:after="0" w:line="240" w:lineRule="auto"/>
      </w:pPr>
      <w:r>
        <w:rPr>
          <w:sz w:val="4"/>
        </w:rPr>
        <w:t xml:space="preserve"> </w:t>
      </w:r>
    </w:p>
    <w:tbl>
      <w:tblPr>
        <w:tblW w:type="auto" w:w="0"/>
        <w:jc w:val="center"/>
        <w:tblLayout w:type="fixed"/>
        <w:tblLook w:firstColumn="1" w:firstRow="1" w:lastColumn="0" w:lastRow="0" w:noHBand="0" w:noVBand="1" w:val="04A0"/>
        <w:tblCellSpacing w:w="60" w:type="dxa"/>
      </w:tblPr>
      <w:tblGrid>
        <w:gridCol w:w="5244"/>
        <w:gridCol w:w="4791"/>
      </w:tblGrid>
      <w:tr>
        <w:tc>
          <w:tcPr>
            <w:tcW w:type="dxa" w:w="5244"/>
            <w:tcMar>
              <w:top w:w="85" w:type="dxa"/>
              <w:start w:w="140" w:type="dxa"/>
              <w:bottom w:w="70" w:type="dxa"/>
              <w:end w:w="140" w:type="dxa"/>
            </w:tcMar>
            <w:shd w:fill="F2F6F8"/>
            <w:tcBorders>
              <w:bottom w:val="single" w:sz="5" w:color="D8E2E7"/>
            </w:tcBorders>
            <w:vAlign w:val="center"/>
          </w:tcPr>
          <w:p>
            <w:pPr>
              <w:pStyle w:val="FieldLabel"/>
              <w:spacing w:after="30"/>
            </w:pPr>
            <w:r>
              <w:rPr>
                <w:b w:val="0"/>
              </w:rPr>
              <w:t>Amtsgericht / Grundbuchamt</w:t>
            </w:r>
          </w:p>
          <w:p>
            <w:pPr>
              <w:spacing w:before="0" w:after="0"/>
            </w:pPr>
            <w:sdt>
              <w:sdtPr>
                <w:alias w:val="Amtsgericht / Grundbuchamt"/>
                <w:tag w:val="OBJ_COURT"/>
                <w:id w:val="913"/>
                <w:text/>
                <w:showingPlcHdr/>
              </w:sdtPr>
              <w:sdtContent>
                <w:r>
                  <w:rPr>
                    <w:color w:val="8B9CAA"/>
                    <w:sz w:val="18"/>
                    <w:rFonts w:ascii="Carlito" w:hAnsi="Carlito"/>
                  </w:rPr>
                  <w:t>Zuständiges Grundbuchamt</w:t>
                </w:r>
              </w:sdtContent>
            </w:sdt>
          </w:p>
        </w:tc>
        <w:tc>
          <w:tcPr>
            <w:tcW w:type="dxa" w:w="4791"/>
            <w:tcMar>
              <w:top w:w="85" w:type="dxa"/>
              <w:start w:w="140" w:type="dxa"/>
              <w:bottom w:w="70" w:type="dxa"/>
              <w:end w:w="140" w:type="dxa"/>
            </w:tcMar>
            <w:shd w:fill="F2F6F8"/>
            <w:tcBorders>
              <w:bottom w:val="single" w:sz="5" w:color="D8E2E7"/>
            </w:tcBorders>
            <w:vAlign w:val="center"/>
          </w:tcPr>
          <w:p>
            <w:pPr>
              <w:pStyle w:val="FieldLabel"/>
              <w:spacing w:after="30"/>
            </w:pPr>
            <w:r>
              <w:rPr>
                <w:b w:val="0"/>
              </w:rPr>
              <w:t>Grundbuch von</w:t>
            </w:r>
          </w:p>
          <w:p>
            <w:pPr>
              <w:spacing w:before="0" w:after="0"/>
            </w:pPr>
            <w:sdt>
              <w:sdtPr>
                <w:alias w:val="Grundbuch von"/>
                <w:tag w:val="OBJ_BOOK"/>
                <w:id w:val="914"/>
                <w:text/>
                <w:showingPlcHdr/>
              </w:sdtPr>
              <w:sdtContent>
                <w:r>
                  <w:rPr>
                    <w:color w:val="8B9CAA"/>
                    <w:sz w:val="18"/>
                    <w:rFonts w:ascii="Carlito" w:hAnsi="Carlito"/>
                  </w:rPr>
                  <w:t>Grundbuchbezirk</w:t>
                </w:r>
              </w:sdtContent>
            </w:sdt>
          </w:p>
        </w:tc>
      </w:tr>
    </w:tbl>
    <w:p>
      <w:pPr>
        <w:spacing w:after="0" w:line="240" w:lineRule="auto"/>
      </w:pPr>
      <w:r>
        <w:rPr>
          <w:sz w:val="4"/>
        </w:rPr>
        <w:t xml:space="preserve"> </w:t>
      </w:r>
    </w:p>
    <w:tbl>
      <w:tblPr>
        <w:tblW w:type="auto" w:w="0"/>
        <w:jc w:val="center"/>
        <w:tblLayout w:type="fixed"/>
        <w:tblLook w:firstColumn="1" w:firstRow="1" w:lastColumn="0" w:lastRow="0" w:noHBand="0" w:noVBand="1" w:val="04A0"/>
        <w:tblCellSpacing w:w="60" w:type="dxa"/>
      </w:tblPr>
      <w:tblGrid>
        <w:gridCol w:w="2324"/>
        <w:gridCol w:w="3402"/>
        <w:gridCol w:w="4309"/>
      </w:tblGrid>
      <w:tr>
        <w:tc>
          <w:tcPr>
            <w:tcW w:type="dxa" w:w="2324"/>
            <w:tcMar>
              <w:top w:w="85" w:type="dxa"/>
              <w:start w:w="140" w:type="dxa"/>
              <w:bottom w:w="70" w:type="dxa"/>
              <w:end w:w="140" w:type="dxa"/>
            </w:tcMar>
            <w:shd w:fill="F2F6F8"/>
            <w:tcBorders>
              <w:bottom w:val="single" w:sz="5" w:color="D8E2E7"/>
            </w:tcBorders>
            <w:vAlign w:val="center"/>
          </w:tcPr>
          <w:p>
            <w:pPr>
              <w:pStyle w:val="FieldLabel"/>
              <w:spacing w:after="30"/>
            </w:pPr>
            <w:r>
              <w:rPr>
                <w:b w:val="0"/>
              </w:rPr>
              <w:t>Blatt-Nr.</w:t>
            </w:r>
          </w:p>
          <w:p>
            <w:pPr>
              <w:spacing w:before="0" w:after="0"/>
            </w:pPr>
            <w:sdt>
              <w:sdtPr>
                <w:alias w:val="Blatt-Nr."/>
                <w:tag w:val="OBJ_BLATT"/>
                <w:id w:val="915"/>
                <w:text/>
                <w:showingPlcHdr/>
              </w:sdtPr>
              <w:sdtContent>
                <w:r>
                  <w:rPr>
                    <w:color w:val="8B9CAA"/>
                    <w:sz w:val="18"/>
                    <w:rFonts w:ascii="Carlito" w:hAnsi="Carlito"/>
                  </w:rPr>
                  <w:t>Blattnummer</w:t>
                </w:r>
              </w:sdtContent>
            </w:sdt>
          </w:p>
        </w:tc>
        <w:tc>
          <w:tcPr>
            <w:tcW w:type="dxa" w:w="3402"/>
            <w:tcMar>
              <w:top w:w="85" w:type="dxa"/>
              <w:start w:w="140" w:type="dxa"/>
              <w:bottom w:w="70" w:type="dxa"/>
              <w:end w:w="140" w:type="dxa"/>
            </w:tcMar>
            <w:shd w:fill="F2F6F8"/>
            <w:tcBorders>
              <w:bottom w:val="single" w:sz="5" w:color="D8E2E7"/>
            </w:tcBorders>
            <w:vAlign w:val="center"/>
          </w:tcPr>
          <w:p>
            <w:pPr>
              <w:pStyle w:val="FieldLabel"/>
              <w:spacing w:after="30"/>
            </w:pPr>
            <w:r>
              <w:rPr>
                <w:b w:val="0"/>
              </w:rPr>
              <w:t>Gemarkung</w:t>
            </w:r>
          </w:p>
          <w:p>
            <w:pPr>
              <w:spacing w:before="0" w:after="0"/>
            </w:pPr>
            <w:sdt>
              <w:sdtPr>
                <w:alias w:val="Gemarkung"/>
                <w:tag w:val="OBJ_GEM"/>
                <w:id w:val="916"/>
                <w:text/>
                <w:showingPlcHdr/>
              </w:sdtPr>
              <w:sdtContent>
                <w:r>
                  <w:rPr>
                    <w:color w:val="8B9CAA"/>
                    <w:sz w:val="18"/>
                    <w:rFonts w:ascii="Carlito" w:hAnsi="Carlito"/>
                  </w:rPr>
                  <w:t>Gemarkung</w:t>
                </w:r>
              </w:sdtContent>
            </w:sdt>
          </w:p>
        </w:tc>
        <w:tc>
          <w:tcPr>
            <w:tcW w:type="dxa" w:w="4309"/>
            <w:tcMar>
              <w:top w:w="85" w:type="dxa"/>
              <w:start w:w="140" w:type="dxa"/>
              <w:bottom w:w="70" w:type="dxa"/>
              <w:end w:w="140" w:type="dxa"/>
            </w:tcMar>
            <w:shd w:fill="F2F6F8"/>
            <w:tcBorders>
              <w:bottom w:val="single" w:sz="5" w:color="D8E2E7"/>
            </w:tcBorders>
            <w:vAlign w:val="center"/>
          </w:tcPr>
          <w:p>
            <w:pPr>
              <w:pStyle w:val="FieldLabel"/>
              <w:spacing w:after="30"/>
            </w:pPr>
            <w:r>
              <w:rPr>
                <w:b w:val="0"/>
              </w:rPr>
              <w:t>Flur / Flurstück</w:t>
            </w:r>
          </w:p>
          <w:p>
            <w:pPr>
              <w:spacing w:before="0" w:after="0"/>
            </w:pPr>
            <w:sdt>
              <w:sdtPr>
                <w:alias w:val="Flur / Flurstück"/>
                <w:tag w:val="OBJ_FLUR"/>
                <w:id w:val="917"/>
                <w:text/>
                <w:showingPlcHdr/>
              </w:sdtPr>
              <w:sdtContent>
                <w:r>
                  <w:rPr>
                    <w:color w:val="8B9CAA"/>
                    <w:sz w:val="18"/>
                    <w:rFonts w:ascii="Carlito" w:hAnsi="Carlito"/>
                  </w:rPr>
                  <w:t>Flur und Flurstück</w:t>
                </w:r>
              </w:sdtContent>
            </w:sdt>
          </w:p>
        </w:tc>
      </w:tr>
    </w:tbl>
    <w:p>
      <w:pPr>
        <w:spacing w:after="0" w:line="240" w:lineRule="auto"/>
      </w:pPr>
      <w:r>
        <w:rPr>
          <w:sz w:val="4"/>
        </w:rPr>
        <w:t xml:space="preserve"> </w:t>
      </w:r>
    </w:p>
    <w:p>
      <w:pPr>
        <w:keepNext/>
        <w:spacing w:before="140" w:after="80"/>
      </w:pPr>
      <w:r>
        <w:rPr>
          <w:b/>
          <w:color w:val="007D79"/>
          <w:sz w:val="20"/>
        </w:rPr>
        <w:t xml:space="preserve">04  </w:t>
      </w:r>
      <w:r>
        <w:rPr>
          <w:b/>
          <w:color w:val="17334D"/>
          <w:sz w:val="20"/>
        </w:rPr>
        <w:t>Umfang der Vollmacht</w:t>
      </w:r>
    </w:p>
    <w:p>
      <w:pPr>
        <w:pStyle w:val="BodySmall"/>
        <w:spacing w:after="80"/>
      </w:pPr>
      <w:r>
        <w:t>Hiermit bevollmächtige ich die oben genannte Person, für das bezeichnete Grundstück in meinem Namen beim zuständigen Grundbuchamt einen Grundbuchauszug zu beantragen, hierfür erforderliche Erklärungen abzugeben und den Auszug entgegenzunehmen. Ich stimme der dafür notwendigen Grundbucheinsicht im Einzelfall zu.</w:t>
      </w:r>
    </w:p>
    <w:p>
      <w:pPr>
        <w:spacing w:after="60"/>
      </w:pPr>
      <w:r>
        <w:rPr>
          <w:b/>
          <w:color w:val="17334D"/>
          <w:sz w:val="16"/>
        </w:rPr>
        <w:t xml:space="preserve">Gewünschter Auszug:   </w:t>
      </w:r>
      <w:sdt>
        <w:sdtPr>
          <w:alias w:val="einfacher Ausdruck"/>
          <w:tag w:val="TYPE_SIMPLE"/>
          <w:id w:val="918"/>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einfacher Ausdruck     </w:t>
      </w:r>
      <w:sdt>
        <w:sdtPr>
          <w:alias w:val="amtlicher Ausdruck (beglaubigt)"/>
          <w:tag w:val="TYPE_OFFICIAL"/>
          <w:id w:val="919"/>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amtlicher Ausdruck (beglaubigt)     </w:t>
      </w:r>
    </w:p>
    <w:p>
      <w:pPr>
        <w:spacing w:after="80"/>
      </w:pPr>
      <w:r>
        <w:rPr>
          <w:b/>
          <w:color w:val="17334D"/>
          <w:sz w:val="16"/>
        </w:rPr>
        <w:t xml:space="preserve">Entgegennahme:   </w:t>
      </w:r>
      <w:sdt>
        <w:sdtPr>
          <w:alias w:val="Abholung"/>
          <w:tag w:val="DEL_PICK"/>
          <w:id w:val="920"/>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Abholung     </w:t>
      </w:r>
      <w:sdt>
        <w:sdtPr>
          <w:alias w:val="Post an Vollmachtgeber/in"/>
          <w:tag w:val="DEL_GRANT"/>
          <w:id w:val="921"/>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Post an Vollmachtgeber/in     </w:t>
      </w:r>
      <w:sdt>
        <w:sdtPr>
          <w:alias w:val="Post an bevollmächtigte Person"/>
          <w:tag w:val="DEL_PROXY"/>
          <w:id w:val="922"/>
          <w14:checkbox>
            <w14:checked w14:val="0"/>
            <w14:checkedState w14:val="2612" w14:font="DejaVu Sans"/>
            <w14:uncheckedState w14:val="2610" w14:font="DejaVu Sans"/>
          </w14:checkbox>
        </w:sdtPr>
        <w:sdtContent>
          <w:r>
            <w:rPr>
              <w:rFonts w:ascii="DejaVu Sans" w:hAnsi="DejaVu Sans"/>
              <w:sz w:val="19"/>
            </w:rPr>
            <w:t>☐</w:t>
          </w:r>
        </w:sdtContent>
      </w:sdt>
      <w:r>
        <w:rPr>
          <w:b w:val="0"/>
          <w:sz w:val="16"/>
        </w:rPr>
        <w:t xml:space="preserve">  Post an bevollmächtigte Person     </w:t>
      </w:r>
    </w:p>
    <w:p>
      <w:pPr>
        <w:pStyle w:val="Fine"/>
        <w:spacing w:after="0"/>
      </w:pPr>
      <w:r>
        <w:rPr>
          <w:b/>
          <w:color w:val="17334D"/>
          <w:sz w:val="15"/>
        </w:rPr>
        <w:t xml:space="preserve">Nicht umfasst: </w:t>
      </w:r>
      <w:r>
        <w:rPr>
          <w:b w:val="0"/>
          <w:sz w:val="15"/>
        </w:rPr>
        <w:t>Grundbuchänderungen, Grundstücksverfügungen sowie die Erteilung von Untervollmachten.</w:t>
      </w:r>
    </w:p>
    <w:p>
      <w:pPr>
        <w:keepNext/>
        <w:spacing w:before="140" w:after="80"/>
      </w:pPr>
      <w:r>
        <w:rPr>
          <w:b/>
          <w:color w:val="007D79"/>
          <w:sz w:val="20"/>
        </w:rPr>
        <w:t xml:space="preserve">05  </w:t>
      </w:r>
      <w:r>
        <w:rPr>
          <w:b/>
          <w:color w:val="17334D"/>
          <w:sz w:val="20"/>
        </w:rPr>
        <w:t>Gültigkeit und Unterzeichnung</w:t>
      </w:r>
    </w:p>
    <w:p>
      <w:pPr>
        <w:pStyle w:val="BodySmall"/>
        <w:spacing w:after="80"/>
      </w:pPr>
      <w:r>
        <w:t>Die Vollmacht gilt ab Unterzeichnung für diesen einzelnen Vorgang und endet nach dessen Erledigung. Ein Widerruf ist jederzeit möglich.</w:t>
      </w:r>
    </w:p>
    <w:tbl>
      <w:tblPr>
        <w:tblW w:type="auto" w:w="0"/>
        <w:jc w:val="center"/>
        <w:tblLayout w:type="fixed"/>
        <w:tblLook w:firstColumn="1" w:firstRow="1" w:lastColumn="0" w:lastRow="0" w:noHBand="0" w:noVBand="1" w:val="04A0"/>
        <w:tblCellSpacing w:w="60" w:type="dxa"/>
      </w:tblPr>
      <w:tblGrid>
        <w:gridCol w:w="4706"/>
        <w:gridCol w:w="5329"/>
      </w:tblGrid>
      <w:tr>
        <w:tc>
          <w:tcPr>
            <w:tcW w:type="dxa" w:w="4706"/>
            <w:tcMar>
              <w:top w:w="85" w:type="dxa"/>
              <w:start w:w="140" w:type="dxa"/>
              <w:bottom w:w="70" w:type="dxa"/>
              <w:end w:w="140" w:type="dxa"/>
            </w:tcMar>
            <w:shd w:fill="F2F6F8"/>
            <w:tcBorders>
              <w:bottom w:val="single" w:sz="5" w:color="D8E2E7"/>
            </w:tcBorders>
            <w:vAlign w:val="center"/>
          </w:tcPr>
          <w:p>
            <w:pPr>
              <w:pStyle w:val="FieldLabel"/>
              <w:spacing w:after="30"/>
            </w:pPr>
            <w:r>
              <w:rPr>
                <w:b w:val="0"/>
              </w:rPr>
              <w:t>Optional: Gültig längstens bis</w:t>
            </w:r>
          </w:p>
          <w:p>
            <w:pPr>
              <w:spacing w:before="0" w:after="0"/>
            </w:pPr>
            <w:sdt>
              <w:sdtPr>
                <w:alias w:val="Optional: Gültig längstens bis"/>
                <w:tag w:val="VALID_TO"/>
                <w:id w:val="923"/>
                <w:text/>
                <w:showingPlcHdr/>
              </w:sdtPr>
              <w:sdtContent>
                <w:r>
                  <w:rPr>
                    <w:color w:val="8B9CAA"/>
                    <w:sz w:val="18"/>
                    <w:rFonts w:ascii="Carlito" w:hAnsi="Carlito"/>
                  </w:rPr>
                  <w:t>TT.MM.JJJJ</w:t>
                </w:r>
              </w:sdtContent>
            </w:sdt>
          </w:p>
        </w:tc>
        <w:tc>
          <w:tcPr>
            <w:tcW w:type="dxa" w:w="5329"/>
            <w:tcMar>
              <w:top w:w="85" w:type="dxa"/>
              <w:start w:w="140" w:type="dxa"/>
              <w:bottom w:w="70" w:type="dxa"/>
              <w:end w:w="140" w:type="dxa"/>
            </w:tcMar>
            <w:shd w:fill="F2F6F8"/>
            <w:tcBorders>
              <w:bottom w:val="single" w:sz="5" w:color="D8E2E7"/>
            </w:tcBorders>
            <w:vAlign w:val="center"/>
          </w:tcPr>
          <w:p>
            <w:pPr>
              <w:pStyle w:val="FieldLabel"/>
              <w:spacing w:after="30"/>
            </w:pPr>
            <w:r>
              <w:rPr>
                <w:b w:val="0"/>
              </w:rPr>
              <w:t>Ort und Datum</w:t>
            </w:r>
          </w:p>
          <w:p>
            <w:pPr>
              <w:spacing w:before="0" w:after="0"/>
            </w:pPr>
            <w:sdt>
              <w:sdtPr>
                <w:alias w:val="Ort und Datum"/>
                <w:tag w:val="SIGN_DATE"/>
                <w:id w:val="924"/>
                <w:text/>
                <w:showingPlcHdr/>
              </w:sdtPr>
              <w:sdtContent>
                <w:r>
                  <w:rPr>
                    <w:color w:val="8B9CAA"/>
                    <w:sz w:val="18"/>
                    <w:rFonts w:ascii="Carlito" w:hAnsi="Carlito"/>
                  </w:rPr>
                  <w:t>Ort, TT.MM.JJJJ</w:t>
                </w:r>
              </w:sdtContent>
            </w:sdt>
          </w:p>
        </w:tc>
      </w:tr>
    </w:tbl>
    <w:p>
      <w:pPr>
        <w:spacing w:after="0" w:line="240" w:lineRule="auto"/>
      </w:pPr>
      <w:r>
        <w:rPr>
          <w:sz w:val="4"/>
        </w:rPr>
        <w:t xml:space="preserve"> </w:t>
      </w:r>
    </w:p>
    <w:tbl>
      <w:tblPr>
        <w:tblW w:type="auto" w:w="0"/>
        <w:tblLayout w:type="fixed"/>
        <w:tblLook w:firstColumn="1" w:firstRow="1" w:lastColumn="0" w:lastRow="0" w:noHBand="0" w:noVBand="1" w:val="04A0"/>
      </w:tblPr>
      <w:tblGrid>
        <w:gridCol w:w="5386"/>
        <w:gridCol w:w="4649"/>
      </w:tblGrid>
      <w:tr>
        <w:tc>
          <w:tcPr>
            <w:tcW w:type="dxa" w:w="5018"/>
            <w:tcMar>
              <w:top w:w="210" w:type="dxa"/>
              <w:start w:w="50" w:type="dxa"/>
              <w:bottom w:w="50" w:type="dxa"/>
              <w:end w:w="130" w:type="dxa"/>
            </w:tcMar>
          </w:tcPr>
          <w:p>
            <w:pPr>
              <w:spacing w:before="60"/>
              <w:pBdr>
                <w:bottom w:val="single" w:sz="5" w:color="8195A3"/>
              </w:pBdr>
            </w:pPr>
            <w:r>
              <w:rPr>
                <w:b w:val="0"/>
                <w:sz w:val="18"/>
              </w:rPr>
              <w:t xml:space="preserve"> </w:t>
            </w:r>
          </w:p>
          <w:p>
            <w:r>
              <w:rPr>
                <w:b/>
                <w:color w:val="17334D"/>
                <w:sz w:val="15"/>
              </w:rPr>
              <w:t>Unterschrift Vollmachtgeber/in</w:t>
            </w:r>
            <w:r>
              <w:rPr>
                <w:b w:val="0"/>
                <w:color w:val="647383"/>
                <w:sz w:val="14"/>
              </w:rPr>
              <w:t xml:space="preserve"> · verpflichtend</w:t>
            </w:r>
          </w:p>
        </w:tc>
        <w:tc>
          <w:tcPr>
            <w:tcW w:type="dxa" w:w="5018"/>
            <w:tcMar>
              <w:top w:w="210" w:type="dxa"/>
              <w:start w:w="50" w:type="dxa"/>
              <w:bottom w:w="50" w:type="dxa"/>
              <w:end w:w="130" w:type="dxa"/>
            </w:tcMar>
          </w:tcPr>
          <w:p>
            <w:pPr>
              <w:spacing w:before="60"/>
              <w:pBdr>
                <w:bottom w:val="single" w:sz="5" w:color="8195A3"/>
              </w:pBdr>
            </w:pPr>
            <w:r>
              <w:rPr>
                <w:b w:val="0"/>
                <w:sz w:val="18"/>
              </w:rPr>
              <w:t xml:space="preserve"> </w:t>
            </w:r>
          </w:p>
          <w:p>
            <w:r>
              <w:rPr>
                <w:b/>
                <w:color w:val="17334D"/>
                <w:sz w:val="15"/>
              </w:rPr>
              <w:t>Weitere Unterschrift</w:t>
            </w:r>
            <w:r>
              <w:rPr>
                <w:b w:val="0"/>
                <w:color w:val="647383"/>
                <w:sz w:val="14"/>
              </w:rPr>
              <w:t xml:space="preserve"> · falls mehrere Personen Vollmacht erteilen</w:t>
            </w:r>
          </w:p>
        </w:tc>
      </w:tr>
    </w:tbl>
    <w:p>
      <w:pPr>
        <w:spacing w:before="140"/>
      </w:pPr>
      <w:r>
        <w:rPr>
          <w:b/>
          <w:color w:val="007D79"/>
          <w:sz w:val="15"/>
        </w:rPr>
        <w:t xml:space="preserve">HINWEIS   </w:t>
      </w:r>
      <w:r>
        <w:rPr>
          <w:b w:val="0"/>
          <w:color w:val="647383"/>
          <w:sz w:val="14"/>
        </w:rPr>
        <w:t>Das Grundbuchamt prüft die Berechtigung und kann Ausweis oder Belege verlangen. Diese Vollmacht ersetzt keinen ggf. erforderlichen Nachweis des berechtigten Interesses. Auswahl und Versand richten sich nach dem Angebot des zuständigen Grundbuchamts.</w:t>
      </w:r>
    </w:p>
    <w:sectPr w:rsidR="00FC693F" w:rsidRPr="0006063C" w:rsidSect="00034616">
      <w:footerReference w:type="default" r:id="rId9"/>
      <w:pgSz w:w="11906" w:h="16838"/>
      <w:pgMar w:top="811" w:right="935" w:bottom="680" w:left="935" w:header="283"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b w:val="0"/>
        <w:color w:val="9CA9B2"/>
        <w:sz w:val="14"/>
      </w:rPr>
      <w:t>VOLLMACHT  ·  GRUNDBUCHAUSZUG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9" w:lineRule="auto"/>
    </w:pPr>
    <w:rPr>
      <w:rFonts w:ascii="Carlito" w:hAnsi="Carlito"/>
      <w:color w:val="20304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pPr>
      <w:spacing w:before="0" w:after="0" w:line="259" w:lineRule="auto"/>
    </w:pPr>
    <w:rPr>
      <w:rFonts w:ascii="Carlito" w:hAnsi="Carlito"/>
      <w:b/>
      <w:color w:val="17334D"/>
      <w:sz w:val="38"/>
    </w:rPr>
  </w:style>
  <w:style w:type="paragraph" w:customStyle="1" w:styleId="FormSubtitle">
    <w:name w:val="FormSubtitle"/>
    <w:pPr>
      <w:spacing w:before="0" w:after="0" w:line="259" w:lineRule="auto"/>
    </w:pPr>
    <w:rPr>
      <w:rFonts w:ascii="Carlito" w:hAnsi="Carlito"/>
      <w:b w:val="0"/>
      <w:color w:val="647383"/>
      <w:sz w:val="18"/>
    </w:rPr>
  </w:style>
  <w:style w:type="paragraph" w:customStyle="1" w:styleId="SecHead">
    <w:name w:val="SecHead"/>
    <w:pPr>
      <w:spacing w:before="0" w:after="0" w:line="259" w:lineRule="auto"/>
    </w:pPr>
    <w:rPr>
      <w:rFonts w:ascii="Carlito" w:hAnsi="Carlito"/>
      <w:b/>
      <w:color w:val="17334D"/>
      <w:sz w:val="20"/>
    </w:rPr>
  </w:style>
  <w:style w:type="paragraph" w:customStyle="1" w:styleId="BodySmall">
    <w:name w:val="BodySmall"/>
    <w:pPr>
      <w:spacing w:before="0" w:after="0" w:line="259" w:lineRule="auto"/>
    </w:pPr>
    <w:rPr>
      <w:rFonts w:ascii="Carlito" w:hAnsi="Carlito"/>
      <w:b w:val="0"/>
      <w:color w:val="203040"/>
      <w:sz w:val="17"/>
    </w:rPr>
  </w:style>
  <w:style w:type="paragraph" w:customStyle="1" w:styleId="FieldLabel">
    <w:name w:val="FieldLabel"/>
    <w:pPr>
      <w:spacing w:before="0" w:after="0" w:line="259" w:lineRule="auto"/>
    </w:pPr>
    <w:rPr>
      <w:rFonts w:ascii="Carlito" w:hAnsi="Carlito"/>
      <w:b/>
      <w:color w:val="647383"/>
      <w:sz w:val="15"/>
    </w:rPr>
  </w:style>
  <w:style w:type="paragraph" w:customStyle="1" w:styleId="Fine">
    <w:name w:val="Fine"/>
    <w:pPr>
      <w:spacing w:before="0" w:after="0" w:line="259" w:lineRule="auto"/>
    </w:pPr>
    <w:rPr>
      <w:rFonts w:ascii="Carlito" w:hAnsi="Carlito"/>
      <w:b w:val="0"/>
      <w:color w:val="647383"/>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einen Grundbuchauszug - Vorlage</dc:title>
  <dc:subject>Editierbare Vollmacht zur Beantragung und Entgegennahme eines Grundbuchauszugs</dc:subject>
  <dc:creator/>
  <cp:keywords/>
  <dc:description/>
  <cp:lastModifiedBy/>
  <cp:revision>1</cp:revision>
  <dcterms:created xsi:type="dcterms:W3CDTF">2013-12-23T23:15:00Z</dcterms:created>
  <dcterms:modified xsi:type="dcterms:W3CDTF">2013-12-23T23:15:00Z</dcterms:modified>
  <cp:category/>
</cp:coreProperties>
</file>