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7654"/>
        <w:gridCol w:w="2494"/>
      </w:tblGrid>
      <w:tr>
        <w:tc>
          <w:tcPr>
            <w:tcW w:type="dxa" w:w="5074"/>
            <w:shd w:fill="173C40"/>
            <w:tcMar>
              <w:top w:w="245" w:type="dxa"/>
              <w:start w:w="260" w:type="dxa"/>
              <w:bottom w:w="245" w:type="dxa"/>
              <w:end w:w="250" w:type="dxa"/>
            </w:tcMar>
          </w:tcPr>
          <w:p>
            <w:pPr>
              <w:spacing w:before="0" w:after="100" w:line="250" w:lineRule="auto"/>
            </w:pPr>
            <w:r>
              <w:rPr>
                <w:rFonts w:ascii="Inter" w:hAnsi="Inter"/>
                <w:b/>
                <w:color w:val="B6D3CB"/>
                <w:sz w:val="16"/>
              </w:rPr>
              <w:t>VOLLMACHT  /  HUND</w:t>
            </w:r>
          </w:p>
          <w:p>
            <w:pPr>
              <w:spacing w:before="0" w:after="140" w:line="250" w:lineRule="auto"/>
            </w:pPr>
            <w:r>
              <w:rPr>
                <w:rFonts w:ascii="Inter" w:hAnsi="Inter"/>
                <w:b/>
                <w:color w:val="FFFFFF"/>
                <w:sz w:val="36"/>
              </w:rPr>
              <w:t>Vollmacht für einen Hund</w:t>
            </w:r>
          </w:p>
          <w:p>
            <w:pPr>
              <w:spacing w:before="0" w:after="0" w:line="250" w:lineRule="auto"/>
            </w:pPr>
            <w:r>
              <w:rPr>
                <w:rFonts w:ascii="Inter" w:hAnsi="Inter"/>
                <w:b w:val="0"/>
                <w:color w:val="DCEBE6"/>
                <w:sz w:val="17"/>
              </w:rPr>
              <w:t>Betreuung · Abholung · Tierarzt · Notfall</w:t>
            </w:r>
          </w:p>
        </w:tc>
        <w:tc>
          <w:tcPr>
            <w:tcW w:type="dxa" w:w="5074"/>
            <w:shd w:fill="173C40"/>
            <w:tcMar>
              <w:top w:w="245" w:type="dxa"/>
              <w:start w:w="260" w:type="dxa"/>
              <w:bottom w:w="245" w:type="dxa"/>
              <w:end w:w="250" w:type="dxa"/>
            </w:tcMar>
          </w:tcPr>
          <w:p>
            <w:pPr>
              <w:spacing w:before="120" w:after="120" w:line="250" w:lineRule="auto"/>
              <w:jc w:val="right"/>
            </w:pPr>
            <w:r>
              <w:rPr>
                <w:rFonts w:ascii="Inter" w:hAnsi="Inter"/>
                <w:b/>
                <w:color w:val="F0BB94"/>
                <w:sz w:val="26"/>
              </w:rPr>
              <w:t>01 / 02</w:t>
            </w:r>
          </w:p>
          <w:p>
            <w:pPr>
              <w:spacing w:before="0" w:after="0" w:line="250" w:lineRule="auto"/>
              <w:jc w:val="right"/>
            </w:pPr>
            <w:r>
              <w:rPr>
                <w:rFonts w:ascii="Inter" w:hAnsi="Inter"/>
                <w:b/>
                <w:color w:val="DCEBE6"/>
                <w:sz w:val="16"/>
              </w:rPr>
              <w:t>VERBINDLICHE</w:t>
              <w:br/>
              <w:t>VOLLMACHT</w:t>
            </w:r>
          </w:p>
        </w:tc>
      </w:tr>
    </w:tbl>
    <w:p>
      <w:pPr>
        <w:spacing w:before="0" w:after="0" w:line="100" w:lineRule="exact"/>
      </w:pPr>
      <w:r>
        <w:rPr>
          <w:sz w:val="4"/>
        </w:rPr>
        <w:t xml:space="preserve"> </w:t>
      </w:r>
    </w:p>
    <w:p>
      <w:pPr>
        <w:spacing w:before="0" w:after="80" w:line="269" w:lineRule="auto"/>
      </w:pPr>
      <w:r>
        <w:rPr>
          <w:rFonts w:ascii="Inter" w:hAnsi="Inter"/>
          <w:b w:val="0"/>
          <w:color w:val="1C3034"/>
          <w:sz w:val="17"/>
        </w:rPr>
        <w:t>Mit dieser Erklärung ermächtige ich die unten genannte Person, meinen Hund für den angegebenen Zeitraum im ausgewählten Umfang zu betreuen und mich insoweit gegenüber Dritten zu vertreten.</w:t>
      </w:r>
    </w:p>
    <w:tbl>
      <w:tblPr>
        <w:tblW w:type="auto" w:w="0"/>
        <w:tblLayout w:type="fixed"/>
        <w:tblLook w:firstColumn="1" w:firstRow="1" w:lastColumn="0" w:lastRow="0" w:noHBand="0" w:noVBand="1" w:val="04A0"/>
      </w:tblPr>
      <w:tblGrid>
        <w:gridCol w:w="7654"/>
        <w:gridCol w:w="2551"/>
      </w:tblGrid>
      <w:tr>
        <w:tc>
          <w:tcPr>
            <w:tcW w:type="dxa" w:w="5074"/>
            <w:tcMar>
              <w:top w:w="130" w:type="dxa"/>
              <w:start w:w="0" w:type="dxa"/>
              <w:bottom w:w="55" w:type="dxa"/>
              <w:end w:w="0" w:type="dxa"/>
            </w:tcMar>
            <w:tcBorders>
              <w:bottom w:val="single" w:color="2B5C5A" w:sz="12"/>
            </w:tcBorders>
          </w:tcPr>
          <w:p>
            <w:pPr>
              <w:spacing w:before="0" w:after="0" w:line="250" w:lineRule="auto"/>
            </w:pPr>
            <w:r>
              <w:rPr>
                <w:rFonts w:ascii="Inter" w:hAnsi="Inter"/>
                <w:b/>
                <w:color w:val="C67B52"/>
                <w:sz w:val="18"/>
              </w:rPr>
              <w:t xml:space="preserve">01   </w:t>
            </w:r>
            <w:r>
              <w:rPr>
                <w:rFonts w:ascii="Inter" w:hAnsi="Inter"/>
                <w:b/>
                <w:color w:val="173C40"/>
                <w:sz w:val="22"/>
              </w:rPr>
              <w:t>Beteiligte</w:t>
            </w:r>
          </w:p>
        </w:tc>
        <w:tc>
          <w:tcPr>
            <w:tcW w:type="dxa" w:w="5074"/>
            <w:tcMar>
              <w:top w:w="130" w:type="dxa"/>
              <w:start w:w="0" w:type="dxa"/>
              <w:bottom w:w="55" w:type="dxa"/>
              <w:end w:w="0" w:type="dxa"/>
            </w:tcMar>
            <w:tcBorders>
              <w:bottom w:val="single" w:color="2B5C5A" w:sz="12"/>
            </w:tcBorders>
          </w:tcPr>
          <w:p>
            <w:pPr>
              <w:spacing w:before="0" w:after="0" w:line="250" w:lineRule="auto"/>
              <w:jc w:val="right"/>
            </w:pPr>
            <w:r>
              <w:rPr>
                <w:rFonts w:ascii="Inter" w:hAnsi="Inter"/>
                <w:b w:val="0"/>
                <w:color w:val="62747A"/>
                <w:sz w:val="14"/>
              </w:rPr>
              <w:t>Pflichtangaben</w:t>
            </w:r>
          </w:p>
        </w:tc>
      </w:tr>
    </w:tbl>
    <w:p>
      <w:pPr>
        <w:spacing w:before="0" w:after="0" w:line="60" w:lineRule="exact"/>
      </w:pPr>
      <w:r>
        <w:rPr>
          <w:sz w:val="4"/>
        </w:rPr>
        <w:t xml:space="preserve"> </w:t>
      </w:r>
    </w:p>
    <w:tbl>
      <w:tblPr>
        <w:tblW w:type="auto" w:w="0"/>
        <w:tblLayout w:type="fixed"/>
        <w:tblLook w:firstColumn="1" w:firstRow="1" w:lastColumn="0" w:lastRow="0" w:noHBand="0" w:noVBand="1" w:val="04A0"/>
      </w:tblPr>
      <w:tblGrid>
        <w:gridCol w:w="5102"/>
        <w:gridCol w:w="5102"/>
      </w:tblGrid>
      <w:tr>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HALTER/IN ODER VERFÜGUNGSBERECHTIGTE PERSON</w:t>
            </w:r>
          </w:p>
          <w:p>
            <w:pPr>
              <w:spacing w:before="0" w:after="0" w:line="250" w:lineRule="auto"/>
            </w:pPr>
            <w:sdt>
              <w:sdtPr>
                <w:id w:val="3101"/>
                <w:alias w:val="halter name"/>
                <w:tag w:val="halter_name"/>
                <w:text/>
              </w:sdtPr>
              <w:sdtContent>
                <w:r>
                  <w:rPr>
                    <w:color w:val="7D9492"/>
                    <w:sz w:val="17"/>
                    <w:rFonts w:ascii="Inter" w:hAnsi="Inter"/>
                  </w:rPr>
                  <w:t>Vor- und Nachname</w:t>
                </w:r>
              </w:sdtContent>
            </w:sdt>
          </w:p>
        </w:tc>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BEVOLLMÄCHTIGTE PERSON</w:t>
            </w:r>
          </w:p>
          <w:p>
            <w:pPr>
              <w:spacing w:before="0" w:after="0" w:line="250" w:lineRule="auto"/>
            </w:pPr>
            <w:sdt>
              <w:sdtPr>
                <w:id w:val="3102"/>
                <w:alias w:val="person name"/>
                <w:tag w:val="person_name"/>
                <w:text/>
              </w:sdtPr>
              <w:sdtContent>
                <w:r>
                  <w:rPr>
                    <w:color w:val="7D9492"/>
                    <w:sz w:val="17"/>
                    <w:rFonts w:ascii="Inter" w:hAnsi="Inter"/>
                  </w:rPr>
                  <w:t>Vor- und Nachname</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5102"/>
        <w:gridCol w:w="5102"/>
      </w:tblGrid>
      <w:tr>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ANSCHRIFT HALTER/IN</w:t>
            </w:r>
          </w:p>
          <w:p>
            <w:pPr>
              <w:spacing w:before="0" w:after="0" w:line="250" w:lineRule="auto"/>
            </w:pPr>
            <w:sdt>
              <w:sdtPr>
                <w:id w:val="3103"/>
                <w:alias w:val="halter anschrift"/>
                <w:tag w:val="halter_anschrift"/>
                <w:text/>
              </w:sdtPr>
              <w:sdtContent>
                <w:r>
                  <w:rPr>
                    <w:color w:val="7D9492"/>
                    <w:sz w:val="17"/>
                    <w:rFonts w:ascii="Inter" w:hAnsi="Inter"/>
                  </w:rPr>
                  <w:t>Straße, PLZ, Ort</w:t>
                </w:r>
              </w:sdtContent>
            </w:sdt>
          </w:p>
        </w:tc>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ANSCHRIFT BEVOLLMÄCHTIGTE PERSON</w:t>
            </w:r>
          </w:p>
          <w:p>
            <w:pPr>
              <w:spacing w:before="0" w:after="0" w:line="250" w:lineRule="auto"/>
            </w:pPr>
            <w:sdt>
              <w:sdtPr>
                <w:id w:val="3104"/>
                <w:alias w:val="person anschrift"/>
                <w:tag w:val="person_anschrift"/>
                <w:text/>
              </w:sdtPr>
              <w:sdtContent>
                <w:r>
                  <w:rPr>
                    <w:color w:val="7D9492"/>
                    <w:sz w:val="17"/>
                    <w:rFonts w:ascii="Inter" w:hAnsi="Inter"/>
                  </w:rPr>
                  <w:t>Straße, PLZ, Ort</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5102"/>
        <w:gridCol w:w="5102"/>
      </w:tblGrid>
      <w:tr>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TELEFON HALTER/IN</w:t>
            </w:r>
          </w:p>
          <w:p>
            <w:pPr>
              <w:spacing w:before="0" w:after="0" w:line="250" w:lineRule="auto"/>
            </w:pPr>
            <w:sdt>
              <w:sdtPr>
                <w:id w:val="3105"/>
                <w:alias w:val="halter tel"/>
                <w:tag w:val="halter_tel"/>
                <w:text/>
              </w:sdtPr>
              <w:sdtContent>
                <w:r>
                  <w:rPr>
                    <w:color w:val="7D9492"/>
                    <w:sz w:val="17"/>
                    <w:rFonts w:ascii="Inter" w:hAnsi="Inter"/>
                  </w:rPr>
                  <w:t>Telefonnummer</w:t>
                </w:r>
              </w:sdtContent>
            </w:sdt>
          </w:p>
        </w:tc>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TELEFON BETREUUNGSPERSON</w:t>
            </w:r>
          </w:p>
          <w:p>
            <w:pPr>
              <w:spacing w:before="0" w:after="0" w:line="250" w:lineRule="auto"/>
            </w:pPr>
            <w:sdt>
              <w:sdtPr>
                <w:id w:val="3106"/>
                <w:alias w:val="person tel"/>
                <w:tag w:val="person_tel"/>
                <w:text/>
              </w:sdtPr>
              <w:sdtContent>
                <w:r>
                  <w:rPr>
                    <w:color w:val="7D9492"/>
                    <w:sz w:val="17"/>
                    <w:rFonts w:ascii="Inter" w:hAnsi="Inter"/>
                  </w:rPr>
                  <w:t>Telefonnummer</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7654"/>
        <w:gridCol w:w="2551"/>
      </w:tblGrid>
      <w:tr>
        <w:tc>
          <w:tcPr>
            <w:tcW w:type="dxa" w:w="5074"/>
            <w:tcMar>
              <w:top w:w="130" w:type="dxa"/>
              <w:start w:w="0" w:type="dxa"/>
              <w:bottom w:w="55" w:type="dxa"/>
              <w:end w:w="0" w:type="dxa"/>
            </w:tcMar>
            <w:tcBorders>
              <w:bottom w:val="single" w:color="2B5C5A" w:sz="12"/>
            </w:tcBorders>
          </w:tcPr>
          <w:p>
            <w:pPr>
              <w:spacing w:before="0" w:after="0" w:line="250" w:lineRule="auto"/>
            </w:pPr>
            <w:r>
              <w:rPr>
                <w:rFonts w:ascii="Inter" w:hAnsi="Inter"/>
                <w:b/>
                <w:color w:val="C67B52"/>
                <w:sz w:val="18"/>
              </w:rPr>
              <w:t xml:space="preserve">02   </w:t>
            </w:r>
            <w:r>
              <w:rPr>
                <w:rFonts w:ascii="Inter" w:hAnsi="Inter"/>
                <w:b/>
                <w:color w:val="173C40"/>
                <w:sz w:val="22"/>
              </w:rPr>
              <w:t>Hund &amp; Gültigkeitsdauer</w:t>
            </w:r>
          </w:p>
        </w:tc>
        <w:tc>
          <w:tcPr>
            <w:tcW w:type="dxa" w:w="5074"/>
            <w:tcMar>
              <w:top w:w="130" w:type="dxa"/>
              <w:start w:w="0" w:type="dxa"/>
              <w:bottom w:w="55" w:type="dxa"/>
              <w:end w:w="0" w:type="dxa"/>
            </w:tcMar>
            <w:tcBorders>
              <w:bottom w:val="single" w:color="2B5C5A" w:sz="12"/>
            </w:tcBorders>
          </w:tcPr>
          <w:p>
            <w:pPr>
              <w:spacing w:before="0" w:after="0" w:line="250" w:lineRule="auto"/>
              <w:jc w:val="right"/>
            </w:pPr>
          </w:p>
        </w:tc>
      </w:tr>
    </w:tbl>
    <w:p>
      <w:pPr>
        <w:spacing w:before="0" w:after="0" w:line="60" w:lineRule="exact"/>
      </w:pPr>
      <w:r>
        <w:rPr>
          <w:sz w:val="4"/>
        </w:rPr>
        <w:t xml:space="preserve"> </w:t>
      </w:r>
    </w:p>
    <w:tbl>
      <w:tblPr>
        <w:tblW w:type="auto" w:w="0"/>
        <w:tblLayout w:type="fixed"/>
        <w:tblLook w:firstColumn="1" w:firstRow="1" w:lastColumn="0" w:lastRow="0" w:noHBand="0" w:noVBand="1" w:val="04A0"/>
      </w:tblPr>
      <w:tblGrid>
        <w:gridCol w:w="3118"/>
        <w:gridCol w:w="3685"/>
        <w:gridCol w:w="3402"/>
      </w:tblGrid>
      <w:tr>
        <w:tc>
          <w:tcPr>
            <w:tcW w:type="dxa" w:w="3383"/>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NAME DES HUNDES</w:t>
            </w:r>
          </w:p>
          <w:p>
            <w:pPr>
              <w:spacing w:before="0" w:after="0" w:line="250" w:lineRule="auto"/>
            </w:pPr>
            <w:sdt>
              <w:sdtPr>
                <w:id w:val="3107"/>
                <w:alias w:val="hund name"/>
                <w:tag w:val="hund_name"/>
                <w:text/>
              </w:sdtPr>
              <w:sdtContent>
                <w:r>
                  <w:rPr>
                    <w:color w:val="7D9492"/>
                    <w:sz w:val="17"/>
                    <w:rFonts w:ascii="Inter" w:hAnsi="Inter"/>
                  </w:rPr>
                  <w:t>Name</w:t>
                </w:r>
              </w:sdtContent>
            </w:sdt>
          </w:p>
        </w:tc>
        <w:tc>
          <w:tcPr>
            <w:tcW w:type="dxa" w:w="3383"/>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RASSE / BESCHREIBUNG</w:t>
            </w:r>
          </w:p>
          <w:p>
            <w:pPr>
              <w:spacing w:before="0" w:after="0" w:line="250" w:lineRule="auto"/>
            </w:pPr>
            <w:sdt>
              <w:sdtPr>
                <w:id w:val="3108"/>
                <w:alias w:val="hund rasse"/>
                <w:tag w:val="hund_rasse"/>
                <w:text/>
              </w:sdtPr>
              <w:sdtContent>
                <w:r>
                  <w:rPr>
                    <w:color w:val="7D9492"/>
                    <w:sz w:val="17"/>
                    <w:rFonts w:ascii="Inter" w:hAnsi="Inter"/>
                  </w:rPr>
                  <w:t>Optional</w:t>
                </w:r>
              </w:sdtContent>
            </w:sdt>
          </w:p>
        </w:tc>
        <w:tc>
          <w:tcPr>
            <w:tcW w:type="dxa" w:w="3383"/>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CHIPNUMMER</w:t>
            </w:r>
          </w:p>
          <w:p>
            <w:pPr>
              <w:spacing w:before="0" w:after="0" w:line="250" w:lineRule="auto"/>
            </w:pPr>
            <w:sdt>
              <w:sdtPr>
                <w:id w:val="3109"/>
                <w:alias w:val="hund chip"/>
                <w:tag w:val="hund_chip"/>
                <w:text/>
              </w:sdtPr>
              <w:sdtContent>
                <w:r>
                  <w:rPr>
                    <w:color w:val="7D9492"/>
                    <w:sz w:val="17"/>
                    <w:rFonts w:ascii="Inter" w:hAnsi="Inter"/>
                  </w:rPr>
                  <w:t>Optional</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2551"/>
        <w:gridCol w:w="2551"/>
        <w:gridCol w:w="5102"/>
      </w:tblGrid>
      <w:tr>
        <w:tc>
          <w:tcPr>
            <w:tcW w:type="dxa" w:w="3383"/>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GÜLTIG AB</w:t>
            </w:r>
          </w:p>
          <w:p>
            <w:pPr>
              <w:spacing w:before="0" w:after="0" w:line="250" w:lineRule="auto"/>
            </w:pPr>
            <w:sdt>
              <w:sdtPr>
                <w:id w:val="3110"/>
                <w:alias w:val="start"/>
                <w:tag w:val="start"/>
                <w:text/>
              </w:sdtPr>
              <w:sdtContent>
                <w:r>
                  <w:rPr>
                    <w:color w:val="7D9492"/>
                    <w:sz w:val="17"/>
                    <w:rFonts w:ascii="Inter" w:hAnsi="Inter"/>
                  </w:rPr>
                  <w:t>TT.MM.JJJJ</w:t>
                </w:r>
              </w:sdtContent>
            </w:sdt>
          </w:p>
        </w:tc>
        <w:tc>
          <w:tcPr>
            <w:tcW w:type="dxa" w:w="3383"/>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GÜLTIG BIS</w:t>
            </w:r>
          </w:p>
          <w:p>
            <w:pPr>
              <w:spacing w:before="0" w:after="0" w:line="250" w:lineRule="auto"/>
            </w:pPr>
            <w:sdt>
              <w:sdtPr>
                <w:id w:val="3111"/>
                <w:alias w:val="ende"/>
                <w:tag w:val="ende"/>
                <w:text/>
              </w:sdtPr>
              <w:sdtContent>
                <w:r>
                  <w:rPr>
                    <w:color w:val="7D9492"/>
                    <w:sz w:val="17"/>
                    <w:rFonts w:ascii="Inter" w:hAnsi="Inter"/>
                  </w:rPr>
                  <w:t>TT.MM.JJJJ</w:t>
                </w:r>
              </w:sdtContent>
            </w:sdt>
          </w:p>
        </w:tc>
        <w:tc>
          <w:tcPr>
            <w:tcW w:type="dxa" w:w="3383"/>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ÜBERGABE / ABHOLUNG BEI</w:t>
            </w:r>
          </w:p>
          <w:p>
            <w:pPr>
              <w:spacing w:before="0" w:after="0" w:line="250" w:lineRule="auto"/>
            </w:pPr>
            <w:sdt>
              <w:sdtPr>
                <w:id w:val="3112"/>
                <w:alias w:val="uebergabeort"/>
                <w:tag w:val="uebergabeort"/>
                <w:text/>
              </w:sdtPr>
              <w:sdtContent>
                <w:r>
                  <w:rPr>
                    <w:color w:val="7D9492"/>
                    <w:sz w:val="17"/>
                    <w:rFonts w:ascii="Inter" w:hAnsi="Inter"/>
                  </w:rPr>
                  <w:t>Ort / Einrichtung</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7654"/>
        <w:gridCol w:w="2551"/>
      </w:tblGrid>
      <w:tr>
        <w:tc>
          <w:tcPr>
            <w:tcW w:type="dxa" w:w="5074"/>
            <w:tcMar>
              <w:top w:w="130" w:type="dxa"/>
              <w:start w:w="0" w:type="dxa"/>
              <w:bottom w:w="55" w:type="dxa"/>
              <w:end w:w="0" w:type="dxa"/>
            </w:tcMar>
            <w:tcBorders>
              <w:bottom w:val="single" w:color="2B5C5A" w:sz="12"/>
            </w:tcBorders>
          </w:tcPr>
          <w:p>
            <w:pPr>
              <w:spacing w:before="0" w:after="0" w:line="250" w:lineRule="auto"/>
            </w:pPr>
            <w:r>
              <w:rPr>
                <w:rFonts w:ascii="Inter" w:hAnsi="Inter"/>
                <w:b/>
                <w:color w:val="C67B52"/>
                <w:sz w:val="18"/>
              </w:rPr>
              <w:t xml:space="preserve">03   </w:t>
            </w:r>
            <w:r>
              <w:rPr>
                <w:rFonts w:ascii="Inter" w:hAnsi="Inter"/>
                <w:b/>
                <w:color w:val="173C40"/>
                <w:sz w:val="22"/>
              </w:rPr>
              <w:t>Umfang der Bevollmächtigung</w:t>
            </w:r>
          </w:p>
        </w:tc>
        <w:tc>
          <w:tcPr>
            <w:tcW w:type="dxa" w:w="5074"/>
            <w:tcMar>
              <w:top w:w="130" w:type="dxa"/>
              <w:start w:w="0" w:type="dxa"/>
              <w:bottom w:w="55" w:type="dxa"/>
              <w:end w:w="0" w:type="dxa"/>
            </w:tcMar>
            <w:tcBorders>
              <w:bottom w:val="single" w:color="2B5C5A" w:sz="12"/>
            </w:tcBorders>
          </w:tcPr>
          <w:p>
            <w:pPr>
              <w:spacing w:before="0" w:after="0" w:line="250" w:lineRule="auto"/>
              <w:jc w:val="right"/>
            </w:pPr>
            <w:r>
              <w:rPr>
                <w:rFonts w:ascii="Inter" w:hAnsi="Inter"/>
                <w:b w:val="0"/>
                <w:color w:val="62747A"/>
                <w:sz w:val="14"/>
              </w:rPr>
              <w:t>Bitte einzeln ankreuzen</w:t>
            </w:r>
          </w:p>
        </w:tc>
      </w:tr>
    </w:tbl>
    <w:p>
      <w:pPr>
        <w:spacing w:before="0" w:after="0" w:line="60" w:lineRule="exact"/>
      </w:pPr>
      <w:r>
        <w:rPr>
          <w:sz w:val="4"/>
        </w:rPr>
        <w:t xml:space="preserve"> </w:t>
      </w:r>
    </w:p>
    <w:tbl>
      <w:tblPr>
        <w:tblW w:type="auto" w:w="0"/>
        <w:tblLayout w:type="fixed"/>
        <w:tblLook w:firstColumn="1" w:firstRow="1" w:lastColumn="0" w:lastRow="0" w:noHBand="0" w:noVBand="1" w:val="04A0"/>
      </w:tblPr>
      <w:tblGrid>
        <w:gridCol w:w="5074"/>
        <w:gridCol w:w="5074"/>
      </w:tblGrid>
      <w:tr>
        <w:tc>
          <w:tcPr>
            <w:tcW w:type="dxa" w:w="5074"/>
            <w:tcMar>
              <w:top w:w="80" w:type="dxa"/>
              <w:start w:w="100" w:type="dxa"/>
              <w:bottom w:w="80" w:type="dxa"/>
              <w:end w:w="120" w:type="dxa"/>
            </w:tcMar>
            <w:vAlign w:val="center"/>
            <w:shd w:fill="F3F6F3"/>
          </w:tcPr>
          <w:p>
            <w:pPr>
              <w:spacing w:before="0" w:after="0" w:line="274" w:lineRule="auto"/>
            </w:pPr>
            <w:sdt>
              <w:sdtPr>
                <w:id w:val="3113"/>
                <w:alias w:val="Den Hund abholen und zurückbringen"/>
                <w:tag w:val="abholung"/>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Den Hund abholen und zurückbringen</w:t>
            </w:r>
          </w:p>
        </w:tc>
        <w:tc>
          <w:tcPr>
            <w:tcW w:type="dxa" w:w="5074"/>
            <w:tcMar>
              <w:top w:w="80" w:type="dxa"/>
              <w:start w:w="100" w:type="dxa"/>
              <w:bottom w:w="80" w:type="dxa"/>
              <w:end w:w="120" w:type="dxa"/>
            </w:tcMar>
            <w:vAlign w:val="center"/>
            <w:shd w:fill="F3F6F3"/>
          </w:tcPr>
          <w:p>
            <w:pPr>
              <w:spacing w:before="0" w:after="0" w:line="274" w:lineRule="auto"/>
            </w:pPr>
            <w:sdt>
              <w:sdtPr>
                <w:id w:val="3114"/>
                <w:alias w:val="Fütterung, Bewegung und Betreuung organisieren"/>
                <w:tag w:val="betreuung"/>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Fütterung, Bewegung und Betreuung organisieren</w:t>
            </w:r>
          </w:p>
        </w:tc>
      </w:tr>
      <w:tr>
        <w:tc>
          <w:tcPr>
            <w:tcW w:type="dxa" w:w="5074"/>
            <w:tcMar>
              <w:top w:w="80" w:type="dxa"/>
              <w:start w:w="100" w:type="dxa"/>
              <w:bottom w:w="80" w:type="dxa"/>
              <w:end w:w="120" w:type="dxa"/>
            </w:tcMar>
            <w:vAlign w:val="center"/>
            <w:shd w:fill="FAFBFA"/>
          </w:tcPr>
          <w:p>
            <w:pPr>
              <w:spacing w:before="0" w:after="0" w:line="274" w:lineRule="auto"/>
            </w:pPr>
            <w:sdt>
              <w:sdtPr>
                <w:id w:val="3115"/>
                <w:alias w:val="Vorübergehende Unterbringung veranlassen"/>
                <w:tag w:val="unterbringung"/>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Vorübergehende Unterbringung veranlassen</w:t>
            </w:r>
          </w:p>
        </w:tc>
        <w:tc>
          <w:tcPr>
            <w:tcW w:type="dxa" w:w="5074"/>
            <w:tcMar>
              <w:top w:w="80" w:type="dxa"/>
              <w:start w:w="100" w:type="dxa"/>
              <w:bottom w:w="80" w:type="dxa"/>
              <w:end w:w="120" w:type="dxa"/>
            </w:tcMar>
            <w:vAlign w:val="center"/>
            <w:shd w:fill="FAFBFA"/>
          </w:tcPr>
          <w:p>
            <w:pPr>
              <w:spacing w:before="0" w:after="0" w:line="274" w:lineRule="auto"/>
            </w:pPr>
            <w:sdt>
              <w:sdtPr>
                <w:id w:val="3116"/>
                <w:alias w:val="Tierarzttermine wahrnehmen und Auskunft erhalten"/>
                <w:tag w:val="tierarzt"/>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Tierarzttermine wahrnehmen und Auskunft erhalten</w:t>
            </w:r>
          </w:p>
        </w:tc>
      </w:tr>
      <w:tr>
        <w:tc>
          <w:tcPr>
            <w:tcW w:type="dxa" w:w="5074"/>
            <w:tcMar>
              <w:top w:w="80" w:type="dxa"/>
              <w:start w:w="100" w:type="dxa"/>
              <w:bottom w:w="80" w:type="dxa"/>
              <w:end w:w="120" w:type="dxa"/>
            </w:tcMar>
            <w:vAlign w:val="center"/>
            <w:shd w:fill="F3F6F3"/>
          </w:tcPr>
          <w:p>
            <w:pPr>
              <w:spacing w:before="0" w:after="0" w:line="274" w:lineRule="auto"/>
            </w:pPr>
            <w:sdt>
              <w:sdtPr>
                <w:id w:val="3117"/>
                <w:alias w:val="Routinemaßnahmen nach Rücksprache beauftragen"/>
                <w:tag w:val="routine"/>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Routinemaßnahmen nach Rücksprache beauftragen</w:t>
            </w:r>
          </w:p>
        </w:tc>
        <w:tc>
          <w:tcPr>
            <w:tcW w:type="dxa" w:w="5074"/>
            <w:tcMar>
              <w:top w:w="80" w:type="dxa"/>
              <w:start w:w="100" w:type="dxa"/>
              <w:bottom w:w="80" w:type="dxa"/>
              <w:end w:w="120" w:type="dxa"/>
            </w:tcMar>
            <w:vAlign w:val="center"/>
            <w:shd w:fill="F3F6F3"/>
          </w:tcPr>
          <w:p>
            <w:pPr>
              <w:spacing w:before="0" w:after="0" w:line="274" w:lineRule="auto"/>
            </w:pPr>
            <w:sdt>
              <w:sdtPr>
                <w:id w:val="3118"/>
                <w:alias w:val="Bei Nichterreichbarkeit dringende Hilfe veranlassen"/>
                <w:tag w:val="notfall"/>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Bei Nichterreichbarkeit dringende Hilfe veranlassen</w:t>
            </w:r>
          </w:p>
        </w:tc>
      </w:tr>
      <w:tr>
        <w:tc>
          <w:tcPr>
            <w:tcW w:type="dxa" w:w="5074"/>
            <w:tcMar>
              <w:top w:w="80" w:type="dxa"/>
              <w:start w:w="100" w:type="dxa"/>
              <w:bottom w:w="80" w:type="dxa"/>
              <w:end w:w="120" w:type="dxa"/>
            </w:tcMar>
            <w:vAlign w:val="center"/>
            <w:shd w:fill="FAFBFA"/>
          </w:tcPr>
          <w:p>
            <w:pPr>
              <w:spacing w:before="0" w:after="0" w:line="274" w:lineRule="auto"/>
            </w:pPr>
            <w:sdt>
              <w:sdtPr>
                <w:id w:val="3119"/>
                <w:alias w:val="Verordnete Medikamente nach Anweisung geben"/>
                <w:tag w:val="medikation"/>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Verordnete Medikamente nach Anweisung geben</w:t>
            </w:r>
          </w:p>
        </w:tc>
        <w:tc>
          <w:tcPr>
            <w:tcW w:type="dxa" w:w="5074"/>
            <w:tcMar>
              <w:top w:w="80" w:type="dxa"/>
              <w:start w:w="100" w:type="dxa"/>
              <w:bottom w:w="80" w:type="dxa"/>
              <w:end w:w="120" w:type="dxa"/>
            </w:tcMar>
            <w:vAlign w:val="center"/>
            <w:shd w:fill="FAFBFA"/>
          </w:tcPr>
          <w:p>
            <w:pPr>
              <w:spacing w:before="0" w:after="0" w:line="274" w:lineRule="auto"/>
            </w:pPr>
            <w:sdt>
              <w:sdtPr>
                <w:id w:val="3120"/>
                <w:alias w:val="Impfpass / Behandlungsunterlagen entgegennehmen"/>
                <w:tag w:val="dokumente"/>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Impfpass / Behandlungsunterlagen entgegennehmen</w:t>
            </w:r>
          </w:p>
        </w:tc>
      </w:tr>
    </w:tbl>
    <w:p>
      <w:pPr>
        <w:spacing w:before="140" w:after="0" w:line="250" w:lineRule="auto"/>
      </w:pPr>
      <w:r>
        <w:rPr>
          <w:rFonts w:ascii="Inter" w:hAnsi="Inter"/>
          <w:b/>
          <w:color w:val="173C40"/>
          <w:sz w:val="16"/>
        </w:rPr>
        <w:t xml:space="preserve">Ausdrücklich nicht umfasst: </w:t>
      </w:r>
      <w:r>
        <w:rPr>
          <w:rFonts w:ascii="Inter" w:hAnsi="Inter"/>
          <w:b w:val="0"/>
          <w:color w:val="1C3034"/>
          <w:sz w:val="16"/>
        </w:rPr>
        <w:t>Verkauf, Schenkung, dauerhafte Weitergabe, Zuchtentscheidungen oder planbare irreversible Eingriffe ohne gesonderte Zustimmung.</w:t>
      </w:r>
    </w:p>
    <w:tbl>
      <w:tblPr>
        <w:tblW w:type="auto" w:w="0"/>
        <w:tblLayout w:type="fixed"/>
        <w:tblLook w:firstColumn="1" w:firstRow="1" w:lastColumn="0" w:lastRow="0" w:noHBand="0" w:noVBand="1" w:val="04A0"/>
      </w:tblPr>
      <w:tblGrid>
        <w:gridCol w:w="7654"/>
        <w:gridCol w:w="2551"/>
      </w:tblGrid>
      <w:tr>
        <w:tc>
          <w:tcPr>
            <w:tcW w:type="dxa" w:w="5074"/>
            <w:tcMar>
              <w:top w:w="130" w:type="dxa"/>
              <w:start w:w="0" w:type="dxa"/>
              <w:bottom w:w="55" w:type="dxa"/>
              <w:end w:w="0" w:type="dxa"/>
            </w:tcMar>
            <w:tcBorders>
              <w:bottom w:val="single" w:color="2B5C5A" w:sz="12"/>
            </w:tcBorders>
          </w:tcPr>
          <w:p>
            <w:pPr>
              <w:spacing w:before="0" w:after="0" w:line="250" w:lineRule="auto"/>
            </w:pPr>
            <w:r>
              <w:rPr>
                <w:rFonts w:ascii="Inter" w:hAnsi="Inter"/>
                <w:b/>
                <w:color w:val="C67B52"/>
                <w:sz w:val="18"/>
              </w:rPr>
              <w:t xml:space="preserve">04   </w:t>
            </w:r>
            <w:r>
              <w:rPr>
                <w:rFonts w:ascii="Inter" w:hAnsi="Inter"/>
                <w:b/>
                <w:color w:val="173C40"/>
                <w:sz w:val="22"/>
              </w:rPr>
              <w:t>Rücksprache, Kosten &amp; Unterschrift</w:t>
            </w:r>
          </w:p>
        </w:tc>
        <w:tc>
          <w:tcPr>
            <w:tcW w:type="dxa" w:w="5074"/>
            <w:tcMar>
              <w:top w:w="130" w:type="dxa"/>
              <w:start w:w="0" w:type="dxa"/>
              <w:bottom w:w="55" w:type="dxa"/>
              <w:end w:w="0" w:type="dxa"/>
            </w:tcMar>
            <w:tcBorders>
              <w:bottom w:val="single" w:color="2B5C5A" w:sz="12"/>
            </w:tcBorders>
          </w:tcPr>
          <w:p>
            <w:pPr>
              <w:spacing w:before="0" w:after="0" w:line="250" w:lineRule="auto"/>
              <w:jc w:val="right"/>
            </w:pPr>
          </w:p>
        </w:tc>
      </w:tr>
    </w:tbl>
    <w:p>
      <w:pPr>
        <w:spacing w:before="0" w:after="0" w:line="60" w:lineRule="exact"/>
      </w:pPr>
      <w:r>
        <w:rPr>
          <w:sz w:val="4"/>
        </w:rPr>
        <w:t xml:space="preserve"> </w:t>
      </w:r>
    </w:p>
    <w:tbl>
      <w:tblPr>
        <w:tblW w:type="auto" w:w="0"/>
        <w:tblLayout w:type="fixed"/>
        <w:tblLook w:firstColumn="1" w:firstRow="1" w:lastColumn="0" w:lastRow="0" w:noHBand="0" w:noVBand="1" w:val="04A0"/>
      </w:tblPr>
      <w:tblGrid>
        <w:gridCol w:w="3912"/>
        <w:gridCol w:w="6293"/>
      </w:tblGrid>
      <w:tr>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AUSGABEN BIS HÖCHSTENS (EUR)</w:t>
            </w:r>
          </w:p>
          <w:p>
            <w:pPr>
              <w:spacing w:before="0" w:after="0" w:line="250" w:lineRule="auto"/>
            </w:pPr>
            <w:sdt>
              <w:sdtPr>
                <w:id w:val="3121"/>
                <w:alias w:val="limit"/>
                <w:tag w:val="limit"/>
                <w:text/>
              </w:sdtPr>
              <w:sdtContent>
                <w:r>
                  <w:rPr>
                    <w:color w:val="7D9492"/>
                    <w:sz w:val="17"/>
                    <w:rFonts w:ascii="Inter" w:hAnsi="Inter"/>
                  </w:rPr>
                  <w:t>Betrag, optional</w:t>
                </w:r>
              </w:sdtContent>
            </w:sdt>
          </w:p>
        </w:tc>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ZUSÄTZLICHE EINSCHRÄNKUNGEN / VORGABEN</w:t>
            </w:r>
          </w:p>
          <w:p>
            <w:pPr>
              <w:spacing w:before="0" w:after="0" w:line="250" w:lineRule="auto"/>
            </w:pPr>
            <w:sdt>
              <w:sdtPr>
                <w:id w:val="3122"/>
                <w:alias w:val="einschraenkungen"/>
                <w:tag w:val="einschraenkungen"/>
                <w:text/>
              </w:sdtPr>
              <w:sdtContent>
                <w:r>
                  <w:rPr>
                    <w:color w:val="7D9492"/>
                    <w:sz w:val="17"/>
                    <w:rFonts w:ascii="Inter" w:hAnsi="Inter"/>
                  </w:rPr>
                  <w:t>Optional</w:t>
                </w:r>
              </w:sdtContent>
            </w:sdt>
          </w:p>
        </w:tc>
      </w:tr>
    </w:tbl>
    <w:p>
      <w:pPr>
        <w:spacing w:before="0" w:after="0" w:line="100" w:lineRule="exact"/>
      </w:pPr>
      <w:r>
        <w:rPr>
          <w:sz w:val="4"/>
        </w:rPr>
        <w:t xml:space="preserve"> </w:t>
      </w:r>
    </w:p>
    <w:p>
      <w:pPr>
        <w:spacing w:before="120" w:after="60" w:line="278" w:lineRule="auto"/>
      </w:pPr>
      <w:r>
        <w:rPr>
          <w:rFonts w:ascii="Inter" w:hAnsi="Inter"/>
          <w:b w:val="0"/>
          <w:color w:val="1C3034"/>
          <w:sz w:val="16"/>
        </w:rPr>
        <w:t>Vor kostenpflichtigen oder nicht dringenden Maßnahmen ist meine Zustimmung einzuholen. Bei einem medizinischen Notfall ist unverzüglich tierärztliche Hilfe zu suchen und ich bin schnellstmöglich zu informieren. Die Vollmacht ist jederzeit widerruflich.</w:t>
      </w:r>
    </w:p>
    <w:tbl>
      <w:tblPr>
        <w:tblW w:type="auto" w:w="0"/>
        <w:tblLayout w:type="fixed"/>
        <w:tblLook w:firstColumn="1" w:firstRow="1" w:lastColumn="0" w:lastRow="0" w:noHBand="0" w:noVBand="1" w:val="04A0"/>
      </w:tblPr>
      <w:tblGrid>
        <w:gridCol w:w="5102"/>
        <w:gridCol w:w="5102"/>
      </w:tblGrid>
      <w:tr>
        <w:tc>
          <w:tcPr>
            <w:tcW w:type="dxa" w:w="5074"/>
            <w:vAlign w:val="center"/>
            <w:tcMar>
              <w:top w:w="90" w:type="dxa"/>
              <w:start w:w="160" w:type="dxa"/>
              <w:bottom w:w="88" w:type="dxa"/>
              <w:end w:w="160" w:type="dxa"/>
            </w:tcMar>
            <w:shd w:fill="FFFFFF"/>
          </w:tcPr>
          <w:p>
            <w:pPr>
              <w:spacing w:before="0" w:after="60" w:line="245" w:lineRule="auto"/>
            </w:pPr>
            <w:r>
              <w:rPr>
                <w:rFonts w:ascii="Inter" w:hAnsi="Inter"/>
                <w:b/>
                <w:color w:val="2B5C5A"/>
                <w:sz w:val="14"/>
              </w:rPr>
              <w:t>ORT</w:t>
            </w:r>
          </w:p>
          <w:p>
            <w:pPr>
              <w:spacing w:before="0" w:after="0" w:line="250" w:lineRule="auto"/>
            </w:pPr>
            <w:sdt>
              <w:sdtPr>
                <w:id w:val="3123"/>
                <w:alias w:val="ort"/>
                <w:tag w:val="ort"/>
                <w:text/>
              </w:sdtPr>
              <w:sdtContent>
                <w:r>
                  <w:rPr>
                    <w:color w:val="7D9492"/>
                    <w:sz w:val="17"/>
                    <w:rFonts w:ascii="Inter" w:hAnsi="Inter"/>
                  </w:rPr>
                  <w:t>Ort</w:t>
                </w:r>
              </w:sdtContent>
            </w:sdt>
          </w:p>
        </w:tc>
        <w:tc>
          <w:tcPr>
            <w:tcW w:type="dxa" w:w="5074"/>
            <w:vAlign w:val="center"/>
            <w:tcMar>
              <w:top w:w="90" w:type="dxa"/>
              <w:start w:w="160" w:type="dxa"/>
              <w:bottom w:w="88" w:type="dxa"/>
              <w:end w:w="160" w:type="dxa"/>
            </w:tcMar>
            <w:shd w:fill="FFFFFF"/>
          </w:tcPr>
          <w:p>
            <w:pPr>
              <w:spacing w:before="0" w:after="60" w:line="245" w:lineRule="auto"/>
            </w:pPr>
            <w:r>
              <w:rPr>
                <w:rFonts w:ascii="Inter" w:hAnsi="Inter"/>
                <w:b/>
                <w:color w:val="2B5C5A"/>
                <w:sz w:val="14"/>
              </w:rPr>
              <w:t>DATUM</w:t>
            </w:r>
          </w:p>
          <w:p>
            <w:pPr>
              <w:spacing w:before="0" w:after="0" w:line="250" w:lineRule="auto"/>
            </w:pPr>
            <w:sdt>
              <w:sdtPr>
                <w:id w:val="3124"/>
                <w:alias w:val="datum"/>
                <w:tag w:val="datum"/>
                <w:text/>
              </w:sdtPr>
              <w:sdtContent>
                <w:r>
                  <w:rPr>
                    <w:color w:val="7D9492"/>
                    <w:sz w:val="17"/>
                    <w:rFonts w:ascii="Inter" w:hAnsi="Inter"/>
                  </w:rPr>
                  <w:t>TT.MM.JJJJ</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5074"/>
        <w:gridCol w:w="5074"/>
      </w:tblGrid>
      <w:tr>
        <w:tc>
          <w:tcPr>
            <w:tcW w:type="dxa" w:w="5074"/>
            <w:tcMar>
              <w:top w:w="160" w:type="dxa"/>
              <w:start w:w="100" w:type="dxa"/>
              <w:bottom w:w="80" w:type="dxa"/>
              <w:end w:w="130" w:type="dxa"/>
            </w:tcMar>
          </w:tcPr>
          <w:p>
            <w:pPr>
              <w:spacing w:before="0" w:after="120" w:line="250" w:lineRule="auto"/>
              <w:pBdr>
                <w:bottom w:val="single" w:sz="7" w:color="2B5C5A"/>
              </w:pBdr>
            </w:pPr>
            <w:r>
              <w:rPr>
                <w:rFonts w:ascii="Inter" w:hAnsi="Inter"/>
                <w:b w:val="0"/>
                <w:color w:val="1C3034"/>
                <w:sz w:val="18"/>
              </w:rPr>
              <w:t xml:space="preserve"> </w:t>
            </w:r>
          </w:p>
          <w:p>
            <w:pPr>
              <w:spacing w:before="100" w:after="0" w:line="250" w:lineRule="auto"/>
            </w:pPr>
            <w:r>
              <w:rPr>
                <w:rFonts w:ascii="Inter" w:hAnsi="Inter"/>
                <w:b w:val="0"/>
                <w:color w:val="62747A"/>
                <w:sz w:val="14"/>
              </w:rPr>
              <w:t>Unterschrift Vollmachtgeber/in</w:t>
            </w:r>
          </w:p>
        </w:tc>
        <w:tc>
          <w:tcPr>
            <w:tcW w:type="dxa" w:w="5074"/>
            <w:tcMar>
              <w:top w:w="160" w:type="dxa"/>
              <w:start w:w="100" w:type="dxa"/>
              <w:bottom w:w="80" w:type="dxa"/>
              <w:end w:w="130" w:type="dxa"/>
            </w:tcMar>
          </w:tcPr>
          <w:p>
            <w:pPr>
              <w:spacing w:before="0" w:after="120" w:line="250" w:lineRule="auto"/>
              <w:pBdr>
                <w:bottom w:val="single" w:sz="7" w:color="2B5C5A"/>
              </w:pBdr>
            </w:pPr>
            <w:r>
              <w:rPr>
                <w:rFonts w:ascii="Inter" w:hAnsi="Inter"/>
                <w:b w:val="0"/>
                <w:color w:val="1C3034"/>
                <w:sz w:val="18"/>
              </w:rPr>
              <w:t xml:space="preserve"> </w:t>
            </w:r>
          </w:p>
          <w:p>
            <w:pPr>
              <w:spacing w:before="100" w:after="0" w:line="250" w:lineRule="auto"/>
            </w:pPr>
            <w:r>
              <w:rPr>
                <w:rFonts w:ascii="Inter" w:hAnsi="Inter"/>
                <w:b w:val="0"/>
                <w:color w:val="62747A"/>
                <w:sz w:val="14"/>
              </w:rPr>
              <w:t>Unterschrift bevollmächtigte Person (Kenntnisnahme)</w:t>
            </w:r>
          </w:p>
        </w:tc>
      </w:tr>
    </w:tbl>
    <w:p>
      <w:pPr>
        <w:spacing w:before="0" w:after="0" w:line="250" w:lineRule="auto"/>
      </w:pPr>
      <w:r>
        <w:br w:type="page"/>
      </w:r>
    </w:p>
    <w:tbl>
      <w:tblPr>
        <w:tblW w:type="auto" w:w="0"/>
        <w:tblLayout w:type="fixed"/>
        <w:tblLook w:firstColumn="1" w:firstRow="1" w:lastColumn="0" w:lastRow="0" w:noHBand="0" w:noVBand="1" w:val="04A0"/>
      </w:tblPr>
      <w:tblGrid>
        <w:gridCol w:w="7654"/>
        <w:gridCol w:w="2494"/>
      </w:tblGrid>
      <w:tr>
        <w:tc>
          <w:tcPr>
            <w:tcW w:type="dxa" w:w="5074"/>
            <w:shd w:fill="173C40"/>
            <w:tcMar>
              <w:top w:w="245" w:type="dxa"/>
              <w:start w:w="260" w:type="dxa"/>
              <w:bottom w:w="245" w:type="dxa"/>
              <w:end w:w="250" w:type="dxa"/>
            </w:tcMar>
          </w:tcPr>
          <w:p>
            <w:pPr>
              <w:spacing w:before="0" w:after="100" w:line="250" w:lineRule="auto"/>
            </w:pPr>
            <w:r>
              <w:rPr>
                <w:rFonts w:ascii="Inter" w:hAnsi="Inter"/>
                <w:b/>
                <w:color w:val="B6D3CB"/>
                <w:sz w:val="16"/>
              </w:rPr>
              <w:t>ZUSATZBLATT  /  FREIWILLIG</w:t>
            </w:r>
          </w:p>
          <w:p>
            <w:pPr>
              <w:spacing w:before="0" w:after="140" w:line="250" w:lineRule="auto"/>
            </w:pPr>
            <w:r>
              <w:rPr>
                <w:rFonts w:ascii="Inter" w:hAnsi="Inter"/>
                <w:b/>
                <w:color w:val="FFFFFF"/>
                <w:sz w:val="34"/>
              </w:rPr>
              <w:t>Betreuungs- &amp; Notfallblatt</w:t>
            </w:r>
          </w:p>
          <w:p>
            <w:pPr>
              <w:spacing w:before="0" w:after="0" w:line="250" w:lineRule="auto"/>
            </w:pPr>
            <w:r>
              <w:rPr>
                <w:rFonts w:ascii="Inter" w:hAnsi="Inter"/>
                <w:b w:val="0"/>
                <w:color w:val="DCEBE6"/>
                <w:sz w:val="17"/>
              </w:rPr>
              <w:t>Alle wichtigen Angaben griffbereit für die Betreuung</w:t>
            </w:r>
          </w:p>
        </w:tc>
        <w:tc>
          <w:tcPr>
            <w:tcW w:type="dxa" w:w="5074"/>
            <w:shd w:fill="173C40"/>
            <w:tcMar>
              <w:top w:w="245" w:type="dxa"/>
              <w:start w:w="260" w:type="dxa"/>
              <w:bottom w:w="245" w:type="dxa"/>
              <w:end w:w="250" w:type="dxa"/>
            </w:tcMar>
          </w:tcPr>
          <w:p>
            <w:pPr>
              <w:spacing w:before="120" w:after="120" w:line="250" w:lineRule="auto"/>
              <w:jc w:val="right"/>
            </w:pPr>
            <w:r>
              <w:rPr>
                <w:rFonts w:ascii="Inter" w:hAnsi="Inter"/>
                <w:b/>
                <w:color w:val="F0BB94"/>
                <w:sz w:val="26"/>
              </w:rPr>
              <w:t>02 / 02</w:t>
            </w:r>
          </w:p>
          <w:p>
            <w:pPr>
              <w:spacing w:before="0" w:after="0" w:line="250" w:lineRule="auto"/>
              <w:jc w:val="right"/>
            </w:pPr>
            <w:r>
              <w:rPr>
                <w:rFonts w:ascii="Inter" w:hAnsi="Inter"/>
                <w:b/>
                <w:color w:val="DCEBE6"/>
                <w:sz w:val="16"/>
              </w:rPr>
              <w:t>OPTIONALES</w:t>
              <w:br/>
              <w:t>MERKBLATT</w:t>
            </w:r>
          </w:p>
        </w:tc>
      </w:tr>
    </w:tbl>
    <w:p>
      <w:pPr>
        <w:spacing w:before="0" w:after="0" w:line="100" w:lineRule="exact"/>
      </w:pPr>
      <w:r>
        <w:rPr>
          <w:sz w:val="4"/>
        </w:rPr>
        <w:t xml:space="preserve"> </w:t>
      </w:r>
    </w:p>
    <w:tbl>
      <w:tblPr>
        <w:tblW w:type="auto" w:w="0"/>
        <w:tblLook w:firstColumn="1" w:firstRow="1" w:lastColumn="0" w:lastRow="0" w:noHBand="0" w:noVBand="1" w:val="04A0"/>
      </w:tblPr>
      <w:tblGrid>
        <w:gridCol w:w="10148"/>
      </w:tblGrid>
      <w:tr>
        <w:tc>
          <w:tcPr>
            <w:tcW w:type="dxa" w:w="10148"/>
            <w:shd w:fill="DBEAE4"/>
            <w:tcMar>
              <w:top w:w="95" w:type="dxa"/>
              <w:start w:w="155" w:type="dxa"/>
              <w:bottom w:w="100" w:type="dxa"/>
              <w:end w:w="160" w:type="dxa"/>
            </w:tcMar>
          </w:tcPr>
          <w:p>
            <w:pPr>
              <w:spacing w:before="0" w:after="0" w:line="276" w:lineRule="auto"/>
            </w:pPr>
            <w:r>
              <w:rPr>
                <w:rFonts w:ascii="Inter" w:hAnsi="Inter"/>
                <w:b w:val="0"/>
                <w:color w:val="1C3034"/>
                <w:sz w:val="16"/>
              </w:rPr>
              <w:t>Dieses Blatt ergänzt die Vollmacht auf Seite 1. Es dient der sicheren Betreuung und enthält praktische Hinweise. Nur ausfüllen, was für Ihren Hund relevant ist.</w:t>
            </w:r>
          </w:p>
        </w:tc>
      </w:tr>
    </w:tbl>
    <w:tbl>
      <w:tblPr>
        <w:tblW w:type="auto" w:w="0"/>
        <w:tblLayout w:type="fixed"/>
        <w:tblLook w:firstColumn="1" w:firstRow="1" w:lastColumn="0" w:lastRow="0" w:noHBand="0" w:noVBand="1" w:val="04A0"/>
      </w:tblPr>
      <w:tblGrid>
        <w:gridCol w:w="7654"/>
        <w:gridCol w:w="2551"/>
      </w:tblGrid>
      <w:tr>
        <w:tc>
          <w:tcPr>
            <w:tcW w:type="dxa" w:w="5074"/>
            <w:tcMar>
              <w:top w:w="130" w:type="dxa"/>
              <w:start w:w="0" w:type="dxa"/>
              <w:bottom w:w="55" w:type="dxa"/>
              <w:end w:w="0" w:type="dxa"/>
            </w:tcMar>
            <w:tcBorders>
              <w:bottom w:val="single" w:color="2B5C5A" w:sz="12"/>
            </w:tcBorders>
          </w:tcPr>
          <w:p>
            <w:pPr>
              <w:spacing w:before="0" w:after="0" w:line="250" w:lineRule="auto"/>
            </w:pPr>
            <w:r>
              <w:rPr>
                <w:rFonts w:ascii="Inter" w:hAnsi="Inter"/>
                <w:b/>
                <w:color w:val="C67B52"/>
                <w:sz w:val="18"/>
              </w:rPr>
              <w:t xml:space="preserve">A   </w:t>
            </w:r>
            <w:r>
              <w:rPr>
                <w:rFonts w:ascii="Inter" w:hAnsi="Inter"/>
                <w:b/>
                <w:color w:val="173C40"/>
                <w:sz w:val="22"/>
              </w:rPr>
              <w:t>Erreichbarkeit &amp; tierärztliche Versorgung</w:t>
            </w:r>
          </w:p>
        </w:tc>
        <w:tc>
          <w:tcPr>
            <w:tcW w:type="dxa" w:w="5074"/>
            <w:tcMar>
              <w:top w:w="130" w:type="dxa"/>
              <w:start w:w="0" w:type="dxa"/>
              <w:bottom w:w="55" w:type="dxa"/>
              <w:end w:w="0" w:type="dxa"/>
            </w:tcMar>
            <w:tcBorders>
              <w:bottom w:val="single" w:color="2B5C5A" w:sz="12"/>
            </w:tcBorders>
          </w:tcPr>
          <w:p>
            <w:pPr>
              <w:spacing w:before="0" w:after="0" w:line="250" w:lineRule="auto"/>
              <w:jc w:val="right"/>
            </w:pPr>
          </w:p>
        </w:tc>
      </w:tr>
    </w:tbl>
    <w:p>
      <w:pPr>
        <w:spacing w:before="0" w:after="0" w:line="60" w:lineRule="exact"/>
      </w:pPr>
      <w:r>
        <w:rPr>
          <w:sz w:val="4"/>
        </w:rPr>
        <w:t xml:space="preserve"> </w:t>
      </w:r>
    </w:p>
    <w:tbl>
      <w:tblPr>
        <w:tblW w:type="auto" w:w="0"/>
        <w:tblLayout w:type="fixed"/>
        <w:tblLook w:firstColumn="1" w:firstRow="1" w:lastColumn="0" w:lastRow="0" w:noHBand="0" w:noVBand="1" w:val="04A0"/>
      </w:tblPr>
      <w:tblGrid>
        <w:gridCol w:w="3969"/>
        <w:gridCol w:w="6236"/>
      </w:tblGrid>
      <w:tr>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HUND / NAME</w:t>
            </w:r>
          </w:p>
          <w:p>
            <w:pPr>
              <w:spacing w:before="0" w:after="0" w:line="250" w:lineRule="auto"/>
            </w:pPr>
            <w:sdt>
              <w:sdtPr>
                <w:id w:val="3125"/>
                <w:alias w:val="blatt hund"/>
                <w:tag w:val="blatt_hund"/>
                <w:text/>
              </w:sdtPr>
              <w:sdtContent>
                <w:r>
                  <w:rPr>
                    <w:color w:val="7D9492"/>
                    <w:sz w:val="17"/>
                    <w:rFonts w:ascii="Inter" w:hAnsi="Inter"/>
                  </w:rPr>
                  <w:t>Name des Hundes</w:t>
                </w:r>
              </w:sdtContent>
            </w:sdt>
          </w:p>
        </w:tc>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NOTFALLKONTAKT (FALLS HALTER NICHT ERREICHBAR)</w:t>
            </w:r>
          </w:p>
          <w:p>
            <w:pPr>
              <w:spacing w:before="0" w:after="0" w:line="250" w:lineRule="auto"/>
            </w:pPr>
            <w:sdt>
              <w:sdtPr>
                <w:id w:val="3126"/>
                <w:alias w:val="notfallkontakt"/>
                <w:tag w:val="notfallkontakt"/>
                <w:text/>
              </w:sdtPr>
              <w:sdtContent>
                <w:r>
                  <w:rPr>
                    <w:color w:val="7D9492"/>
                    <w:sz w:val="17"/>
                    <w:rFonts w:ascii="Inter" w:hAnsi="Inter"/>
                  </w:rPr>
                  <w:t>Name, Telefon</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6236"/>
        <w:gridCol w:w="3969"/>
      </w:tblGrid>
      <w:tr>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TIERARZTPRAXIS / TIERKLINIK</w:t>
            </w:r>
          </w:p>
          <w:p>
            <w:pPr>
              <w:spacing w:before="0" w:after="0" w:line="250" w:lineRule="auto"/>
            </w:pPr>
            <w:sdt>
              <w:sdtPr>
                <w:id w:val="3127"/>
                <w:alias w:val="arzt"/>
                <w:tag w:val="arzt"/>
                <w:text/>
              </w:sdtPr>
              <w:sdtContent>
                <w:r>
                  <w:rPr>
                    <w:color w:val="7D9492"/>
                    <w:sz w:val="17"/>
                    <w:rFonts w:ascii="Inter" w:hAnsi="Inter"/>
                  </w:rPr>
                  <w:t>Name / Anschrift</w:t>
                </w:r>
              </w:sdtContent>
            </w:sdt>
          </w:p>
        </w:tc>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TELEFON TIERARZTPRAXIS</w:t>
            </w:r>
          </w:p>
          <w:p>
            <w:pPr>
              <w:spacing w:before="0" w:after="0" w:line="250" w:lineRule="auto"/>
            </w:pPr>
            <w:sdt>
              <w:sdtPr>
                <w:id w:val="3128"/>
                <w:alias w:val="arzt tel"/>
                <w:tag w:val="arzt_tel"/>
                <w:text/>
              </w:sdtPr>
              <w:sdtContent>
                <w:r>
                  <w:rPr>
                    <w:color w:val="7D9492"/>
                    <w:sz w:val="17"/>
                    <w:rFonts w:ascii="Inter" w:hAnsi="Inter"/>
                  </w:rPr>
                  <w:t>Telefonnummer</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5102"/>
        <w:gridCol w:w="5102"/>
      </w:tblGrid>
      <w:tr>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HAFTPFLICHTVERSICHERUNG (OPTIONAL)</w:t>
            </w:r>
          </w:p>
          <w:p>
            <w:pPr>
              <w:spacing w:before="0" w:after="0" w:line="250" w:lineRule="auto"/>
            </w:pPr>
            <w:sdt>
              <w:sdtPr>
                <w:id w:val="3129"/>
                <w:alias w:val="versicherung"/>
                <w:tag w:val="versicherung"/>
                <w:text/>
              </w:sdtPr>
              <w:sdtContent>
                <w:r>
                  <w:rPr>
                    <w:color w:val="7D9492"/>
                    <w:sz w:val="17"/>
                    <w:rFonts w:ascii="Inter" w:hAnsi="Inter"/>
                  </w:rPr>
                  <w:t>Name / Nr.</w:t>
                </w:r>
              </w:sdtContent>
            </w:sdt>
          </w:p>
        </w:tc>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AKTUELLE ERKRANKUNGEN / ALLERGIEN</w:t>
            </w:r>
          </w:p>
          <w:p>
            <w:pPr>
              <w:spacing w:before="0" w:after="0" w:line="250" w:lineRule="auto"/>
            </w:pPr>
            <w:sdt>
              <w:sdtPr>
                <w:id w:val="3130"/>
                <w:alias w:val="allergien"/>
                <w:tag w:val="allergien"/>
                <w:text/>
              </w:sdtPr>
              <w:sdtContent>
                <w:r>
                  <w:rPr>
                    <w:color w:val="7D9492"/>
                    <w:sz w:val="17"/>
                    <w:rFonts w:ascii="Inter" w:hAnsi="Inter"/>
                  </w:rPr>
                  <w:t>Bitte angeben oder „keine“</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7654"/>
        <w:gridCol w:w="2551"/>
      </w:tblGrid>
      <w:tr>
        <w:tc>
          <w:tcPr>
            <w:tcW w:type="dxa" w:w="5074"/>
            <w:tcMar>
              <w:top w:w="130" w:type="dxa"/>
              <w:start w:w="0" w:type="dxa"/>
              <w:bottom w:w="55" w:type="dxa"/>
              <w:end w:w="0" w:type="dxa"/>
            </w:tcMar>
            <w:tcBorders>
              <w:bottom w:val="single" w:color="2B5C5A" w:sz="12"/>
            </w:tcBorders>
          </w:tcPr>
          <w:p>
            <w:pPr>
              <w:spacing w:before="0" w:after="0" w:line="250" w:lineRule="auto"/>
            </w:pPr>
            <w:r>
              <w:rPr>
                <w:rFonts w:ascii="Inter" w:hAnsi="Inter"/>
                <w:b/>
                <w:color w:val="C67B52"/>
                <w:sz w:val="18"/>
              </w:rPr>
              <w:t xml:space="preserve">B   </w:t>
            </w:r>
            <w:r>
              <w:rPr>
                <w:rFonts w:ascii="Inter" w:hAnsi="Inter"/>
                <w:b/>
                <w:color w:val="173C40"/>
                <w:sz w:val="22"/>
              </w:rPr>
              <w:t>Versorgung &amp; individuelle Hinweise</w:t>
            </w:r>
          </w:p>
        </w:tc>
        <w:tc>
          <w:tcPr>
            <w:tcW w:type="dxa" w:w="5074"/>
            <w:tcMar>
              <w:top w:w="130" w:type="dxa"/>
              <w:start w:w="0" w:type="dxa"/>
              <w:bottom w:w="55" w:type="dxa"/>
              <w:end w:w="0" w:type="dxa"/>
            </w:tcMar>
            <w:tcBorders>
              <w:bottom w:val="single" w:color="2B5C5A" w:sz="12"/>
            </w:tcBorders>
          </w:tcPr>
          <w:p>
            <w:pPr>
              <w:spacing w:before="0" w:after="0" w:line="250" w:lineRule="auto"/>
              <w:jc w:val="right"/>
            </w:pPr>
          </w:p>
        </w:tc>
      </w:tr>
    </w:tbl>
    <w:p>
      <w:pPr>
        <w:spacing w:before="0" w:after="0" w:line="60" w:lineRule="exact"/>
      </w:pPr>
      <w:r>
        <w:rPr>
          <w:sz w:val="4"/>
        </w:rPr>
        <w:t xml:space="preserve"> </w:t>
      </w:r>
    </w:p>
    <w:tbl>
      <w:tblPr>
        <w:tblW w:type="auto" w:w="0"/>
        <w:tblLayout w:type="fixed"/>
        <w:tblLook w:firstColumn="1" w:firstRow="1" w:lastColumn="0" w:lastRow="0" w:noHBand="0" w:noVBand="1" w:val="04A0"/>
      </w:tblPr>
      <w:tblGrid>
        <w:gridCol w:w="5102"/>
        <w:gridCol w:w="5102"/>
      </w:tblGrid>
      <w:tr>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FUTTERMENGE / FÜTTERUNGSZEITEN</w:t>
            </w:r>
          </w:p>
          <w:p>
            <w:pPr>
              <w:spacing w:before="0" w:after="0" w:line="250" w:lineRule="auto"/>
            </w:pPr>
            <w:sdt>
              <w:sdtPr>
                <w:id w:val="3131"/>
                <w:alias w:val="futter"/>
                <w:tag w:val="futter"/>
                <w:text/>
              </w:sdtPr>
              <w:sdtContent>
                <w:r>
                  <w:rPr>
                    <w:color w:val="7D9492"/>
                    <w:sz w:val="17"/>
                    <w:rFonts w:ascii="Inter" w:hAnsi="Inter"/>
                  </w:rPr>
                  <w:t>Menge, Uhrzeit, Besonderheiten</w:t>
                </w:r>
              </w:sdtContent>
            </w:sdt>
          </w:p>
        </w:tc>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MEDIKAMENTE / DOSIERUNG NUR NACH ANWEISUNG</w:t>
            </w:r>
          </w:p>
          <w:p>
            <w:pPr>
              <w:spacing w:before="0" w:after="0" w:line="250" w:lineRule="auto"/>
            </w:pPr>
            <w:sdt>
              <w:sdtPr>
                <w:id w:val="3132"/>
                <w:alias w:val="medikamente"/>
                <w:tag w:val="medikamente"/>
                <w:text/>
              </w:sdtPr>
              <w:sdtContent>
                <w:r>
                  <w:rPr>
                    <w:color w:val="7D9492"/>
                    <w:sz w:val="17"/>
                    <w:rFonts w:ascii="Inter" w:hAnsi="Inter"/>
                  </w:rPr>
                  <w:t>Präparat, Menge, Zeitpunkt</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5102"/>
        <w:gridCol w:w="5102"/>
      </w:tblGrid>
      <w:tr>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VERHALTEN, ÄNGSTE, LEINENPFLICHT</w:t>
            </w:r>
          </w:p>
          <w:p>
            <w:pPr>
              <w:spacing w:before="0" w:after="0" w:line="250" w:lineRule="auto"/>
            </w:pPr>
            <w:sdt>
              <w:sdtPr>
                <w:id w:val="3133"/>
                <w:alias w:val="verhalten"/>
                <w:tag w:val="verhalten"/>
                <w:text/>
              </w:sdtPr>
              <w:sdtContent>
                <w:r>
                  <w:rPr>
                    <w:color w:val="7D9492"/>
                    <w:sz w:val="17"/>
                    <w:rFonts w:ascii="Inter" w:hAnsi="Inter"/>
                  </w:rPr>
                  <w:t>Hinweise / bekannte Auslöser</w:t>
                </w:r>
              </w:sdtContent>
            </w:sdt>
          </w:p>
        </w:tc>
        <w:tc>
          <w:tcPr>
            <w:tcW w:type="dxa" w:w="5074"/>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BESONDERE BEDÜRFNISSE</w:t>
            </w:r>
          </w:p>
          <w:p>
            <w:pPr>
              <w:spacing w:before="0" w:after="0" w:line="250" w:lineRule="auto"/>
            </w:pPr>
            <w:sdt>
              <w:sdtPr>
                <w:id w:val="3134"/>
                <w:alias w:val="besonderheiten"/>
                <w:tag w:val="besonderheiten"/>
                <w:text/>
              </w:sdtPr>
              <w:sdtContent>
                <w:r>
                  <w:rPr>
                    <w:color w:val="7D9492"/>
                    <w:sz w:val="17"/>
                    <w:rFonts w:ascii="Inter" w:hAnsi="Inter"/>
                  </w:rPr>
                  <w:t>Bewegung, Pflege, Verträglichkeit</w:t>
                </w:r>
              </w:sdtContent>
            </w:sdt>
          </w:p>
        </w:tc>
      </w:tr>
    </w:tbl>
    <w:p>
      <w:pPr>
        <w:spacing w:before="0" w:after="0" w:line="100" w:lineRule="exact"/>
      </w:pPr>
      <w:r>
        <w:rPr>
          <w:sz w:val="4"/>
        </w:rPr>
        <w:t xml:space="preserve"> </w:t>
      </w:r>
    </w:p>
    <w:tbl>
      <w:tblPr>
        <w:tblW w:type="auto" w:w="0"/>
        <w:tblLayout w:type="fixed"/>
        <w:tblLook w:firstColumn="1" w:firstRow="1" w:lastColumn="0" w:lastRow="0" w:noHBand="0" w:noVBand="1" w:val="04A0"/>
      </w:tblPr>
      <w:tblGrid>
        <w:gridCol w:w="7654"/>
        <w:gridCol w:w="2551"/>
      </w:tblGrid>
      <w:tr>
        <w:tc>
          <w:tcPr>
            <w:tcW w:type="dxa" w:w="5074"/>
            <w:tcMar>
              <w:top w:w="130" w:type="dxa"/>
              <w:start w:w="0" w:type="dxa"/>
              <w:bottom w:w="55" w:type="dxa"/>
              <w:end w:w="0" w:type="dxa"/>
            </w:tcMar>
            <w:tcBorders>
              <w:bottom w:val="single" w:color="2B5C5A" w:sz="12"/>
            </w:tcBorders>
          </w:tcPr>
          <w:p>
            <w:pPr>
              <w:spacing w:before="0" w:after="0" w:line="250" w:lineRule="auto"/>
            </w:pPr>
            <w:r>
              <w:rPr>
                <w:rFonts w:ascii="Inter" w:hAnsi="Inter"/>
                <w:b/>
                <w:color w:val="C67B52"/>
                <w:sz w:val="18"/>
              </w:rPr>
              <w:t xml:space="preserve">C   </w:t>
            </w:r>
            <w:r>
              <w:rPr>
                <w:rFonts w:ascii="Inter" w:hAnsi="Inter"/>
                <w:b/>
                <w:color w:val="173C40"/>
                <w:sz w:val="22"/>
              </w:rPr>
              <w:t>Übergabe · kurze Checkliste</w:t>
            </w:r>
          </w:p>
        </w:tc>
        <w:tc>
          <w:tcPr>
            <w:tcW w:type="dxa" w:w="5074"/>
            <w:tcMar>
              <w:top w:w="130" w:type="dxa"/>
              <w:start w:w="0" w:type="dxa"/>
              <w:bottom w:w="55" w:type="dxa"/>
              <w:end w:w="0" w:type="dxa"/>
            </w:tcMar>
            <w:tcBorders>
              <w:bottom w:val="single" w:color="2B5C5A" w:sz="12"/>
            </w:tcBorders>
          </w:tcPr>
          <w:p>
            <w:pPr>
              <w:spacing w:before="0" w:after="0" w:line="250" w:lineRule="auto"/>
              <w:jc w:val="right"/>
            </w:pPr>
          </w:p>
        </w:tc>
      </w:tr>
    </w:tbl>
    <w:p>
      <w:pPr>
        <w:spacing w:before="0" w:after="0" w:line="60" w:lineRule="exact"/>
      </w:pPr>
      <w:r>
        <w:rPr>
          <w:sz w:val="4"/>
        </w:rPr>
        <w:t xml:space="preserve"> </w:t>
      </w:r>
    </w:p>
    <w:tbl>
      <w:tblPr>
        <w:tblW w:type="auto" w:w="0"/>
        <w:tblLayout w:type="fixed"/>
        <w:tblLook w:firstColumn="1" w:firstRow="1" w:lastColumn="0" w:lastRow="0" w:noHBand="0" w:noVBand="1" w:val="04A0"/>
      </w:tblPr>
      <w:tblGrid>
        <w:gridCol w:w="5074"/>
        <w:gridCol w:w="5074"/>
      </w:tblGrid>
      <w:tr>
        <w:tc>
          <w:tcPr>
            <w:tcW w:type="dxa" w:w="5074"/>
            <w:tcMar>
              <w:top w:w="110" w:type="dxa"/>
              <w:start w:w="100" w:type="dxa"/>
              <w:bottom w:w="110" w:type="dxa"/>
              <w:end w:w="120" w:type="dxa"/>
            </w:tcMar>
            <w:vAlign w:val="center"/>
            <w:shd w:fill="F3F6F3"/>
          </w:tcPr>
          <w:p>
            <w:pPr>
              <w:spacing w:before="0" w:after="0" w:line="274" w:lineRule="auto"/>
            </w:pPr>
            <w:sdt>
              <w:sdtPr>
                <w:id w:val="3135"/>
                <w:alias w:val="Futter / Leckerlis mitgegeben"/>
                <w:tag w:val="futter_mit"/>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Futter / Leckerlis mitgegeben</w:t>
            </w:r>
          </w:p>
        </w:tc>
        <w:tc>
          <w:tcPr>
            <w:tcW w:type="dxa" w:w="5074"/>
            <w:tcMar>
              <w:top w:w="110" w:type="dxa"/>
              <w:start w:w="100" w:type="dxa"/>
              <w:bottom w:w="110" w:type="dxa"/>
              <w:end w:w="120" w:type="dxa"/>
            </w:tcMar>
            <w:vAlign w:val="center"/>
            <w:shd w:fill="F3F6F3"/>
          </w:tcPr>
          <w:p>
            <w:pPr>
              <w:spacing w:before="0" w:after="0" w:line="274" w:lineRule="auto"/>
            </w:pPr>
            <w:sdt>
              <w:sdtPr>
                <w:id w:val="3136"/>
                <w:alias w:val="Leine / Geschirr / Halsband"/>
                <w:tag w:val="leine_mit"/>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Leine / Geschirr / Halsband</w:t>
            </w:r>
          </w:p>
        </w:tc>
      </w:tr>
      <w:tr>
        <w:tc>
          <w:tcPr>
            <w:tcW w:type="dxa" w:w="5074"/>
            <w:tcMar>
              <w:top w:w="110" w:type="dxa"/>
              <w:start w:w="100" w:type="dxa"/>
              <w:bottom w:w="110" w:type="dxa"/>
              <w:end w:w="120" w:type="dxa"/>
            </w:tcMar>
            <w:vAlign w:val="center"/>
            <w:shd w:fill="FAFBFA"/>
          </w:tcPr>
          <w:p>
            <w:pPr>
              <w:spacing w:before="0" w:after="0" w:line="274" w:lineRule="auto"/>
            </w:pPr>
            <w:sdt>
              <w:sdtPr>
                <w:id w:val="3137"/>
                <w:alias w:val="Impfpass / wichtige Unterlagen"/>
                <w:tag w:val="impfpass_mit"/>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Impfpass / wichtige Unterlagen</w:t>
            </w:r>
          </w:p>
        </w:tc>
        <w:tc>
          <w:tcPr>
            <w:tcW w:type="dxa" w:w="5074"/>
            <w:tcMar>
              <w:top w:w="110" w:type="dxa"/>
              <w:start w:w="100" w:type="dxa"/>
              <w:bottom w:w="110" w:type="dxa"/>
              <w:end w:w="120" w:type="dxa"/>
            </w:tcMar>
            <w:vAlign w:val="center"/>
            <w:shd w:fill="FAFBFA"/>
          </w:tcPr>
          <w:p>
            <w:pPr>
              <w:spacing w:before="0" w:after="0" w:line="274" w:lineRule="auto"/>
            </w:pPr>
            <w:sdt>
              <w:sdtPr>
                <w:id w:val="3138"/>
                <w:alias w:val="Medikamente + genaue Anweisung"/>
                <w:tag w:val="medikamente_mit"/>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Medikamente + genaue Anweisung</w:t>
            </w:r>
          </w:p>
        </w:tc>
      </w:tr>
      <w:tr>
        <w:tc>
          <w:tcPr>
            <w:tcW w:type="dxa" w:w="5074"/>
            <w:tcMar>
              <w:top w:w="110" w:type="dxa"/>
              <w:start w:w="100" w:type="dxa"/>
              <w:bottom w:w="110" w:type="dxa"/>
              <w:end w:w="120" w:type="dxa"/>
            </w:tcMar>
            <w:vAlign w:val="center"/>
            <w:shd w:fill="F3F6F3"/>
          </w:tcPr>
          <w:p>
            <w:pPr>
              <w:spacing w:before="0" w:after="0" w:line="274" w:lineRule="auto"/>
            </w:pPr>
            <w:sdt>
              <w:sdtPr>
                <w:id w:val="3139"/>
                <w:alias w:val="Schlüssel / Zugang vereinbart"/>
                <w:tag w:val="schluessel_mit"/>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Schlüssel / Zugang vereinbart</w:t>
            </w:r>
          </w:p>
        </w:tc>
        <w:tc>
          <w:tcPr>
            <w:tcW w:type="dxa" w:w="5074"/>
            <w:tcMar>
              <w:top w:w="110" w:type="dxa"/>
              <w:start w:w="100" w:type="dxa"/>
              <w:bottom w:w="110" w:type="dxa"/>
              <w:end w:w="120" w:type="dxa"/>
            </w:tcMar>
            <w:vAlign w:val="center"/>
            <w:shd w:fill="F3F6F3"/>
          </w:tcPr>
          <w:p>
            <w:pPr>
              <w:spacing w:before="0" w:after="0" w:line="274" w:lineRule="auto"/>
            </w:pPr>
            <w:sdt>
              <w:sdtPr>
                <w:id w:val="3140"/>
                <w:alias w:val="Notfallnummern besprochen"/>
                <w:tag w:val="kontakt_mit"/>
                <w14:checkbox>
                  <w14:checked w14:val="0"/>
                  <w14:checkedState w14:val="2612" w14:font="DejaVu Sans"/>
                  <w14:uncheckedState w14:val="2610" w14:font="DejaVu Sans"/>
                </w14:checkbox>
              </w:sdtPr>
              <w:sdtContent>
                <w:r>
                  <w:rPr>
                    <w:rFonts w:ascii="DejaVu Sans" w:hAnsi="DejaVu Sans"/>
                  </w:rPr>
                  <w:t>☐</w:t>
                </w:r>
              </w:sdtContent>
            </w:sdt>
            <w:r>
              <w:rPr>
                <w:rFonts w:ascii="Inter" w:hAnsi="Inter"/>
                <w:b w:val="0"/>
                <w:color w:val="1C3034"/>
                <w:sz w:val="16"/>
              </w:rPr>
              <w:t xml:space="preserve">  Notfallnummern besprochen</w:t>
            </w:r>
          </w:p>
        </w:tc>
      </w:tr>
    </w:tbl>
    <w:tbl>
      <w:tblPr>
        <w:tblW w:type="auto" w:w="0"/>
        <w:tblLayout w:type="fixed"/>
        <w:tblLook w:firstColumn="1" w:firstRow="1" w:lastColumn="0" w:lastRow="0" w:noHBand="0" w:noVBand="1" w:val="04A0"/>
      </w:tblPr>
      <w:tblGrid>
        <w:gridCol w:w="7654"/>
        <w:gridCol w:w="2551"/>
      </w:tblGrid>
      <w:tr>
        <w:tc>
          <w:tcPr>
            <w:tcW w:type="dxa" w:w="5074"/>
            <w:tcMar>
              <w:top w:w="130" w:type="dxa"/>
              <w:start w:w="0" w:type="dxa"/>
              <w:bottom w:w="55" w:type="dxa"/>
              <w:end w:w="0" w:type="dxa"/>
            </w:tcMar>
            <w:tcBorders>
              <w:bottom w:val="single" w:color="2B5C5A" w:sz="12"/>
            </w:tcBorders>
          </w:tcPr>
          <w:p>
            <w:pPr>
              <w:spacing w:before="0" w:after="0" w:line="250" w:lineRule="auto"/>
            </w:pPr>
            <w:r>
              <w:rPr>
                <w:rFonts w:ascii="Inter" w:hAnsi="Inter"/>
                <w:b/>
                <w:color w:val="C67B52"/>
                <w:sz w:val="18"/>
              </w:rPr>
              <w:t xml:space="preserve">D   </w:t>
            </w:r>
            <w:r>
              <w:rPr>
                <w:rFonts w:ascii="Inter" w:hAnsi="Inter"/>
                <w:b/>
                <w:color w:val="173C40"/>
                <w:sz w:val="22"/>
              </w:rPr>
              <w:t>Rückgabe &amp; Abschluss</w:t>
            </w:r>
          </w:p>
        </w:tc>
        <w:tc>
          <w:tcPr>
            <w:tcW w:type="dxa" w:w="5074"/>
            <w:tcMar>
              <w:top w:w="130" w:type="dxa"/>
              <w:start w:w="0" w:type="dxa"/>
              <w:bottom w:w="55" w:type="dxa"/>
              <w:end w:w="0" w:type="dxa"/>
            </w:tcMar>
            <w:tcBorders>
              <w:bottom w:val="single" w:color="2B5C5A" w:sz="12"/>
            </w:tcBorders>
          </w:tcPr>
          <w:p>
            <w:pPr>
              <w:spacing w:before="0" w:after="0" w:line="250" w:lineRule="auto"/>
              <w:jc w:val="right"/>
            </w:pPr>
          </w:p>
        </w:tc>
      </w:tr>
    </w:tbl>
    <w:p>
      <w:pPr>
        <w:spacing w:before="0" w:after="0" w:line="60" w:lineRule="exact"/>
      </w:pPr>
      <w:r>
        <w:rPr>
          <w:sz w:val="4"/>
        </w:rPr>
        <w:t xml:space="preserve"> </w:t>
      </w:r>
    </w:p>
    <w:tbl>
      <w:tblPr>
        <w:tblW w:type="auto" w:w="0"/>
        <w:tblLayout w:type="fixed"/>
        <w:tblLook w:firstColumn="1" w:firstRow="1" w:lastColumn="0" w:lastRow="0" w:noHBand="0" w:noVBand="1" w:val="04A0"/>
      </w:tblPr>
      <w:tblGrid>
        <w:gridCol w:w="3288"/>
        <w:gridCol w:w="2891"/>
        <w:gridCol w:w="4025"/>
      </w:tblGrid>
      <w:tr>
        <w:tc>
          <w:tcPr>
            <w:tcW w:type="dxa" w:w="3383"/>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VEREINBARTER RÜCKGABETERMIN</w:t>
            </w:r>
          </w:p>
          <w:p>
            <w:pPr>
              <w:spacing w:before="0" w:after="0" w:line="250" w:lineRule="auto"/>
            </w:pPr>
            <w:sdt>
              <w:sdtPr>
                <w:id w:val="3141"/>
                <w:alias w:val="rueckgabe"/>
                <w:tag w:val="rueckgabe"/>
                <w:text/>
              </w:sdtPr>
              <w:sdtContent>
                <w:r>
                  <w:rPr>
                    <w:color w:val="7D9492"/>
                    <w:sz w:val="17"/>
                    <w:rFonts w:ascii="Inter" w:hAnsi="Inter"/>
                  </w:rPr>
                  <w:t>Datum / Uhrzeit</w:t>
                </w:r>
              </w:sdtContent>
            </w:sdt>
          </w:p>
        </w:tc>
        <w:tc>
          <w:tcPr>
            <w:tcW w:type="dxa" w:w="3383"/>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ÜBERGABEORT</w:t>
            </w:r>
          </w:p>
          <w:p>
            <w:pPr>
              <w:spacing w:before="0" w:after="0" w:line="250" w:lineRule="auto"/>
            </w:pPr>
            <w:sdt>
              <w:sdtPr>
                <w:id w:val="3142"/>
                <w:alias w:val="rueckgabeort"/>
                <w:tag w:val="rueckgabeort"/>
                <w:text/>
              </w:sdtPr>
              <w:sdtContent>
                <w:r>
                  <w:rPr>
                    <w:color w:val="7D9492"/>
                    <w:sz w:val="17"/>
                    <w:rFonts w:ascii="Inter" w:hAnsi="Inter"/>
                  </w:rPr>
                  <w:t>Ort</w:t>
                </w:r>
              </w:sdtContent>
            </w:sdt>
          </w:p>
        </w:tc>
        <w:tc>
          <w:tcPr>
            <w:tcW w:type="dxa" w:w="3383"/>
            <w:vAlign w:val="center"/>
            <w:tcMar>
              <w:top w:w="90" w:type="dxa"/>
              <w:start w:w="160" w:type="dxa"/>
              <w:bottom w:w="88" w:type="dxa"/>
              <w:end w:w="160" w:type="dxa"/>
            </w:tcMar>
            <w:shd w:fill="F3F6F3"/>
          </w:tcPr>
          <w:p>
            <w:pPr>
              <w:spacing w:before="0" w:after="60" w:line="245" w:lineRule="auto"/>
            </w:pPr>
            <w:r>
              <w:rPr>
                <w:rFonts w:ascii="Inter" w:hAnsi="Inter"/>
                <w:b/>
                <w:color w:val="2B5C5A"/>
                <w:sz w:val="14"/>
              </w:rPr>
              <w:t>WEITERE ABSPRACHEN</w:t>
            </w:r>
          </w:p>
          <w:p>
            <w:pPr>
              <w:spacing w:before="0" w:after="0" w:line="250" w:lineRule="auto"/>
            </w:pPr>
            <w:sdt>
              <w:sdtPr>
                <w:id w:val="3143"/>
                <w:alias w:val="weitere"/>
                <w:tag w:val="weitere"/>
                <w:text/>
              </w:sdtPr>
              <w:sdtContent>
                <w:r>
                  <w:rPr>
                    <w:color w:val="7D9492"/>
                    <w:sz w:val="17"/>
                    <w:rFonts w:ascii="Inter" w:hAnsi="Inter"/>
                  </w:rPr>
                  <w:t>Optional</w:t>
                </w:r>
              </w:sdtContent>
            </w:sdt>
          </w:p>
        </w:tc>
      </w:tr>
    </w:tbl>
    <w:p>
      <w:pPr>
        <w:spacing w:before="0" w:after="0" w:line="100" w:lineRule="exact"/>
      </w:pPr>
      <w:r>
        <w:rPr>
          <w:sz w:val="4"/>
        </w:rPr>
        <w:t xml:space="preserve"> </w:t>
      </w:r>
    </w:p>
    <w:tbl>
      <w:tblPr>
        <w:tblW w:type="auto" w:w="0"/>
        <w:tblLook w:firstColumn="1" w:firstRow="1" w:lastColumn="0" w:lastRow="0" w:noHBand="0" w:noVBand="1" w:val="04A0"/>
      </w:tblPr>
      <w:tblGrid>
        <w:gridCol w:w="10148"/>
      </w:tblGrid>
      <w:tr>
        <w:tc>
          <w:tcPr>
            <w:tcW w:type="dxa" w:w="10148"/>
            <w:shd w:fill="F8F4EC"/>
            <w:tcMar>
              <w:top w:w="95" w:type="dxa"/>
              <w:start w:w="155" w:type="dxa"/>
              <w:bottom w:w="100" w:type="dxa"/>
              <w:end w:w="160" w:type="dxa"/>
            </w:tcMar>
          </w:tcPr>
          <w:p>
            <w:pPr>
              <w:spacing w:before="0" w:after="0" w:line="276" w:lineRule="auto"/>
            </w:pPr>
            <w:r>
              <w:rPr>
                <w:rFonts w:ascii="Inter" w:hAnsi="Inter"/>
                <w:b w:val="0"/>
                <w:color w:val="1C3034"/>
                <w:sz w:val="16"/>
              </w:rPr>
              <w:t>Wichtig: Dieses Zusatzblatt ersetzt weder tierärztliche Beratung noch erforderliche Einwilligungen. Bei lebensbedrohlichen Symptomen sofort die Tierarztpraxis bzw. den tierärztlichen Notdienst kontaktieren.</w:t>
            </w:r>
          </w:p>
        </w:tc>
      </w:tr>
    </w:tbl>
    <w:sectPr w:rsidR="00FC693F" w:rsidRPr="0006063C" w:rsidSect="00034616">
      <w:headerReference w:type="default" r:id="rId9"/>
      <w:footerReference w:type="default" r:id="rId10"/>
      <w:pgSz w:w="11906" w:h="16838"/>
      <w:pgMar w:top="879" w:right="879" w:bottom="879" w:left="879" w:header="369" w:footer="4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50" w:lineRule="auto"/>
      <w:jc w:val="center"/>
    </w:pPr>
    <w:r>
      <w:rPr>
        <w:rFonts w:ascii="Inter" w:hAnsi="Inter"/>
        <w:b w:val="0"/>
        <w:color w:val="62747A"/>
        <w:sz w:val="14"/>
      </w:rPr>
      <w:t>PRIVATE VOLLMACHT     •     AUSFÜLLEN  ·  PRÜFEN  ·  UNTERSCHREIBEN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50" w:lineRule="auto"/>
      <w:jc w:val="right"/>
    </w:pPr>
    <w:r>
      <w:rPr>
        <w:rFonts w:ascii="Inter" w:hAnsi="Inter"/>
        <w:b/>
        <w:color w:val="2B5C5A"/>
        <w:sz w:val="14"/>
      </w:rPr>
      <w:t>FORMULAR  /  HUNDEBETREUUNG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Inter" w:hAnsi="Inter"/>
      <w:color w:val="1C30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einen Hund – editierbare Vorlage</dc:title>
  <dc:subject>Hundebetreuung, Abholung und tierärztliche Vertretung</dc:subject>
  <dc:creator/>
  <cp:keywords>Vollmacht Hund, Hundebetreuung, Word Vorlage</cp:keywords>
  <dc:description>generated by python-docx</dc:description>
  <cp:lastModifiedBy/>
  <cp:revision>1</cp:revision>
  <dcterms:created xsi:type="dcterms:W3CDTF">2013-12-23T23:15:00Z</dcterms:created>
  <dcterms:modified xsi:type="dcterms:W3CDTF">2013-12-23T23:15:00Z</dcterms:modified>
  <cp:category/>
</cp:coreProperties>
</file>