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60"/>
        <w:gridCol w:w="3090"/>
      </w:tblGrid>
      <w:tr>
        <w:tc>
          <w:tcPr>
            <w:tcW w:type="dxa" w:w="4978"/>
            <w:shd w:fill="173047"/>
            <w:tcMar>
              <w:top w:w="120" w:type="dxa"/>
              <w:start w:w="190" w:type="dxa"/>
              <w:bottom w:w="110" w:type="dxa"/>
              <w:end w:w="190" w:type="dxa"/>
            </w:tcMar>
          </w:tcPr>
          <w:p>
            <w:r>
              <w:rPr>
                <w:rFonts w:ascii="Inter" w:hAnsi="Inter"/>
                <w:b/>
                <w:color w:val="FFFFFF"/>
                <w:sz w:val="16"/>
              </w:rPr>
              <w:t>FORMULAR  /  KFZ-VERKAUF</w:t>
            </w:r>
          </w:p>
        </w:tc>
        <w:tc>
          <w:tcPr>
            <w:tcW w:type="dxa" w:w="4978"/>
            <w:shd w:fill="173047"/>
            <w:tcMar>
              <w:top w:w="120" w:type="dxa"/>
              <w:start w:w="190" w:type="dxa"/>
              <w:bottom w:w="110" w:type="dxa"/>
              <w:end w:w="190" w:type="dxa"/>
            </w:tcMar>
          </w:tcPr>
          <w:p>
            <w:pPr>
              <w:jc w:val="right"/>
            </w:pPr>
            <w:r>
              <w:rPr>
                <w:rFonts w:ascii="Inter" w:hAnsi="Inter"/>
                <w:b/>
                <w:color w:val="A0D9D5"/>
                <w:sz w:val="15"/>
              </w:rPr>
              <w:t>01 / 02  •  VOLLMACHT</w:t>
            </w:r>
          </w:p>
        </w:tc>
      </w:tr>
    </w:tbl>
    <w:p>
      <w:pPr>
        <w:pStyle w:val="TitleMain"/>
        <w:spacing w:before="260" w:after="80"/>
      </w:pPr>
      <w:r>
        <w:rPr>
          <w:rFonts w:ascii="Inter" w:hAnsi="Inter"/>
          <w:b/>
          <w:color w:val="173047"/>
          <w:sz w:val="38"/>
        </w:rPr>
        <w:t>Vollmacht zum Kfz-Verkauf</w:t>
      </w:r>
    </w:p>
    <w:p>
      <w:pPr>
        <w:spacing w:after="100"/>
      </w:pPr>
      <w:r>
        <w:rPr>
          <w:rFonts w:ascii="Inter" w:hAnsi="Inter"/>
          <w:b w:val="0"/>
          <w:color w:val="527082"/>
          <w:sz w:val="17"/>
        </w:rPr>
        <w:t>Zur Vertretung beim Verkauf eines eindeutig bezeichneten Fahrzeugs.</w:t>
      </w:r>
    </w:p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01  </w:t>
      </w:r>
      <w:r>
        <w:rPr>
          <w:rFonts w:ascii="Inter" w:hAnsi="Inter"/>
          <w:b/>
          <w:color w:val="173047"/>
          <w:sz w:val="21"/>
        </w:rPr>
        <w:t>Beteiligte Personen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78"/>
            <w:shd w:fill="F1F6F7"/>
            <w:tcMar>
              <w:top w:w="105" w:type="dxa"/>
              <w:start w:w="125" w:type="dxa"/>
              <w:bottom w:w="100" w:type="dxa"/>
              <w:end w:w="125" w:type="dxa"/>
            </w:tcMar>
          </w:tcPr>
          <w:p>
            <w:r>
              <w:rPr>
                <w:rFonts w:ascii="Inter" w:hAnsi="Inter"/>
                <w:b/>
                <w:color w:val="008E8D"/>
                <w:sz w:val="14"/>
              </w:rPr>
              <w:t>VOLLMACHTGEBER / EIGENTÜMER</w:t>
            </w:r>
          </w:p>
          <w:p>
            <w:pPr>
              <w:spacing w:before="80"/>
            </w:pPr>
            <w:r>
              <w:rPr>
                <w:rFonts w:ascii="Inter" w:hAnsi="Inter"/>
                <w:b/>
                <w:color w:val="527082"/>
                <w:sz w:val="13"/>
              </w:rPr>
              <w:t>VOR- UND NACHNAME</w:t>
            </w:r>
          </w:p>
          <w:p>
            <w:pPr>
              <w:spacing w:after="20"/>
              <w:pBdr>
                <w:bottom w:val="single" w:sz="5" w:color="D1DEE3"/>
              </w:pBdr>
            </w:pPr>
            <w:sdt>
              <w:sdtPr>
                <w:alias w:val="Name Geber"/>
                <w:tag w:val="name_geber"/>
                <w:id w:val="19000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  <w:p>
            <w:pPr>
              <w:spacing w:before="80"/>
            </w:pPr>
            <w:r>
              <w:rPr>
                <w:rFonts w:ascii="Inter" w:hAnsi="Inter"/>
                <w:b/>
                <w:color w:val="527082"/>
                <w:sz w:val="13"/>
              </w:rPr>
              <w:t>GEBURTSDATUM</w:t>
            </w:r>
          </w:p>
          <w:p>
            <w:pPr>
              <w:spacing w:after="20"/>
              <w:pBdr>
                <w:bottom w:val="single" w:sz="5" w:color="D1DEE3"/>
              </w:pBdr>
            </w:pPr>
            <w:sdt>
              <w:sdtPr>
                <w:alias w:val="Geburt Geber"/>
                <w:tag w:val="geburt_geber"/>
                <w:id w:val="19001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  <w:p>
            <w:pPr>
              <w:spacing w:before="80"/>
            </w:pPr>
            <w:r>
              <w:rPr>
                <w:rFonts w:ascii="Inter" w:hAnsi="Inter"/>
                <w:b/>
                <w:color w:val="527082"/>
                <w:sz w:val="13"/>
              </w:rPr>
              <w:t>STRASSE / HAUSNUMMER</w:t>
            </w:r>
          </w:p>
          <w:p>
            <w:pPr>
              <w:spacing w:after="20"/>
              <w:pBdr>
                <w:bottom w:val="single" w:sz="5" w:color="D1DEE3"/>
              </w:pBdr>
            </w:pPr>
            <w:sdt>
              <w:sdtPr>
                <w:alias w:val="Strasse Geber"/>
                <w:tag w:val="strasse_geber"/>
                <w:id w:val="19002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  <w:p>
            <w:pPr>
              <w:spacing w:before="80"/>
            </w:pPr>
            <w:r>
              <w:rPr>
                <w:rFonts w:ascii="Inter" w:hAnsi="Inter"/>
                <w:b/>
                <w:color w:val="527082"/>
                <w:sz w:val="13"/>
              </w:rPr>
              <w:t>PLZ / ORT</w:t>
            </w:r>
          </w:p>
          <w:p>
            <w:pPr>
              <w:spacing w:after="20"/>
              <w:pBdr>
                <w:bottom w:val="single" w:sz="5" w:color="D1DEE3"/>
              </w:pBdr>
            </w:pPr>
            <w:sdt>
              <w:sdtPr>
                <w:alias w:val="Ort Geber"/>
                <w:tag w:val="ort_geber"/>
                <w:id w:val="19003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1F6F7"/>
            <w:tcMar>
              <w:top w:w="105" w:type="dxa"/>
              <w:start w:w="125" w:type="dxa"/>
              <w:bottom w:w="100" w:type="dxa"/>
              <w:end w:w="125" w:type="dxa"/>
            </w:tcMar>
          </w:tcPr>
          <w:p>
            <w:r>
              <w:rPr>
                <w:rFonts w:ascii="Inter" w:hAnsi="Inter"/>
                <w:b/>
                <w:color w:val="008E8D"/>
                <w:sz w:val="14"/>
              </w:rPr>
              <w:t>BEVOLLMÄCHTIGTE PERSON</w:t>
            </w:r>
          </w:p>
          <w:p>
            <w:pPr>
              <w:spacing w:before="80"/>
            </w:pPr>
            <w:r>
              <w:rPr>
                <w:rFonts w:ascii="Inter" w:hAnsi="Inter"/>
                <w:b/>
                <w:color w:val="527082"/>
                <w:sz w:val="13"/>
              </w:rPr>
              <w:t>VOR- UND NACHNAME</w:t>
            </w:r>
          </w:p>
          <w:p>
            <w:pPr>
              <w:spacing w:after="20"/>
              <w:pBdr>
                <w:bottom w:val="single" w:sz="5" w:color="D1DEE3"/>
              </w:pBdr>
            </w:pPr>
            <w:sdt>
              <w:sdtPr>
                <w:alias w:val="Name Vertreter"/>
                <w:tag w:val="name_vertreter"/>
                <w:id w:val="19004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  <w:p>
            <w:pPr>
              <w:spacing w:before="80"/>
            </w:pPr>
            <w:r>
              <w:rPr>
                <w:rFonts w:ascii="Inter" w:hAnsi="Inter"/>
                <w:b/>
                <w:color w:val="527082"/>
                <w:sz w:val="13"/>
              </w:rPr>
              <w:t>GEBURTSDATUM</w:t>
            </w:r>
          </w:p>
          <w:p>
            <w:pPr>
              <w:spacing w:after="20"/>
              <w:pBdr>
                <w:bottom w:val="single" w:sz="5" w:color="D1DEE3"/>
              </w:pBdr>
            </w:pPr>
            <w:sdt>
              <w:sdtPr>
                <w:alias w:val="Geburt Vertreter"/>
                <w:tag w:val="geburt_vertreter"/>
                <w:id w:val="19005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  <w:p>
            <w:pPr>
              <w:spacing w:before="80"/>
            </w:pPr>
            <w:r>
              <w:rPr>
                <w:rFonts w:ascii="Inter" w:hAnsi="Inter"/>
                <w:b/>
                <w:color w:val="527082"/>
                <w:sz w:val="13"/>
              </w:rPr>
              <w:t>STRASSE / HAUSNUMMER</w:t>
            </w:r>
          </w:p>
          <w:p>
            <w:pPr>
              <w:spacing w:after="20"/>
              <w:pBdr>
                <w:bottom w:val="single" w:sz="5" w:color="D1DEE3"/>
              </w:pBdr>
            </w:pPr>
            <w:sdt>
              <w:sdtPr>
                <w:alias w:val="Strasse Vertreter"/>
                <w:tag w:val="strasse_vertreter"/>
                <w:id w:val="19006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  <w:p>
            <w:pPr>
              <w:spacing w:before="80"/>
            </w:pPr>
            <w:r>
              <w:rPr>
                <w:rFonts w:ascii="Inter" w:hAnsi="Inter"/>
                <w:b/>
                <w:color w:val="527082"/>
                <w:sz w:val="13"/>
              </w:rPr>
              <w:t>PLZ / ORT</w:t>
            </w:r>
          </w:p>
          <w:p>
            <w:pPr>
              <w:spacing w:after="20"/>
              <w:pBdr>
                <w:bottom w:val="single" w:sz="5" w:color="D1DEE3"/>
              </w:pBdr>
            </w:pPr>
            <w:sdt>
              <w:sdtPr>
                <w:alias w:val="Ort Vertreter"/>
                <w:tag w:val="ort_vertreter"/>
                <w:id w:val="19007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02  </w:t>
      </w:r>
      <w:r>
        <w:rPr>
          <w:rFonts w:ascii="Inter" w:hAnsi="Inter"/>
          <w:b/>
          <w:color w:val="173047"/>
          <w:sz w:val="21"/>
        </w:rPr>
        <w:t>Fahrzeug</w:t>
      </w:r>
      <w:r>
        <w:rPr>
          <w:rFonts w:ascii="Inter" w:hAnsi="Inter"/>
          <w:b w:val="0"/>
          <w:color w:val="527082"/>
          <w:sz w:val="14"/>
        </w:rPr>
        <w:t xml:space="preserve">  ·  Genaue Zuordnung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025"/>
        <w:gridCol w:w="5896"/>
      </w:tblGrid>
      <w:tr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HERSTELLER / MODELL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Fahrzeug Modell"/>
                <w:tag w:val="fahrzeug_modell"/>
                <w:id w:val="19008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FAHRZEUG-IDENTIFIZIERUNGSNUMMER (FIN)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Fahrzeug Fin"/>
                <w:tag w:val="fahrzeug_fin"/>
                <w:id w:val="19009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AMTLICHES KENNZEICHEN (FALLS VORHANDEN)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Kennzeichen"/>
                <w:tag w:val="kennzeichen"/>
                <w:id w:val="19010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FAHRZEUGART (Z. B. PKW, MOTORRAD)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Fahrzeugart"/>
                <w:tag w:val="fahrzeugart"/>
                <w:id w:val="19011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spacing w:after="0"/>
      </w:pPr>
    </w:p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03  </w:t>
      </w:r>
      <w:r>
        <w:rPr>
          <w:rFonts w:ascii="Inter" w:hAnsi="Inter"/>
          <w:b/>
          <w:color w:val="173047"/>
          <w:sz w:val="21"/>
        </w:rPr>
        <w:t>Erklärung und Befugnisse</w:t>
      </w:r>
    </w:p>
    <w:p>
      <w:pPr>
        <w:spacing w:after="100"/>
      </w:pPr>
      <w:r>
        <w:rPr>
          <w:rFonts w:ascii="Inter" w:hAnsi="Inter"/>
          <w:b w:val="0"/>
          <w:sz w:val="16"/>
        </w:rPr>
        <w:t xml:space="preserve">Hiermit bevollmächtige ich die oben bezeichnete Person, das genannte Fahrzeug </w:t>
      </w:r>
      <w:r>
        <w:rPr>
          <w:rFonts w:ascii="Inter" w:hAnsi="Inter"/>
          <w:b/>
          <w:color w:val="173047"/>
          <w:sz w:val="16"/>
        </w:rPr>
        <w:t>in meinem Namen und für meine Rechnung zu verkaufen, den Kaufvertrag abzuschließen und rechtsverbindlich zu unterzeichnen.</w:t>
      </w:r>
    </w:p>
    <w:p>
      <w:pPr>
        <w:spacing w:after="80"/>
      </w:pPr>
      <w:r>
        <w:rPr>
          <w:rFonts w:ascii="Inter" w:hAnsi="Inter"/>
          <w:b w:val="0"/>
          <w:color w:val="1F3342"/>
          <w:sz w:val="16"/>
        </w:rPr>
        <w:t>Zusätzliche Befugnisse gelten nur, wenn sie ausdrücklich angekreuzt sind: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78"/>
            <w:shd w:fill="F6F9FB"/>
            <w:tcMar>
              <w:top w:w="65" w:type="dxa"/>
              <w:start w:w="120" w:type="dxa"/>
              <w:bottom w:w="65" w:type="dxa"/>
              <w:end w:w="60" w:type="dxa"/>
            </w:tcMar>
          </w:tcPr>
          <w:p>
            <w:sdt>
              <w:sdtPr>
                <w:alias w:val="Scope Fahrzeug"/>
                <w:tag w:val="scope_fahrzeug"/>
                <w:id w:val="3100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Fahrzeug, Schlüssel und Zubehör übergeben</w:t>
            </w:r>
          </w:p>
        </w:tc>
        <w:tc>
          <w:tcPr>
            <w:tcW w:type="dxa" w:w="4978"/>
            <w:shd w:fill="F6F9FB"/>
            <w:tcMar>
              <w:top w:w="65" w:type="dxa"/>
              <w:start w:w="120" w:type="dxa"/>
              <w:bottom w:w="65" w:type="dxa"/>
              <w:end w:w="60" w:type="dxa"/>
            </w:tcMar>
          </w:tcPr>
          <w:p>
            <w:sdt>
              <w:sdtPr>
                <w:alias w:val="Scope Papiere"/>
                <w:tag w:val="scope_papiere"/>
                <w:id w:val="3100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Fahrzeugpapiere und HU-Bericht aushändigen</w:t>
            </w:r>
          </w:p>
        </w:tc>
      </w:tr>
      <w:tr>
        <w:tc>
          <w:tcPr>
            <w:tcW w:type="dxa" w:w="4978"/>
            <w:shd w:fill="F6F9FB"/>
            <w:tcMar>
              <w:top w:w="65" w:type="dxa"/>
              <w:start w:w="120" w:type="dxa"/>
              <w:bottom w:w="65" w:type="dxa"/>
              <w:end w:w="60" w:type="dxa"/>
            </w:tcMar>
          </w:tcPr>
          <w:p>
            <w:sdt>
              <w:sdtPr>
                <w:alias w:val="Scope Bargeld"/>
                <w:tag w:val="scope_bargeld"/>
                <w:id w:val="3100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Bargeld entgegennehmen und quittieren</w:t>
            </w:r>
          </w:p>
        </w:tc>
        <w:tc>
          <w:tcPr>
            <w:tcW w:type="dxa" w:w="4978"/>
            <w:shd w:fill="F6F9FB"/>
            <w:tcMar>
              <w:top w:w="65" w:type="dxa"/>
              <w:start w:w="120" w:type="dxa"/>
              <w:bottom w:w="65" w:type="dxa"/>
              <w:end w:w="60" w:type="dxa"/>
            </w:tcMar>
          </w:tcPr>
          <w:p>
            <w:sdt>
              <w:sdtPr>
                <w:alias w:val="Scope Kontoeingang"/>
                <w:tag w:val="scope_kontoeingang"/>
                <w:id w:val="3100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Zahlungseingang auf meinem Konto bestätigen</w:t>
            </w:r>
          </w:p>
        </w:tc>
      </w:tr>
    </w:tbl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04  </w:t>
      </w:r>
      <w:r>
        <w:rPr>
          <w:rFonts w:ascii="Inter" w:hAnsi="Inter"/>
          <w:b/>
          <w:color w:val="173047"/>
          <w:sz w:val="21"/>
        </w:rPr>
        <w:t>Preis und Zahlungsweg</w:t>
      </w:r>
      <w:r>
        <w:rPr>
          <w:rFonts w:ascii="Inter" w:hAnsi="Inter"/>
          <w:b w:val="0"/>
          <w:color w:val="527082"/>
          <w:sz w:val="14"/>
        </w:rPr>
        <w:t xml:space="preserve">  ·  Bitte zutreffende Preisregel markieren</w:t>
      </w:r>
    </w:p>
    <w:p>
      <w:pPr>
        <w:spacing w:after="60"/>
      </w:pPr>
      <w:sdt>
        <w:sdtPr>
          <w:alias w:val="Preis Frei"/>
          <w:tag w:val="preis_frei"/>
          <w:id w:val="3100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Inter" w:hAnsi="Inter"/>
          <w:b w:val="0"/>
          <w:sz w:val="16"/>
        </w:rPr>
        <w:t xml:space="preserve">  Preis frei vereinbar</w:t>
      </w:r>
      <w:r>
        <w:rPr>
          <w:rFonts w:ascii="Inter" w:hAnsi="Inter"/>
          <w:b w:val="0"/>
          <w:sz w:val="16"/>
        </w:rPr>
        <w:t xml:space="preserve">         </w:t>
      </w:r>
      <w:sdt>
        <w:sdtPr>
          <w:alias w:val="Preis Mindest"/>
          <w:tag w:val="preis_mindest"/>
          <w:id w:val="3100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Inter" w:hAnsi="Inter"/>
          <w:b w:val="0"/>
          <w:sz w:val="16"/>
        </w:rPr>
        <w:t xml:space="preserve">  Verkauf nur ab Mindestpreis (EUR): </w:t>
      </w:r>
      <w:sdt>
        <w:sdtPr>
          <w:alias w:val="Preis Betrag"/>
          <w:tag w:val="preis_betrag"/>
          <w:id w:val="19012"/>
          <w:text/>
        </w:sdtPr>
        <w:sdtContent>
          <w:r>
            <w:rPr>
              <w:rFonts w:ascii="Inter" w:hAnsi="Inter"/>
              <w:color w:val="A5B4BC"/>
              <w:i/>
              <w:sz w:val="16"/>
            </w:rPr>
            <w:t xml:space="preserve">____________</w:t>
          </w:r>
        </w:sdtContent>
      </w:sdt>
    </w:p>
    <w:p>
      <w:pPr>
        <w:spacing w:after="40"/>
      </w:pPr>
      <w:r>
        <w:rPr>
          <w:rFonts w:ascii="Inter" w:hAnsi="Inter"/>
          <w:b w:val="0"/>
          <w:color w:val="527082"/>
          <w:sz w:val="14"/>
        </w:rPr>
        <w:t>Ohne gewählte Preisregel ist vor Abschluss des Kaufvertrags eine ausdrückliche Preisfreigabe einzuholen.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21"/>
      </w:tblGrid>
      <w:tr>
        <w:tc>
          <w:tcPr>
            <w:tcW w:type="dxa" w:w="9956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IBAN DES VOLLMACHTGEBERS (OPTIONAL, FÜR ÜBERWEISUNG)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Iban Vollmachtgeber"/>
                <w:tag w:val="iban_vollmachtgeber"/>
                <w:id w:val="19013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spacing w:after="0"/>
      </w:pPr>
    </w:p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05  </w:t>
      </w:r>
      <w:r>
        <w:rPr>
          <w:rFonts w:ascii="Inter" w:hAnsi="Inter"/>
          <w:b/>
          <w:color w:val="173047"/>
          <w:sz w:val="21"/>
        </w:rPr>
        <w:t>Geltung, Grenzen und Unterschrift</w:t>
      </w:r>
    </w:p>
    <w:p>
      <w:pPr>
        <w:spacing w:after="60"/>
      </w:pPr>
      <w:r>
        <w:rPr>
          <w:rFonts w:ascii="Inter" w:hAnsi="Inter"/>
          <w:b w:val="0"/>
          <w:sz w:val="15"/>
        </w:rPr>
        <w:t xml:space="preserve">Die Vollmacht gilt ab Unterzeichnung für diesen Verkauf und endet mit dessen Abschluss oder einem vorherigen Widerruf. </w:t>
      </w:r>
      <w:r>
        <w:rPr>
          <w:rFonts w:ascii="Inter" w:hAnsi="Inter"/>
          <w:b/>
          <w:sz w:val="15"/>
        </w:rPr>
        <w:t xml:space="preserve">Optionales Enddatum: </w:t>
      </w:r>
      <w:sdt>
        <w:sdtPr>
          <w:alias w:val="Gueltig Bis"/>
          <w:tag w:val="gueltig_bis"/>
          <w:id w:val="19014"/>
          <w:text/>
        </w:sdtPr>
        <w:sdtContent>
          <w:r>
            <w:rPr>
              <w:rFonts w:ascii="Inter" w:hAnsi="Inter"/>
              <w:color w:val="A5B4BC"/>
              <w:i/>
              <w:sz w:val="16"/>
            </w:rPr>
            <w:t xml:space="preserve">____________</w:t>
          </w:r>
        </w:sdtContent>
      </w:sdt>
    </w:p>
    <w:p>
      <w:pPr>
        <w:spacing w:after="160"/>
      </w:pPr>
      <w:r>
        <w:rPr>
          <w:rFonts w:ascii="Inter" w:hAnsi="Inter"/>
          <w:b w:val="0"/>
          <w:color w:val="527082"/>
          <w:sz w:val="14"/>
        </w:rPr>
        <w:t>Nicht umfasst sind Untervollmachten, Insichgeschäfte (§ 181 BGB), Zulassungs- oder Ummeldungsanträge sowie Verfügungen über andere Fahrzeuge.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082"/>
        <w:gridCol w:w="5839"/>
      </w:tblGrid>
      <w:tr>
        <w:tc>
          <w:tcPr>
            <w:tcW w:type="dxa" w:w="4978"/>
            <w:tcMar>
              <w:top w:w="70" w:type="dxa"/>
              <w:start w:w="95" w:type="dxa"/>
              <w:bottom w:w="70" w:type="dxa"/>
              <w:end w:w="95" w:type="dxa"/>
            </w:tcMar>
            <w:shd w:fill="F1F6F7"/>
          </w:tcPr>
          <w:p>
            <w:r>
              <w:rPr>
                <w:rFonts w:ascii="Inter" w:hAnsi="Inter"/>
                <w:b/>
                <w:color w:val="527082"/>
                <w:sz w:val="13"/>
              </w:rPr>
              <w:t>ORT / DATUM</w:t>
            </w:r>
          </w:p>
          <w:p>
            <w:pPr>
              <w:spacing w:after="20" w:before="140"/>
              <w:pBdr>
                <w:bottom w:val="single" w:sz="5" w:color="527082"/>
              </w:pBdr>
            </w:pPr>
            <w:sdt>
              <w:sdtPr>
                <w:alias w:val="Unterschrift Ort Datum"/>
                <w:tag w:val="unterschrift_ort_datum"/>
                <w:id w:val="19015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tcMar>
              <w:top w:w="70" w:type="dxa"/>
              <w:start w:w="95" w:type="dxa"/>
              <w:bottom w:w="70" w:type="dxa"/>
              <w:end w:w="95" w:type="dxa"/>
            </w:tcMar>
            <w:shd w:fill="F1F6F7"/>
          </w:tcPr>
          <w:p>
            <w:r>
              <w:rPr>
                <w:rFonts w:ascii="Inter" w:hAnsi="Inter"/>
                <w:b/>
                <w:color w:val="527082"/>
                <w:sz w:val="13"/>
              </w:rPr>
              <w:t>UNTERSCHRIFT DES VOLLMACHTGEBERS</w:t>
            </w:r>
          </w:p>
          <w:p>
            <w:pPr>
              <w:spacing w:after="20" w:before="140"/>
              <w:pBdr>
                <w:bottom w:val="single" w:sz="5" w:color="527082"/>
              </w:pBdr>
            </w:pPr>
            <w:sdt>
              <w:sdtPr>
                <w:alias w:val="Unterschrift Geber"/>
                <w:tag w:val="unterschrift_geber"/>
                <w:id w:val="19016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60"/>
        <w:gridCol w:w="3090"/>
      </w:tblGrid>
      <w:tr>
        <w:tc>
          <w:tcPr>
            <w:tcW w:type="dxa" w:w="4978"/>
            <w:shd w:fill="173047"/>
            <w:tcMar>
              <w:top w:w="120" w:type="dxa"/>
              <w:start w:w="190" w:type="dxa"/>
              <w:bottom w:w="110" w:type="dxa"/>
              <w:end w:w="190" w:type="dxa"/>
            </w:tcMar>
          </w:tcPr>
          <w:p>
            <w:r>
              <w:rPr>
                <w:rFonts w:ascii="Inter" w:hAnsi="Inter"/>
                <w:b/>
                <w:color w:val="FFFFFF"/>
                <w:sz w:val="16"/>
              </w:rPr>
              <w:t>FORMULAR  /  KFZ-VERKAUF</w:t>
            </w:r>
          </w:p>
        </w:tc>
        <w:tc>
          <w:tcPr>
            <w:tcW w:type="dxa" w:w="4978"/>
            <w:shd w:fill="173047"/>
            <w:tcMar>
              <w:top w:w="120" w:type="dxa"/>
              <w:start w:w="190" w:type="dxa"/>
              <w:bottom w:w="110" w:type="dxa"/>
              <w:end w:w="190" w:type="dxa"/>
            </w:tcMar>
          </w:tcPr>
          <w:p>
            <w:pPr>
              <w:jc w:val="right"/>
            </w:pPr>
            <w:r>
              <w:rPr>
                <w:rFonts w:ascii="Inter" w:hAnsi="Inter"/>
                <w:b/>
                <w:color w:val="A0D9D5"/>
                <w:sz w:val="15"/>
              </w:rPr>
              <w:t>02 / 02  •  ÜBERGABE</w:t>
            </w:r>
          </w:p>
        </w:tc>
      </w:tr>
    </w:tbl>
    <w:p>
      <w:pPr>
        <w:pStyle w:val="TitleMain"/>
        <w:spacing w:before="260" w:after="80"/>
      </w:pPr>
      <w:r>
        <w:rPr>
          <w:rFonts w:ascii="Inter" w:hAnsi="Inter"/>
          <w:b/>
          <w:color w:val="173047"/>
          <w:sz w:val="38"/>
        </w:rPr>
        <w:t>Fahrzeugübergabe &amp; Nachweis</w:t>
      </w:r>
    </w:p>
    <w:p>
      <w:pPr>
        <w:spacing w:after="100"/>
      </w:pPr>
      <w:r>
        <w:rPr>
          <w:rFonts w:ascii="Inter" w:hAnsi="Inter"/>
          <w:b w:val="0"/>
          <w:color w:val="527082"/>
          <w:sz w:val="17"/>
        </w:rPr>
        <w:t>Optionales Begleitblatt für die praktische Abwicklung des Verkaufs.</w:t>
      </w:r>
    </w:p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01  </w:t>
      </w:r>
      <w:r>
        <w:rPr>
          <w:rFonts w:ascii="Inter" w:hAnsi="Inter"/>
          <w:b/>
          <w:color w:val="173047"/>
          <w:sz w:val="21"/>
        </w:rPr>
        <w:t>Verkauf und Käufer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3"/>
        <w:gridCol w:w="3969"/>
      </w:tblGrid>
      <w:tr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FAHRZEUG / FIN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Uebergabe Fahrzeug Fin"/>
                <w:tag w:val="uebergabe_fahrzeug_fin"/>
                <w:id w:val="19017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AMTLICHES KENNZEICHEN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Uebergabe Kennzeichen"/>
                <w:tag w:val="uebergabe_kennzeichen"/>
                <w:id w:val="19018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NAME / VORNAME KÄUFER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Kaeufer Name"/>
                <w:tag w:val="kaeufer_name"/>
                <w:id w:val="19019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STRASSE / HAUSNUMMER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Kaeufer Strasse"/>
                <w:tag w:val="kaeufer_strasse"/>
                <w:id w:val="19020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PLZ / ORT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Kaeufer Ort"/>
                <w:tag w:val="kaeufer_ort"/>
                <w:id w:val="19021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VERKAUFSPREIS IN EUR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Verkaufspreis"/>
                <w:tag w:val="verkaufspreis"/>
                <w:id w:val="19022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ÜBERGABEORT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Uebergabeort"/>
                <w:tag w:val="uebergabeort"/>
                <w:id w:val="19023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ÜBERGABE AM (DATUM / UHRZEIT)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Uebergabezeit"/>
                <w:tag w:val="uebergabezeit"/>
                <w:id w:val="19024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spacing w:after="0"/>
      </w:pPr>
    </w:p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02  </w:t>
      </w:r>
      <w:r>
        <w:rPr>
          <w:rFonts w:ascii="Inter" w:hAnsi="Inter"/>
          <w:b/>
          <w:color w:val="173047"/>
          <w:sz w:val="21"/>
        </w:rPr>
        <w:t>Zahlung</w:t>
      </w:r>
      <w:r>
        <w:rPr>
          <w:rFonts w:ascii="Inter" w:hAnsi="Inter"/>
          <w:b w:val="0"/>
          <w:color w:val="527082"/>
          <w:sz w:val="14"/>
        </w:rPr>
        <w:t xml:space="preserve">  ·  Prüfung vor der Aushändigung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5"/>
        <w:gridCol w:w="3305"/>
        <w:gridCol w:w="3305"/>
      </w:tblGrid>
      <w:tr>
        <w:tc>
          <w:tcPr>
            <w:tcW w:type="dxa" w:w="3319"/>
            <w:shd w:fill="F1F6F7"/>
            <w:tcMar>
              <w:top w:w="105" w:type="dxa"/>
              <w:start w:w="75" w:type="dxa"/>
              <w:bottom w:w="105" w:type="dxa"/>
              <w:end w:w="45" w:type="dxa"/>
            </w:tcMar>
          </w:tcPr>
          <w:p>
            <w:sdt>
              <w:sdtPr>
                <w:alias w:val="Zahlung Voll"/>
                <w:tag w:val="zahlung_voll"/>
                <w:id w:val="3100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Zahlung vollständig erhalten</w:t>
            </w:r>
          </w:p>
        </w:tc>
        <w:tc>
          <w:tcPr>
            <w:tcW w:type="dxa" w:w="3319"/>
            <w:shd w:fill="F1F6F7"/>
            <w:tcMar>
              <w:top w:w="105" w:type="dxa"/>
              <w:start w:w="75" w:type="dxa"/>
              <w:bottom w:w="105" w:type="dxa"/>
              <w:end w:w="45" w:type="dxa"/>
            </w:tcMar>
          </w:tcPr>
          <w:p>
            <w:sdt>
              <w:sdtPr>
                <w:alias w:val="Zahlung Ueber"/>
                <w:tag w:val="zahlung_ueber"/>
                <w:id w:val="3100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Überweisung geprüft</w:t>
            </w:r>
          </w:p>
        </w:tc>
        <w:tc>
          <w:tcPr>
            <w:tcW w:type="dxa" w:w="3319"/>
            <w:shd w:fill="F1F6F7"/>
            <w:tcMar>
              <w:top w:w="105" w:type="dxa"/>
              <w:start w:w="75" w:type="dxa"/>
              <w:bottom w:w="105" w:type="dxa"/>
              <w:end w:w="45" w:type="dxa"/>
            </w:tcMar>
          </w:tcPr>
          <w:p>
            <w:sdt>
              <w:sdtPr>
                <w:alias w:val="Zahlung Bar"/>
                <w:tag w:val="zahlung_bar"/>
                <w:id w:val="3100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Barzahlung quittiert</w:t>
            </w:r>
          </w:p>
        </w:tc>
      </w:tr>
    </w:tbl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03  </w:t>
      </w:r>
      <w:r>
        <w:rPr>
          <w:rFonts w:ascii="Inter" w:hAnsi="Inter"/>
          <w:b/>
          <w:color w:val="173047"/>
          <w:sz w:val="21"/>
        </w:rPr>
        <w:t>Übergebene Gegenstände</w:t>
      </w:r>
      <w:r>
        <w:rPr>
          <w:rFonts w:ascii="Inter" w:hAnsi="Inter"/>
          <w:b w:val="0"/>
          <w:color w:val="527082"/>
          <w:sz w:val="14"/>
        </w:rPr>
        <w:t xml:space="preserve">  ·  Jeweils markieren, was tatsächlich übergeben wurde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78"/>
            <w:shd w:fill="F6F9FB"/>
            <w:tcMar>
              <w:top w:w="110" w:type="dxa"/>
              <w:start w:w="125" w:type="dxa"/>
              <w:bottom w:w="110" w:type="dxa"/>
              <w:end w:w="80" w:type="dxa"/>
            </w:tcMar>
          </w:tcPr>
          <w:p>
            <w:sdt>
              <w:sdtPr>
                <w:alias w:val="Obj Fahrzeug"/>
                <w:tag w:val="obj_fahrzeug"/>
                <w:id w:val="3100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Fahrzeug / Anhänger</w:t>
            </w:r>
          </w:p>
        </w:tc>
        <w:tc>
          <w:tcPr>
            <w:tcW w:type="dxa" w:w="4978"/>
            <w:shd w:fill="F6F9FB"/>
            <w:tcMar>
              <w:top w:w="110" w:type="dxa"/>
              <w:start w:w="125" w:type="dxa"/>
              <w:bottom w:w="110" w:type="dxa"/>
              <w:end w:w="80" w:type="dxa"/>
            </w:tcMar>
          </w:tcPr>
          <w:p>
            <w:sdt>
              <w:sdtPr>
                <w:alias w:val="Obj Zb1"/>
                <w:tag w:val="obj_zb1"/>
                <w:id w:val="310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Zulassungsbescheinigung Teil I</w:t>
            </w:r>
          </w:p>
        </w:tc>
      </w:tr>
      <w:tr>
        <w:tc>
          <w:tcPr>
            <w:tcW w:type="dxa" w:w="4978"/>
            <w:shd w:fill="F6F9FB"/>
            <w:tcMar>
              <w:top w:w="110" w:type="dxa"/>
              <w:start w:w="125" w:type="dxa"/>
              <w:bottom w:w="110" w:type="dxa"/>
              <w:end w:w="80" w:type="dxa"/>
            </w:tcMar>
          </w:tcPr>
          <w:p>
            <w:sdt>
              <w:sdtPr>
                <w:alias w:val="Obj Zb2"/>
                <w:tag w:val="obj_zb2"/>
                <w:id w:val="310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Zulassungsbescheinigung Teil II</w:t>
            </w:r>
          </w:p>
        </w:tc>
        <w:tc>
          <w:tcPr>
            <w:tcW w:type="dxa" w:w="4978"/>
            <w:shd w:fill="F6F9FB"/>
            <w:tcMar>
              <w:top w:w="110" w:type="dxa"/>
              <w:start w:w="125" w:type="dxa"/>
              <w:bottom w:w="110" w:type="dxa"/>
              <w:end w:w="80" w:type="dxa"/>
            </w:tcMar>
          </w:tcPr>
          <w:p>
            <w:sdt>
              <w:sdtPr>
                <w:alias w:val="Obj Hu"/>
                <w:tag w:val="obj_hu"/>
                <w:id w:val="3101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HU-Prüfbericht</w:t>
            </w:r>
          </w:p>
        </w:tc>
      </w:tr>
      <w:tr>
        <w:tc>
          <w:tcPr>
            <w:tcW w:type="dxa" w:w="4978"/>
            <w:shd w:fill="F6F9FB"/>
            <w:tcMar>
              <w:top w:w="110" w:type="dxa"/>
              <w:start w:w="125" w:type="dxa"/>
              <w:bottom w:w="110" w:type="dxa"/>
              <w:end w:w="80" w:type="dxa"/>
            </w:tcMar>
          </w:tcPr>
          <w:p>
            <w:sdt>
              <w:sdtPr>
                <w:alias w:val="Obj Schluessel"/>
                <w:tag w:val="obj_schluessel"/>
                <w:id w:val="310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Alle Fahrzeugschlüssel</w:t>
            </w:r>
          </w:p>
        </w:tc>
        <w:tc>
          <w:tcPr>
            <w:tcW w:type="dxa" w:w="4978"/>
            <w:shd w:fill="F6F9FB"/>
            <w:tcMar>
              <w:top w:w="110" w:type="dxa"/>
              <w:start w:w="125" w:type="dxa"/>
              <w:bottom w:w="110" w:type="dxa"/>
              <w:end w:w="80" w:type="dxa"/>
            </w:tcMar>
          </w:tcPr>
          <w:p>
            <w:sdt>
              <w:sdtPr>
                <w:alias w:val="Obj Kennzeichen"/>
                <w:tag w:val="obj_kennzeichen"/>
                <w:id w:val="310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Kennzeichen (soweit vorhanden)</w:t>
            </w:r>
          </w:p>
        </w:tc>
      </w:tr>
      <w:tr>
        <w:tc>
          <w:tcPr>
            <w:tcW w:type="dxa" w:w="4978"/>
            <w:shd w:fill="F6F9FB"/>
            <w:tcMar>
              <w:top w:w="110" w:type="dxa"/>
              <w:start w:w="125" w:type="dxa"/>
              <w:bottom w:w="110" w:type="dxa"/>
              <w:end w:w="80" w:type="dxa"/>
            </w:tcMar>
          </w:tcPr>
          <w:p>
            <w:sdt>
              <w:sdtPr>
                <w:alias w:val="Obj Service"/>
                <w:tag w:val="obj_service"/>
                <w:id w:val="310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Serviceheft / Bedienungsanleitung</w:t>
            </w:r>
          </w:p>
        </w:tc>
        <w:tc>
          <w:tcPr>
            <w:tcW w:type="dxa" w:w="4978"/>
            <w:shd w:fill="F6F9FB"/>
            <w:tcMar>
              <w:top w:w="110" w:type="dxa"/>
              <w:start w:w="125" w:type="dxa"/>
              <w:bottom w:w="110" w:type="dxa"/>
              <w:end w:w="80" w:type="dxa"/>
            </w:tcMar>
          </w:tcPr>
          <w:p>
            <w:sdt>
              <w:sdtPr>
                <w:alias w:val="Obj Sonstiges"/>
                <w:tag w:val="obj_sonstiges"/>
                <w:id w:val="310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sz w:val="15"/>
              </w:rPr>
              <w:t xml:space="preserve">  Sonstiges Zubehör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35"/>
        <w:gridCol w:w="7087"/>
      </w:tblGrid>
      <w:tr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ANZAHL SCHLÜSSEL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Anzahl Schluessel"/>
                <w:tag w:val="anzahl_schluessel"/>
                <w:id w:val="19025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6F9FB"/>
            <w:vAlign w:val="center"/>
            <w:tcMar>
              <w:top w:w="65" w:type="dxa"/>
              <w:start w:w="125" w:type="dxa"/>
              <w:bottom w:w="100" w:type="dxa"/>
              <w:end w:w="125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527082"/>
                <w:sz w:val="13"/>
              </w:rPr>
              <w:t>ZUBEHÖR / BESONDERHEITEN</w:t>
            </w:r>
          </w:p>
          <w:p>
            <w:pPr>
              <w:spacing w:before="0" w:after="40"/>
              <w:pBdr>
                <w:bottom w:val="single" w:sz="5" w:color="D1DEE3"/>
              </w:pBdr>
            </w:pPr>
            <w:sdt>
              <w:sdtPr>
                <w:alias w:val="Zubehoer Details"/>
                <w:tag w:val="zubehoer_details"/>
                <w:id w:val="19026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spacing w:after="0"/>
      </w:pPr>
    </w:p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04  </w:t>
      </w:r>
      <w:r>
        <w:rPr>
          <w:rFonts w:ascii="Inter" w:hAnsi="Inter"/>
          <w:b/>
          <w:color w:val="173047"/>
          <w:sz w:val="21"/>
        </w:rPr>
        <w:t>Hinweise und Bestätigung</w:t>
      </w:r>
    </w:p>
    <w:p>
      <w:pPr>
        <w:spacing w:after="100"/>
      </w:pPr>
      <w:r>
        <w:rPr>
          <w:rFonts w:ascii="Inter" w:hAnsi="Inter"/>
          <w:b w:val="0"/>
          <w:color w:val="1F3342"/>
          <w:sz w:val="15"/>
        </w:rPr>
        <w:t>Dieses Blatt dient ausschließlich der Dokumentation. Es ersetzt weder den Kaufvertrag noch die Verkaufsmeldungen an Zulassungsstelle und Versicherung. Fahrzeugpapiere möglichst erst nach vollständig bestätigter Zahlung aushändigen.</w:t>
      </w:r>
    </w:p>
    <w:p>
      <w:pPr>
        <w:spacing w:after="100"/>
      </w:pPr>
      <w:r>
        <w:rPr>
          <w:rFonts w:ascii="Inter" w:hAnsi="Inter"/>
          <w:b w:val="0"/>
          <w:color w:val="527082"/>
          <w:sz w:val="15"/>
        </w:rPr>
        <w:t>Mit ihrer Unterschrift bestätigen die Beteiligten ausschließlich die hier dokumentierte Übergabe.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78"/>
            <w:shd w:fill="F1F6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Inter" w:hAnsi="Inter"/>
                <w:b/>
                <w:color w:val="527082"/>
                <w:sz w:val="13"/>
              </w:rPr>
              <w:t>BEVOLLMÄCHTIGTE PERSON  /  UNTERSCHRIFT</w:t>
            </w:r>
          </w:p>
          <w:p>
            <w:pPr>
              <w:spacing w:after="60" w:before="260"/>
              <w:pBdr>
                <w:bottom w:val="single" w:sz="5" w:color="527082"/>
              </w:pBdr>
            </w:pPr>
            <w:sdt>
              <w:sdtPr>
                <w:alias w:val="Unterschrift Vertreter"/>
                <w:tag w:val="unterschrift_vertreter"/>
                <w:id w:val="19027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  <w:tc>
          <w:tcPr>
            <w:tcW w:type="dxa" w:w="4978"/>
            <w:shd w:fill="F1F6F7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Inter" w:hAnsi="Inter"/>
                <w:b/>
                <w:color w:val="527082"/>
                <w:sz w:val="13"/>
              </w:rPr>
              <w:t>KÄUFERIN / KÄUFER  /  UNTERSCHRIFT</w:t>
            </w:r>
          </w:p>
          <w:p>
            <w:pPr>
              <w:spacing w:after="60" w:before="260"/>
              <w:pBdr>
                <w:bottom w:val="single" w:sz="5" w:color="527082"/>
              </w:pBdr>
            </w:pPr>
            <w:sdt>
              <w:sdtPr>
                <w:alias w:val="Unterschrift Kaeufer"/>
                <w:tag w:val="unterschrift_kaeufer"/>
                <w:id w:val="19028"/>
                <w:text/>
              </w:sdtPr>
              <w:sdtContent>
                <w:r>
                  <w:rPr>
                    <w:rFonts w:ascii="Inter" w:hAnsi="Inter"/>
                    <w:color w:val="1F3342"/>
                    <w:sz w:val="18"/>
                  </w:rPr>
                  <w:t xml:space="preserve">   </w:t>
                </w:r>
              </w:sdtContent>
            </w:sdt>
          </w:p>
        </w:tc>
      </w:tr>
    </w:tbl>
    <w:p>
      <w:pPr>
        <w:keepNext/>
        <w:spacing w:before="140" w:after="100"/>
      </w:pPr>
      <w:r>
        <w:rPr>
          <w:rFonts w:ascii="Inter" w:hAnsi="Inter"/>
          <w:b/>
          <w:color w:val="008E8D"/>
          <w:sz w:val="18"/>
        </w:rPr>
        <w:t xml:space="preserve">05  </w:t>
      </w:r>
      <w:r>
        <w:rPr>
          <w:rFonts w:ascii="Inter" w:hAnsi="Inter"/>
          <w:b/>
          <w:color w:val="173047"/>
          <w:sz w:val="21"/>
        </w:rPr>
        <w:t>Abschlusskontrolle</w:t>
      </w:r>
      <w:r>
        <w:rPr>
          <w:rFonts w:ascii="Inter" w:hAnsi="Inter"/>
          <w:b w:val="0"/>
          <w:color w:val="527082"/>
          <w:sz w:val="14"/>
        </w:rPr>
        <w:t xml:space="preserve">  ·  Zur eigenen Ablage</w:t>
      </w:r>
    </w:p>
    <w:p>
      <w:pPr>
        <w:spacing w:after="60"/>
      </w:pPr>
      <w:sdt>
        <w:sdtPr>
          <w:alias w:val="Final Kaufvertrag"/>
          <w:tag w:val="final_kaufvertrag"/>
          <w:id w:val="3101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Inter" w:hAnsi="Inter"/>
          <w:b w:val="0"/>
          <w:sz w:val="14"/>
        </w:rPr>
        <w:t xml:space="preserve">  Kaufvertrag von beiden Parteien unterzeichnet</w:t>
      </w:r>
      <w:r>
        <w:t xml:space="preserve">     </w:t>
      </w:r>
      <w:sdt>
        <w:sdtPr>
          <w:alias w:val="Final Zulassung"/>
          <w:tag w:val="final_zulassung"/>
          <w:id w:val="3101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Inter" w:hAnsi="Inter"/>
          <w:b w:val="0"/>
          <w:sz w:val="14"/>
        </w:rPr>
        <w:t xml:space="preserve">  Verkauf an Zulassungsstelle gemeldet</w:t>
      </w:r>
      <w:r>
        <w:t xml:space="preserve">     </w:t>
      </w:r>
      <w:sdt>
        <w:sdtPr>
          <w:alias w:val="Final Versicherung"/>
          <w:tag w:val="final_versicherung"/>
          <w:id w:val="3101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Inter" w:hAnsi="Inter"/>
          <w:b w:val="0"/>
          <w:sz w:val="14"/>
        </w:rPr>
        <w:t xml:space="preserve">  Versicherung über Verkauf informiert</w:t>
      </w:r>
    </w:p>
    <w:sectPr w:rsidR="00FC693F" w:rsidRPr="0006063C" w:rsidSect="00034616">
      <w:footerReference w:type="default" r:id="rId9"/>
      <w:pgSz w:w="11906" w:h="16838"/>
      <w:pgMar w:top="879" w:right="975" w:bottom="839" w:left="975" w:header="397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/>
        <w:b/>
        <w:color w:val="78909C"/>
        <w:sz w:val="14"/>
      </w:rPr>
      <w:t xml:space="preserve">KFZ-VERKAUF   •   ALLGEMEINE VORLAGE   •   </w:t>
    </w:r>
    <w:r>
      <w:rPr>
        <w:rFonts w:ascii="Inter" w:hAnsi="Inter"/>
        <w:b w:val="0"/>
        <w:color w:val="78909C"/>
        <w:sz w:val="14"/>
      </w:rPr>
      <w:t>Vollmacht / ergänzendes Übergabeblatt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Inter" w:hAnsi="Inter"/>
      <w:color w:val="1F3342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Main">
    <w:name w:val="TitleMain"/>
    <w:pPr>
      <w:spacing w:after="0"/>
    </w:pPr>
    <w:rPr>
      <w:rFonts w:ascii="Inter" w:hAnsi="Inter"/>
      <w:b/>
      <w:color w:val="173047"/>
      <w:sz w:val="38"/>
    </w:rPr>
  </w:style>
  <w:style w:type="paragraph" w:customStyle="1" w:styleId="HeadingMain">
    <w:name w:val="HeadingMain"/>
    <w:pPr>
      <w:spacing w:after="0"/>
    </w:pPr>
    <w:rPr>
      <w:rFonts w:ascii="Inter" w:hAnsi="Inter"/>
      <w:b/>
      <w:color w:val="173047"/>
      <w:sz w:val="20"/>
    </w:rPr>
  </w:style>
  <w:style w:type="paragraph" w:customStyle="1" w:styleId="Sub">
    <w:name w:val="Sub"/>
    <w:pPr>
      <w:spacing w:after="0"/>
    </w:pPr>
    <w:rPr>
      <w:rFonts w:ascii="Inter" w:hAnsi="Inter"/>
      <w:b w:val="0"/>
      <w:color w:val="527082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zum Kfz-Verkauf – editierbare Vorlage</dc:title>
  <dc:subject>Schriftliche Verkaufsvollmacht für ein Kraftfahrzeug</dc:subject>
  <dc:creator/>
  <cp:keywords>Kfz Verkauf Vollmacht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