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203A43"/>
          <w:sz w:val="44"/>
        </w:rPr>
        <w:t>VOLLMACHT FÜR GROSSELTERN</w:t>
      </w:r>
    </w:p>
    <w:p>
      <w:pPr>
        <w:spacing w:after="100"/>
        <w:jc w:val="center"/>
      </w:pPr>
      <w:r>
        <w:rPr>
          <w:rFonts w:ascii="Aptos" w:hAnsi="Aptos"/>
          <w:b w:val="0"/>
          <w:color w:val="2F6F73"/>
          <w:sz w:val="30"/>
        </w:rPr>
        <w:t>Betreuung eines Kindes</w:t>
      </w:r>
    </w:p>
    <w:p>
      <w:pPr>
        <w:spacing w:after="180"/>
        <w:jc w:val="center"/>
      </w:pPr>
      <w:r>
        <w:rPr>
          <w:rFonts w:ascii="Aptos" w:hAnsi="Aptos"/>
          <w:b w:val="0"/>
          <w:color w:val="66757C"/>
          <w:sz w:val="18"/>
        </w:rPr>
        <w:t>Vorlage für Alltag, Abholung, Arztbesuche und organisatorische Angelegenheiten</w:t>
      </w:r>
    </w:p>
    <w:tbl>
      <w:tblPr>
        <w:tblW w:type="auto" w:w="0"/>
        <w:jc w:val="center"/>
        <w:tblLayout w:type="fixed"/>
        <w:tblLook w:firstColumn="1" w:firstRow="1" w:lastColumn="0" w:lastRow="0" w:noHBand="0" w:noVBand="1" w:val="04A0"/>
      </w:tblPr>
      <w:tblGrid>
        <w:gridCol w:w="2550"/>
        <w:gridCol w:w="2550"/>
        <w:gridCol w:w="2550"/>
        <w:gridCol w:w="2550"/>
      </w:tblGrid>
      <w:tr>
        <w:trPr>
          <w:cantSplit/>
        </w:trPr>
        <w:tc>
          <w:tcPr>
            <w:tcW w:type="dxa" w:w="2550"/>
            <w:shd w:fill="2F6F73"/>
            <w:tcMar>
              <w:top w:w="80" w:type="dxa"/>
              <w:start w:w="80" w:type="dxa"/>
              <w:bottom w:w="80" w:type="dxa"/>
              <w:end w:w="80" w:type="dxa"/>
            </w:tcMar>
            <w:tcBorders>
              <w:bottom w:val="single" w:sz="6" w:color="CAD5D8"/>
            </w:tcBorders>
          </w:tcPr>
          <w:p>
            <w:pPr>
              <w:jc w:val="center"/>
            </w:pPr>
            <w:r>
              <w:rPr>
                <w:rFonts w:ascii="Aptos" w:hAnsi="Aptos"/>
                <w:b/>
                <w:color w:val="FFFFFF"/>
                <w:sz w:val="16"/>
              </w:rPr>
              <w:t>1 · Familie</w:t>
            </w:r>
          </w:p>
        </w:tc>
        <w:tc>
          <w:tcPr>
            <w:tcW w:type="dxa" w:w="2550"/>
            <w:shd w:fill="F5F7F7"/>
            <w:tcMar>
              <w:top w:w="80" w:type="dxa"/>
              <w:start w:w="80" w:type="dxa"/>
              <w:bottom w:w="80" w:type="dxa"/>
              <w:end w:w="80" w:type="dxa"/>
            </w:tcMar>
            <w:tcBorders>
              <w:bottom w:val="single" w:sz="6" w:color="CAD5D8"/>
            </w:tcBorders>
          </w:tcPr>
          <w:p>
            <w:pPr>
              <w:jc w:val="center"/>
            </w:pPr>
            <w:r>
              <w:rPr>
                <w:rFonts w:ascii="Aptos" w:hAnsi="Aptos"/>
                <w:b/>
                <w:color w:val="66757C"/>
                <w:sz w:val="16"/>
              </w:rPr>
              <w:t>2 · Großeltern</w:t>
            </w:r>
          </w:p>
        </w:tc>
        <w:tc>
          <w:tcPr>
            <w:tcW w:type="dxa" w:w="2550"/>
            <w:shd w:fill="F5F7F7"/>
            <w:tcMar>
              <w:top w:w="80" w:type="dxa"/>
              <w:start w:w="80" w:type="dxa"/>
              <w:bottom w:w="80" w:type="dxa"/>
              <w:end w:w="80" w:type="dxa"/>
            </w:tcMar>
            <w:tcBorders>
              <w:bottom w:val="single" w:sz="6" w:color="CAD5D8"/>
            </w:tcBorders>
          </w:tcPr>
          <w:p>
            <w:pPr>
              <w:jc w:val="center"/>
            </w:pPr>
            <w:r>
              <w:rPr>
                <w:rFonts w:ascii="Aptos" w:hAnsi="Aptos"/>
                <w:b/>
                <w:color w:val="66757C"/>
                <w:sz w:val="16"/>
              </w:rPr>
              <w:t>3 · Befugnisse</w:t>
            </w:r>
          </w:p>
        </w:tc>
        <w:tc>
          <w:tcPr>
            <w:tcW w:type="dxa" w:w="2550"/>
            <w:shd w:fill="F5F7F7"/>
            <w:tcMar>
              <w:top w:w="80" w:type="dxa"/>
              <w:start w:w="80" w:type="dxa"/>
              <w:bottom w:w="80" w:type="dxa"/>
              <w:end w:w="80" w:type="dxa"/>
            </w:tcMar>
            <w:tcBorders>
              <w:bottom w:val="single" w:sz="6" w:color="CAD5D8"/>
            </w:tcBorders>
          </w:tcPr>
          <w:p>
            <w:pPr>
              <w:jc w:val="center"/>
            </w:pPr>
            <w:r>
              <w:rPr>
                <w:rFonts w:ascii="Aptos" w:hAnsi="Aptos"/>
                <w:b/>
                <w:color w:val="66757C"/>
                <w:sz w:val="16"/>
              </w:rPr>
              <w:t>4 · Unterschriften</w:t>
            </w:r>
          </w:p>
        </w:tc>
      </w:tr>
    </w:tbl>
    <w:tbl>
      <w:tblPr>
        <w:tblW w:type="auto" w:w="0"/>
        <w:jc w:val="center"/>
        <w:tblLayout w:type="fixed"/>
        <w:tblLook w:firstColumn="1" w:firstRow="1" w:lastColumn="0" w:lastRow="0" w:noHBand="0" w:noVBand="1" w:val="04A0"/>
      </w:tblPr>
      <w:tblGrid>
        <w:gridCol w:w="9241"/>
      </w:tblGrid>
      <w:tr>
        <w:trPr>
          <w:cantSplit/>
        </w:trPr>
        <w:tc>
          <w:tcPr>
            <w:tcW w:type="dxa" w:w="10200"/>
            <w:shd w:fill="EAF3F3"/>
            <w:tcMar>
              <w:top w:w="120" w:type="dxa"/>
              <w:start w:w="180" w:type="dxa"/>
              <w:bottom w:w="120" w:type="dxa"/>
              <w:end w:w="180" w:type="dxa"/>
            </w:tcMar>
            <w:tcBorders>
              <w:top w:val="single" w:sz="8" w:color="2F6F73"/>
              <w:left w:val="single" w:sz="8" w:color="2F6F73"/>
              <w:bottom w:val="single" w:sz="4" w:color="CAD5D8"/>
              <w:right w:val="single" w:sz="4" w:color="CAD5D8"/>
            </w:tcBorders>
          </w:tcPr>
          <w:p>
            <w:pPr>
              <w:spacing w:after="40"/>
            </w:pPr>
            <w:r>
              <w:rPr>
                <w:rFonts w:ascii="Aptos" w:hAnsi="Aptos"/>
                <w:b/>
                <w:color w:val="2F6F73"/>
                <w:sz w:val="18"/>
              </w:rPr>
              <w:t>Ausfüllhinweis</w:t>
            </w:r>
          </w:p>
          <w:p>
            <w:pPr>
              <w:spacing w:after="0"/>
            </w:pPr>
            <w:r>
              <w:rPr>
                <w:rFonts w:ascii="Aptos" w:hAnsi="Aptos"/>
                <w:b w:val="0"/>
                <w:color w:val="243238"/>
                <w:sz w:val="17"/>
              </w:rPr>
              <w:t>Diese Vorlage ist für eine vorübergehende Betreuung durch Großeltern gedacht. Bitte nur die tatsächlich gewünschten Befugnisse ankreuzen. Die Vollmacht überträgt kein Sorgerecht. Einrichtungen, Arztpraxen oder Behörden können eigene Formulare oder zusätzliche Nachweise verlangen.</w:t>
            </w:r>
          </w:p>
        </w:tc>
      </w:tr>
    </w:tbl>
    <w:p>
      <w:pPr>
        <w:keepNext/>
        <w:spacing w:before="220" w:after="80"/>
      </w:pPr>
      <w:r>
        <w:rPr>
          <w:rFonts w:ascii="Aptos" w:hAnsi="Aptos"/>
          <w:b/>
          <w:color w:val="203A43"/>
          <w:sz w:val="30"/>
        </w:rPr>
        <w:t>1  Sorgeberechtigte</w:t>
      </w:r>
    </w:p>
    <w:p>
      <w:pPr>
        <w:keepNext/>
        <w:spacing w:before="0" w:after="120"/>
      </w:pPr>
      <w:r>
        <w:rPr>
          <w:rFonts w:ascii="Aptos" w:hAnsi="Aptos"/>
          <w:b w:val="0"/>
          <w:color w:val="66757C"/>
          <w:sz w:val="18"/>
        </w:rPr>
        <w:t>Wer erteilt die Vollmacht? Bei gemeinsamem Sorgerecht sollten grundsätzlich beide Sorgeberechtigten unterschreiben.</w:t>
      </w:r>
    </w:p>
    <w:tbl>
      <w:tblPr>
        <w:tblStyle w:val="TableGrid"/>
        <w:tblW w:type="auto" w:w="0"/>
        <w:jc w:val="center"/>
        <w:tblLayout w:type="fixed"/>
        <w:tblLook w:firstColumn="1" w:firstRow="1" w:lastColumn="0" w:lastRow="0" w:noHBand="0" w:noVBand="1" w:val="04A0"/>
      </w:tblPr>
      <w:tblGrid>
        <w:gridCol w:w="5100"/>
        <w:gridCol w:w="5100"/>
      </w:tblGrid>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Sorgeberechtigte Person 1 · Vor- und Nachname</w:t>
            </w:r>
          </w:p>
          <w:p>
            <w:pPr>
              <w:spacing w:before="20" w:after="0"/>
            </w:pPr>
            <w:sdt>
              <w:sdtPr>
                <w:tag w:val="P1_NAME"/>
                <w:alias w:val="Vor- und Nachname"/>
                <w:text/>
              </w:sdtPr>
              <w:sdtContent>
                <w:r>
                  <w:rPr>
                    <w:rFonts w:ascii="Aptos" w:hAnsi="Aptos"/>
                    <w:b w:val="0"/>
                    <w:i/>
                    <w:color w:val="7A888E"/>
                    <w:sz w:val="20"/>
                  </w:rPr>
                  <w:t>Vor- und Nachname</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Geburtsdatum</w:t>
            </w:r>
          </w:p>
          <w:p>
            <w:pPr>
              <w:spacing w:before="20" w:after="0"/>
            </w:pPr>
            <w:sdt>
              <w:sdtPr>
                <w:tag w:val="P1_GEB"/>
                <w:alias w:val="TT.MM.JJJJ"/>
                <w:text/>
              </w:sdtPr>
              <w:sdtContent>
                <w:r>
                  <w:rPr>
                    <w:rFonts w:ascii="Aptos" w:hAnsi="Aptos"/>
                    <w:b w:val="0"/>
                    <w:i/>
                    <w:color w:val="7A888E"/>
                    <w:sz w:val="20"/>
                  </w:rPr>
                  <w:t>TT.MM.JJJJ</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Anschrift</w:t>
            </w:r>
          </w:p>
          <w:p>
            <w:pPr>
              <w:spacing w:before="20" w:after="0"/>
            </w:pPr>
            <w:sdt>
              <w:sdtPr>
                <w:tag w:val="P1_ADRESSE"/>
                <w:alias w:val="Straße, Hausnummer, PLZ, Ort"/>
                <w:text/>
              </w:sdtPr>
              <w:sdtContent>
                <w:r>
                  <w:rPr>
                    <w:rFonts w:ascii="Aptos" w:hAnsi="Aptos"/>
                    <w:b w:val="0"/>
                    <w:i/>
                    <w:color w:val="7A888E"/>
                    <w:sz w:val="20"/>
                  </w:rPr>
                  <w:t>Straße, Hausnummer, PLZ, Ort</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Telefon / Mobil</w:t>
            </w:r>
          </w:p>
          <w:p>
            <w:pPr>
              <w:spacing w:before="20" w:after="0"/>
            </w:pPr>
            <w:sdt>
              <w:sdtPr>
                <w:tag w:val="P1_TEL"/>
                <w:alias w:val="Telefonnummer"/>
                <w:text/>
              </w:sdtPr>
              <w:sdtContent>
                <w:r>
                  <w:rPr>
                    <w:rFonts w:ascii="Aptos" w:hAnsi="Aptos"/>
                    <w:b w:val="0"/>
                    <w:i/>
                    <w:color w:val="7A888E"/>
                    <w:sz w:val="20"/>
                  </w:rPr>
                  <w:t>Telefonnummer</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Sorgeberechtigte Person 2 · Vor- und Nachname</w:t>
            </w:r>
          </w:p>
          <w:p>
            <w:pPr>
              <w:spacing w:before="20" w:after="0"/>
            </w:pPr>
            <w:sdt>
              <w:sdtPr>
                <w:tag w:val="P2_NAME"/>
                <w:alias w:val="Vor- und Nachname"/>
                <w:text/>
              </w:sdtPr>
              <w:sdtContent>
                <w:r>
                  <w:rPr>
                    <w:rFonts w:ascii="Aptos" w:hAnsi="Aptos"/>
                    <w:b w:val="0"/>
                    <w:i/>
                    <w:color w:val="7A888E"/>
                    <w:sz w:val="20"/>
                  </w:rPr>
                  <w:t>Vor- und Nachname</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Geburtsdatum</w:t>
            </w:r>
          </w:p>
          <w:p>
            <w:pPr>
              <w:spacing w:before="20" w:after="0"/>
            </w:pPr>
            <w:sdt>
              <w:sdtPr>
                <w:tag w:val="P2_GEB"/>
                <w:alias w:val="TT.MM.JJJJ"/>
                <w:text/>
              </w:sdtPr>
              <w:sdtContent>
                <w:r>
                  <w:rPr>
                    <w:rFonts w:ascii="Aptos" w:hAnsi="Aptos"/>
                    <w:b w:val="0"/>
                    <w:i/>
                    <w:color w:val="7A888E"/>
                    <w:sz w:val="20"/>
                  </w:rPr>
                  <w:t>TT.MM.JJJJ</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Anschrift</w:t>
            </w:r>
          </w:p>
          <w:p>
            <w:pPr>
              <w:spacing w:before="20" w:after="0"/>
            </w:pPr>
            <w:sdt>
              <w:sdtPr>
                <w:tag w:val="P2_ADRESSE"/>
                <w:alias w:val="Straße, Hausnummer, PLZ, Ort"/>
                <w:text/>
              </w:sdtPr>
              <w:sdtContent>
                <w:r>
                  <w:rPr>
                    <w:rFonts w:ascii="Aptos" w:hAnsi="Aptos"/>
                    <w:b w:val="0"/>
                    <w:i/>
                    <w:color w:val="7A888E"/>
                    <w:sz w:val="20"/>
                  </w:rPr>
                  <w:t>Straße, Hausnummer, PLZ, Ort</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Telefon / Mobil</w:t>
            </w:r>
          </w:p>
          <w:p>
            <w:pPr>
              <w:spacing w:before="20" w:after="0"/>
            </w:pPr>
            <w:sdt>
              <w:sdtPr>
                <w:tag w:val="P2_TEL"/>
                <w:alias w:val="Telefonnummer"/>
                <w:text/>
              </w:sdtPr>
              <w:sdtContent>
                <w:r>
                  <w:rPr>
                    <w:rFonts w:ascii="Aptos" w:hAnsi="Aptos"/>
                    <w:b w:val="0"/>
                    <w:i/>
                    <w:color w:val="7A888E"/>
                    <w:sz w:val="20"/>
                  </w:rPr>
                  <w:t>Telefonnummer</w:t>
                </w:r>
              </w:sdtContent>
            </w:sdt>
          </w:p>
        </w:tc>
      </w:tr>
    </w:tbl>
    <w:p>
      <w:pPr>
        <w:spacing w:before="80" w:after="60"/>
      </w:pPr>
      <w:r>
        <w:rPr>
          <w:rFonts w:ascii="Aptos" w:hAnsi="Aptos"/>
          <w:b/>
          <w:color w:val="203A43"/>
          <w:sz w:val="18"/>
        </w:rPr>
        <w:t>Sorgerecht</w:t>
      </w:r>
    </w:p>
    <w:tbl>
      <w:tblPr>
        <w:tblW w:type="auto" w:w="0"/>
        <w:jc w:val="center"/>
        <w:tblLayout w:type="fixed"/>
        <w:tblLook w:firstColumn="1" w:firstRow="1" w:lastColumn="0" w:lastRow="0" w:noHBand="0" w:noVBand="1" w:val="04A0"/>
      </w:tblPr>
      <w:tblGrid>
        <w:gridCol w:w="2550"/>
        <w:gridCol w:w="2550"/>
        <w:gridCol w:w="2550"/>
        <w:gridCol w:w="2550"/>
      </w:tblGrid>
      <w:tr>
        <w:trPr>
          <w:cantSplit/>
        </w:trPr>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gemeinsames Sorgerecht</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alleiniges Sorgerecht Person 1</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alleiniges Sorgerecht Person 2</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sonstige Konstellation</w:t>
            </w:r>
          </w:p>
        </w:tc>
      </w:tr>
    </w:tbl>
    <w:p>
      <w:pPr>
        <w:keepNext/>
        <w:spacing w:before="220" w:after="80"/>
      </w:pPr>
      <w:r>
        <w:rPr>
          <w:rFonts w:ascii="Aptos" w:hAnsi="Aptos"/>
          <w:b/>
          <w:color w:val="203A43"/>
          <w:sz w:val="30"/>
        </w:rPr>
        <w:t>2  Angaben zum Kind</w:t>
      </w:r>
    </w:p>
    <w:p>
      <w:pPr>
        <w:keepNext/>
        <w:spacing w:before="0" w:after="120"/>
      </w:pPr>
      <w:r>
        <w:rPr>
          <w:rFonts w:ascii="Aptos" w:hAnsi="Aptos"/>
          <w:b w:val="0"/>
          <w:color w:val="66757C"/>
          <w:sz w:val="18"/>
        </w:rPr>
        <w:t>Die Daten sollten mit Ausweis, Geburtsurkunde oder Versichertenkarte übereinstimmen.</w:t>
      </w:r>
    </w:p>
    <w:tbl>
      <w:tblPr>
        <w:tblStyle w:val="TableGrid"/>
        <w:tblW w:type="auto" w:w="0"/>
        <w:jc w:val="center"/>
        <w:tblLayout w:type="fixed"/>
        <w:tblLook w:firstColumn="1" w:firstRow="1" w:lastColumn="0" w:lastRow="0" w:noHBand="0" w:noVBand="1" w:val="04A0"/>
      </w:tblPr>
      <w:tblGrid>
        <w:gridCol w:w="5100"/>
        <w:gridCol w:w="5100"/>
      </w:tblGrid>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Vor- und Nachname des Kindes</w:t>
            </w:r>
          </w:p>
          <w:p>
            <w:pPr>
              <w:spacing w:before="20" w:after="0"/>
            </w:pPr>
            <w:sdt>
              <w:sdtPr>
                <w:tag w:val="KIND_NAME"/>
                <w:alias w:val="Vor- und Nachname"/>
                <w:text/>
              </w:sdtPr>
              <w:sdtContent>
                <w:r>
                  <w:rPr>
                    <w:rFonts w:ascii="Aptos" w:hAnsi="Aptos"/>
                    <w:b w:val="0"/>
                    <w:i/>
                    <w:color w:val="7A888E"/>
                    <w:sz w:val="20"/>
                  </w:rPr>
                  <w:t>Vor- und Nachname</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Geburtsdatum</w:t>
            </w:r>
          </w:p>
          <w:p>
            <w:pPr>
              <w:spacing w:before="20" w:after="0"/>
            </w:pPr>
            <w:sdt>
              <w:sdtPr>
                <w:tag w:val="KIND_GEB"/>
                <w:alias w:val="TT.MM.JJJJ"/>
                <w:text/>
              </w:sdtPr>
              <w:sdtContent>
                <w:r>
                  <w:rPr>
                    <w:rFonts w:ascii="Aptos" w:hAnsi="Aptos"/>
                    <w:b w:val="0"/>
                    <w:i/>
                    <w:color w:val="7A888E"/>
                    <w:sz w:val="20"/>
                  </w:rPr>
                  <w:t>TT.MM.JJJJ</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Anschrift</w:t>
            </w:r>
          </w:p>
          <w:p>
            <w:pPr>
              <w:spacing w:before="20" w:after="0"/>
            </w:pPr>
            <w:sdt>
              <w:sdtPr>
                <w:tag w:val="KIND_ADRESSE"/>
                <w:alias w:val="Straße, Hausnummer, PLZ, Ort"/>
                <w:text/>
              </w:sdtPr>
              <w:sdtContent>
                <w:r>
                  <w:rPr>
                    <w:rFonts w:ascii="Aptos" w:hAnsi="Aptos"/>
                    <w:b w:val="0"/>
                    <w:i/>
                    <w:color w:val="7A888E"/>
                    <w:sz w:val="20"/>
                  </w:rPr>
                  <w:t>Straße, Hausnummer, PLZ, Ort</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Krankenkasse</w:t>
            </w:r>
          </w:p>
          <w:p>
            <w:pPr>
              <w:spacing w:before="20" w:after="0"/>
            </w:pPr>
            <w:sdt>
              <w:sdtPr>
                <w:tag w:val="KIND_KASSE"/>
                <w:alias w:val="Name der Krankenkasse"/>
                <w:text/>
              </w:sdtPr>
              <w:sdtContent>
                <w:r>
                  <w:rPr>
                    <w:rFonts w:ascii="Aptos" w:hAnsi="Aptos"/>
                    <w:b w:val="0"/>
                    <w:i/>
                    <w:color w:val="7A888E"/>
                    <w:sz w:val="20"/>
                  </w:rPr>
                  <w:t>Name der Krankenkasse</w:t>
                </w:r>
              </w:sdtContent>
            </w:sdt>
          </w:p>
        </w:tc>
      </w:tr>
    </w:tbl>
    <w:p>
      <w:pPr>
        <w:keepNext/>
        <w:spacing w:before="220" w:after="80"/>
      </w:pPr>
      <w:r>
        <w:rPr>
          <w:rFonts w:ascii="Aptos" w:hAnsi="Aptos"/>
          <w:b/>
          <w:color w:val="203A43"/>
          <w:sz w:val="30"/>
        </w:rPr>
        <w:t>3  Bevollmächtigte Großeltern</w:t>
      </w:r>
    </w:p>
    <w:p>
      <w:pPr>
        <w:keepNext/>
        <w:spacing w:before="0" w:after="120"/>
      </w:pPr>
      <w:r>
        <w:rPr>
          <w:rFonts w:ascii="Aptos" w:hAnsi="Aptos"/>
          <w:b w:val="0"/>
          <w:color w:val="66757C"/>
          <w:sz w:val="18"/>
        </w:rPr>
        <w:t>Es können ein oder zwei Großelternteile bevollmächtigt werden.</w:t>
      </w:r>
    </w:p>
    <w:tbl>
      <w:tblPr>
        <w:tblStyle w:val="TableGrid"/>
        <w:tblW w:type="auto" w:w="0"/>
        <w:jc w:val="center"/>
        <w:tblLayout w:type="fixed"/>
        <w:tblLook w:firstColumn="1" w:firstRow="1" w:lastColumn="0" w:lastRow="0" w:noHBand="0" w:noVBand="1" w:val="04A0"/>
      </w:tblPr>
      <w:tblGrid>
        <w:gridCol w:w="5100"/>
        <w:gridCol w:w="5100"/>
      </w:tblGrid>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Großelternteil 1 · Vor- und Nachname</w:t>
            </w:r>
          </w:p>
          <w:p>
            <w:pPr>
              <w:spacing w:before="20" w:after="0"/>
            </w:pPr>
            <w:sdt>
              <w:sdtPr>
                <w:tag w:val="G1_NAME"/>
                <w:alias w:val="Vor- und Nachname"/>
                <w:text/>
              </w:sdtPr>
              <w:sdtContent>
                <w:r>
                  <w:rPr>
                    <w:rFonts w:ascii="Aptos" w:hAnsi="Aptos"/>
                    <w:b w:val="0"/>
                    <w:i/>
                    <w:color w:val="7A888E"/>
                    <w:sz w:val="20"/>
                  </w:rPr>
                  <w:t>Vor- und Nachname</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Verhältnis zum Kind</w:t>
            </w:r>
          </w:p>
          <w:p>
            <w:pPr>
              <w:spacing w:before="20" w:after="0"/>
            </w:pPr>
            <w:sdt>
              <w:sdtPr>
                <w:tag w:val="G1_REL"/>
                <w:alias w:val="Großmutter / Großvater"/>
                <w:text/>
              </w:sdtPr>
              <w:sdtContent>
                <w:r>
                  <w:rPr>
                    <w:rFonts w:ascii="Aptos" w:hAnsi="Aptos"/>
                    <w:b w:val="0"/>
                    <w:i/>
                    <w:color w:val="7A888E"/>
                    <w:sz w:val="20"/>
                  </w:rPr>
                  <w:t>Großmutter / Großvater</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Anschrift</w:t>
            </w:r>
          </w:p>
          <w:p>
            <w:pPr>
              <w:spacing w:before="20" w:after="0"/>
            </w:pPr>
            <w:sdt>
              <w:sdtPr>
                <w:tag w:val="G1_ADRESSE"/>
                <w:alias w:val="Straße, Hausnummer, PLZ, Ort"/>
                <w:text/>
              </w:sdtPr>
              <w:sdtContent>
                <w:r>
                  <w:rPr>
                    <w:rFonts w:ascii="Aptos" w:hAnsi="Aptos"/>
                    <w:b w:val="0"/>
                    <w:i/>
                    <w:color w:val="7A888E"/>
                    <w:sz w:val="20"/>
                  </w:rPr>
                  <w:t>Straße, Hausnummer, PLZ, Ort</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Telefon / Mobil</w:t>
            </w:r>
          </w:p>
          <w:p>
            <w:pPr>
              <w:spacing w:before="20" w:after="0"/>
            </w:pPr>
            <w:sdt>
              <w:sdtPr>
                <w:tag w:val="G1_TEL"/>
                <w:alias w:val="Telefonnummer"/>
                <w:text/>
              </w:sdtPr>
              <w:sdtContent>
                <w:r>
                  <w:rPr>
                    <w:rFonts w:ascii="Aptos" w:hAnsi="Aptos"/>
                    <w:b w:val="0"/>
                    <w:i/>
                    <w:color w:val="7A888E"/>
                    <w:sz w:val="20"/>
                  </w:rPr>
                  <w:t>Telefonnummer</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Großelternteil 2 · Vor- und Nachname</w:t>
            </w:r>
          </w:p>
          <w:p>
            <w:pPr>
              <w:spacing w:before="20" w:after="0"/>
            </w:pPr>
            <w:sdt>
              <w:sdtPr>
                <w:tag w:val="G2_NAME"/>
                <w:alias w:val="Vor- und Nachname"/>
                <w:text/>
              </w:sdtPr>
              <w:sdtContent>
                <w:r>
                  <w:rPr>
                    <w:rFonts w:ascii="Aptos" w:hAnsi="Aptos"/>
                    <w:b w:val="0"/>
                    <w:i/>
                    <w:color w:val="7A888E"/>
                    <w:sz w:val="20"/>
                  </w:rPr>
                  <w:t>Vor- und Nachname</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Verhältnis zum Kind</w:t>
            </w:r>
          </w:p>
          <w:p>
            <w:pPr>
              <w:spacing w:before="20" w:after="0"/>
            </w:pPr>
            <w:sdt>
              <w:sdtPr>
                <w:tag w:val="G2_REL"/>
                <w:alias w:val="Großmutter / Großvater"/>
                <w:text/>
              </w:sdtPr>
              <w:sdtContent>
                <w:r>
                  <w:rPr>
                    <w:rFonts w:ascii="Aptos" w:hAnsi="Aptos"/>
                    <w:b w:val="0"/>
                    <w:i/>
                    <w:color w:val="7A888E"/>
                    <w:sz w:val="20"/>
                  </w:rPr>
                  <w:t>Großmutter / Großvater</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Anschrift</w:t>
            </w:r>
          </w:p>
          <w:p>
            <w:pPr>
              <w:spacing w:before="20" w:after="0"/>
            </w:pPr>
            <w:sdt>
              <w:sdtPr>
                <w:tag w:val="G2_ADRESSE"/>
                <w:alias w:val="Straße, Hausnummer, PLZ, Ort"/>
                <w:text/>
              </w:sdtPr>
              <w:sdtContent>
                <w:r>
                  <w:rPr>
                    <w:rFonts w:ascii="Aptos" w:hAnsi="Aptos"/>
                    <w:b w:val="0"/>
                    <w:i/>
                    <w:color w:val="7A888E"/>
                    <w:sz w:val="20"/>
                  </w:rPr>
                  <w:t>Straße, Hausnummer, PLZ, Ort</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Telefon / Mobil</w:t>
            </w:r>
          </w:p>
          <w:p>
            <w:pPr>
              <w:spacing w:before="20" w:after="0"/>
            </w:pPr>
            <w:sdt>
              <w:sdtPr>
                <w:tag w:val="G2_TEL"/>
                <w:alias w:val="Telefonnummer"/>
                <w:text/>
              </w:sdtPr>
              <w:sdtContent>
                <w:r>
                  <w:rPr>
                    <w:rFonts w:ascii="Aptos" w:hAnsi="Aptos"/>
                    <w:b w:val="0"/>
                    <w:i/>
                    <w:color w:val="7A888E"/>
                    <w:sz w:val="20"/>
                  </w:rPr>
                  <w:t>Telefonnummer</w:t>
                </w:r>
              </w:sdtContent>
            </w:sdt>
          </w:p>
        </w:tc>
      </w:tr>
    </w:tbl>
    <w:p>
      <w:pPr>
        <w:keepNext/>
        <w:spacing w:before="220" w:after="80"/>
      </w:pPr>
      <w:r>
        <w:rPr>
          <w:rFonts w:ascii="Aptos" w:hAnsi="Aptos"/>
          <w:b/>
          <w:color w:val="203A43"/>
          <w:sz w:val="30"/>
        </w:rPr>
        <w:t>4  Gültigkeit</w:t>
      </w:r>
    </w:p>
    <w:p>
      <w:pPr>
        <w:keepNext/>
        <w:spacing w:before="0" w:after="120"/>
      </w:pPr>
      <w:r>
        <w:rPr>
          <w:rFonts w:ascii="Aptos" w:hAnsi="Aptos"/>
          <w:b w:val="0"/>
          <w:color w:val="66757C"/>
          <w:sz w:val="18"/>
        </w:rPr>
        <w:t>Eine klare zeitliche Begrenzung erleichtert die Verwendung gegenüber Dritten.</w:t>
      </w:r>
    </w:p>
    <w:tbl>
      <w:tblPr>
        <w:tblW w:type="auto" w:w="0"/>
        <w:jc w:val="center"/>
        <w:tblLayout w:type="fixed"/>
        <w:tblLook w:firstColumn="1" w:firstRow="1" w:lastColumn="0" w:lastRow="0" w:noHBand="0" w:noVBand="1" w:val="04A0"/>
      </w:tblPr>
      <w:tblGrid>
        <w:gridCol w:w="5100"/>
        <w:gridCol w:w="5100"/>
      </w:tblGrid>
      <w:tr>
        <w:trPr>
          <w:cantSplit/>
        </w:trPr>
        <w:tc>
          <w:tcPr>
            <w:tcW w:type="dxa" w:w="510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 xml:space="preserve">vom </w:t>
            </w:r>
            <w:sdt>
              <w:sdtPr>
                <w:tag w:val="GUELTIG_VON"/>
                <w:alias w:val="TT.MM.JJJJ"/>
                <w:text/>
              </w:sdtPr>
              <w:sdtContent>
                <w:r>
                  <w:rPr>
                    <w:rFonts w:ascii="Aptos" w:hAnsi="Aptos"/>
                    <w:b w:val="0"/>
                    <w:color w:val="243238"/>
                    <w:sz w:val="17"/>
                  </w:rPr>
                  <w:t>TT.MM.JJJJ</w:t>
                </w:r>
              </w:sdtContent>
            </w:sdt>
            <w:r>
              <w:rPr>
                <w:rFonts w:ascii="Aptos" w:hAnsi="Aptos"/>
                <w:b w:val="0"/>
                <w:color w:val="243238"/>
                <w:sz w:val="17"/>
              </w:rPr>
              <w:t xml:space="preserve"> bis </w:t>
            </w:r>
            <w:sdt>
              <w:sdtPr>
                <w:tag w:val="GUELTIG_BIS"/>
                <w:alias w:val="TT.MM.JJJJ"/>
                <w:text/>
              </w:sdtPr>
              <w:sdtContent>
                <w:r>
                  <w:rPr>
                    <w:rFonts w:ascii="Aptos" w:hAnsi="Aptos"/>
                    <w:b w:val="0"/>
                    <w:color w:val="243238"/>
                    <w:sz w:val="17"/>
                  </w:rPr>
                  <w:t>TT.MM.JJJJ</w:t>
                </w:r>
              </w:sdtContent>
            </w:sdt>
          </w:p>
        </w:tc>
        <w:tc>
          <w:tcPr>
            <w:tcW w:type="dxa" w:w="510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 xml:space="preserve">ab </w:t>
            </w:r>
            <w:sdt>
              <w:sdtPr>
                <w:tag w:val="GUELTIG_AB"/>
                <w:alias w:val="TT.MM.JJJJ"/>
                <w:text/>
              </w:sdtPr>
              <w:sdtContent>
                <w:r>
                  <w:rPr>
                    <w:rFonts w:ascii="Aptos" w:hAnsi="Aptos"/>
                    <w:b w:val="0"/>
                    <w:color w:val="243238"/>
                    <w:sz w:val="17"/>
                  </w:rPr>
                  <w:t>TT.MM.JJJJ</w:t>
                </w:r>
              </w:sdtContent>
            </w:sdt>
            <w:r>
              <w:rPr>
                <w:rFonts w:ascii="Aptos" w:hAnsi="Aptos"/>
                <w:b w:val="0"/>
                <w:color w:val="243238"/>
                <w:sz w:val="17"/>
              </w:rPr>
              <w:t xml:space="preserve"> bis zum schriftlichen Widerruf</w:t>
            </w:r>
          </w:p>
        </w:tc>
      </w:tr>
    </w:tbl>
    <w:p>
      <w:pPr>
        <w:spacing w:before="80" w:after="0"/>
      </w:pPr>
      <w:r>
        <w:rPr>
          <w:rFonts w:ascii="Aptos" w:hAnsi="Aptos"/>
          <w:b w:val="0"/>
          <w:color w:val="66757C"/>
          <w:sz w:val="17"/>
        </w:rPr>
        <w:t>Die Vollmacht kann jederzeit mit Wirkung für die Zukunft widerrufen werden. Bereits erklärte Widerrufe sollten den betroffenen Einrichtungen oder Praxen unmittelbar mitgeteilt werden.</w:t>
      </w:r>
    </w:p>
    <w:p>
      <w:pPr>
        <w:keepNext/>
        <w:spacing w:before="220" w:after="80"/>
      </w:pPr>
      <w:r>
        <w:rPr>
          <w:rFonts w:ascii="Aptos" w:hAnsi="Aptos"/>
          <w:b/>
          <w:color w:val="203A43"/>
          <w:sz w:val="30"/>
        </w:rPr>
        <w:t>5  Umfang der Vollmacht</w:t>
      </w:r>
    </w:p>
    <w:p>
      <w:pPr>
        <w:keepNext/>
        <w:spacing w:before="0" w:after="120"/>
      </w:pPr>
      <w:r>
        <w:rPr>
          <w:rFonts w:ascii="Aptos" w:hAnsi="Aptos"/>
          <w:b w:val="0"/>
          <w:color w:val="66757C"/>
          <w:sz w:val="18"/>
        </w:rPr>
        <w:t>Die Großeltern dürfen nur in den angekreuzten Bereichen handeln. Nicht angekreuzte Bereiche sind nicht umfasst.</w:t>
      </w:r>
    </w:p>
    <w:p>
      <w:pPr>
        <w:spacing w:after="100"/>
      </w:pPr>
      <w:r>
        <w:rPr>
          <w:rFonts w:ascii="Aptos" w:hAnsi="Aptos"/>
          <w:b w:val="0"/>
          <w:color w:val="243238"/>
          <w:sz w:val="18"/>
        </w:rPr>
        <w:t>Hiermit bevollmächtige/n ich/wir die oben bezeichnete/n Person/en, unser/mein Kind im angegebenen Zeitraum zu betreuen und die nachfolgend ausgewählten Handlungen im erforderlichen Umfang vorzunehmen.</w:t>
      </w:r>
    </w:p>
    <w:p>
      <w:pPr>
        <w:keepNext/>
        <w:spacing w:before="80" w:after="40"/>
      </w:pPr>
      <w:r>
        <w:rPr>
          <w:rFonts w:ascii="Aptos" w:hAnsi="Aptos"/>
          <w:b/>
          <w:color w:val="203A43"/>
          <w:sz w:val="22"/>
        </w:rPr>
        <w:t>A · Betreuung und Alltag</w:t>
      </w:r>
    </w:p>
    <w:p>
      <w:pPr>
        <w:spacing w:after="46" w:line="252" w:lineRule="auto"/>
        <w:ind w:left="170"/>
      </w:pPr>
      <w:r>
        <w:rPr>
          <w:rFonts w:ascii="Aptos" w:hAnsi="Aptos"/>
          <w:b w:val="0"/>
          <w:color w:val="2F6F73"/>
          <w:sz w:val="22"/>
        </w:rPr>
        <w:t xml:space="preserve">☐  </w:t>
      </w:r>
      <w:r>
        <w:rPr>
          <w:rFonts w:ascii="Aptos" w:hAnsi="Aptos"/>
          <w:b w:val="0"/>
          <w:color w:val="243238"/>
          <w:sz w:val="18"/>
        </w:rPr>
        <w:t>Alltägliche Betreuung, Beaufsichtigung, Verpflegung und Begleitung des Kindes.</w:t>
      </w:r>
    </w:p>
    <w:p>
      <w:pPr>
        <w:spacing w:after="46" w:line="252" w:lineRule="auto"/>
        <w:ind w:left="170"/>
      </w:pPr>
      <w:r>
        <w:rPr>
          <w:rFonts w:ascii="Aptos" w:hAnsi="Aptos"/>
          <w:b w:val="0"/>
          <w:color w:val="2F6F73"/>
          <w:sz w:val="22"/>
        </w:rPr>
        <w:t xml:space="preserve">☐  </w:t>
      </w:r>
      <w:r>
        <w:rPr>
          <w:rFonts w:ascii="Aptos" w:hAnsi="Aptos"/>
          <w:b w:val="0"/>
          <w:color w:val="243238"/>
          <w:sz w:val="18"/>
        </w:rPr>
        <w:t>Bringen und Abholen von Kita, Kindergarten, Schule oder Betreuungseinrichtung.</w:t>
      </w:r>
    </w:p>
    <w:p>
      <w:pPr>
        <w:spacing w:after="46" w:line="252" w:lineRule="auto"/>
        <w:ind w:left="170"/>
      </w:pPr>
      <w:r>
        <w:rPr>
          <w:rFonts w:ascii="Aptos" w:hAnsi="Aptos"/>
          <w:b w:val="0"/>
          <w:color w:val="2F6F73"/>
          <w:sz w:val="22"/>
        </w:rPr>
        <w:t xml:space="preserve">☐  </w:t>
      </w:r>
      <w:r>
        <w:rPr>
          <w:rFonts w:ascii="Aptos" w:hAnsi="Aptos"/>
          <w:b w:val="0"/>
          <w:color w:val="243238"/>
          <w:sz w:val="18"/>
        </w:rPr>
        <w:t>Begleitung zu Freizeitaktivitäten, Sport, Musikunterricht oder vereinbarten Terminen.</w:t>
      </w:r>
    </w:p>
    <w:p>
      <w:pPr>
        <w:spacing w:after="46" w:line="252" w:lineRule="auto"/>
        <w:ind w:left="170"/>
      </w:pPr>
      <w:r>
        <w:rPr>
          <w:rFonts w:ascii="Aptos" w:hAnsi="Aptos"/>
          <w:b w:val="0"/>
          <w:color w:val="2F6F73"/>
          <w:sz w:val="22"/>
        </w:rPr>
        <w:t xml:space="preserve">☐  </w:t>
      </w:r>
      <w:r>
        <w:rPr>
          <w:rFonts w:ascii="Aptos" w:hAnsi="Aptos"/>
          <w:b w:val="0"/>
          <w:color w:val="243238"/>
          <w:sz w:val="18"/>
        </w:rPr>
        <w:t>Entgegennahme organisatorischer Informationen, die für die laufende Betreuung erforderlich sind.</w:t>
      </w:r>
    </w:p>
    <w:p>
      <w:pPr>
        <w:spacing w:after="46" w:line="252" w:lineRule="auto"/>
        <w:ind w:left="170"/>
      </w:pPr>
      <w:r>
        <w:rPr>
          <w:rFonts w:ascii="Aptos" w:hAnsi="Aptos"/>
          <w:b w:val="0"/>
          <w:color w:val="2F6F73"/>
          <w:sz w:val="22"/>
        </w:rPr>
        <w:t xml:space="preserve">☐  </w:t>
      </w:r>
      <w:r>
        <w:rPr>
          <w:rFonts w:ascii="Aptos" w:hAnsi="Aptos"/>
          <w:b w:val="0"/>
          <w:color w:val="243238"/>
          <w:sz w:val="18"/>
        </w:rPr>
        <w:t>Fahrten und Ausflüge innerhalb Deutschlands, soweit keine gesonderte Zustimmung der Einrichtung erforderlich ist.</w:t>
      </w:r>
    </w:p>
    <w:p>
      <w:pPr>
        <w:keepNext/>
        <w:spacing w:before="100" w:after="40"/>
      </w:pPr>
      <w:r>
        <w:rPr>
          <w:rFonts w:ascii="Aptos" w:hAnsi="Aptos"/>
          <w:b/>
          <w:color w:val="203A43"/>
          <w:sz w:val="22"/>
        </w:rPr>
        <w:t>B · Kita und Schule</w:t>
      </w:r>
    </w:p>
    <w:p>
      <w:pPr>
        <w:spacing w:after="46" w:line="252" w:lineRule="auto"/>
        <w:ind w:left="170"/>
      </w:pPr>
      <w:r>
        <w:rPr>
          <w:rFonts w:ascii="Aptos" w:hAnsi="Aptos"/>
          <w:b w:val="0"/>
          <w:color w:val="2F6F73"/>
          <w:sz w:val="22"/>
        </w:rPr>
        <w:t xml:space="preserve">☐  </w:t>
      </w:r>
      <w:r>
        <w:rPr>
          <w:rFonts w:ascii="Aptos" w:hAnsi="Aptos"/>
          <w:b w:val="0"/>
          <w:color w:val="243238"/>
          <w:sz w:val="18"/>
        </w:rPr>
        <w:t>Kommunikation mit pädagogischem Personal zu organisatorischen Fragen der vorübergehenden Betreuung.</w:t>
      </w:r>
    </w:p>
    <w:p>
      <w:pPr>
        <w:spacing w:after="46" w:line="252" w:lineRule="auto"/>
        <w:ind w:left="170"/>
      </w:pPr>
      <w:r>
        <w:rPr>
          <w:rFonts w:ascii="Aptos" w:hAnsi="Aptos"/>
          <w:b w:val="0"/>
          <w:color w:val="2F6F73"/>
          <w:sz w:val="22"/>
        </w:rPr>
        <w:t xml:space="preserve">☐  </w:t>
      </w:r>
      <w:r>
        <w:rPr>
          <w:rFonts w:ascii="Aptos" w:hAnsi="Aptos"/>
          <w:b w:val="0"/>
          <w:color w:val="243238"/>
          <w:sz w:val="18"/>
        </w:rPr>
        <w:t>Teilnahme an kurzfristigen Übergabe- oder Abholgesprächen.</w:t>
      </w:r>
    </w:p>
    <w:p>
      <w:pPr>
        <w:spacing w:after="46" w:line="252" w:lineRule="auto"/>
        <w:ind w:left="170"/>
      </w:pPr>
      <w:r>
        <w:rPr>
          <w:rFonts w:ascii="Aptos" w:hAnsi="Aptos"/>
          <w:b w:val="0"/>
          <w:color w:val="2F6F73"/>
          <w:sz w:val="22"/>
        </w:rPr>
        <w:t xml:space="preserve">☐  </w:t>
      </w:r>
      <w:r>
        <w:rPr>
          <w:rFonts w:ascii="Aptos" w:hAnsi="Aptos"/>
          <w:b w:val="0"/>
          <w:color w:val="243238"/>
          <w:sz w:val="18"/>
        </w:rPr>
        <w:t>Entgegennahme von Mitteilungen und Unterlagen, soweit diese unmittelbar für die Betreuung benötigt werden.</w:t>
      </w:r>
    </w:p>
    <w:p>
      <w:pPr>
        <w:spacing w:after="46" w:line="252" w:lineRule="auto"/>
        <w:ind w:left="170"/>
      </w:pPr>
      <w:r>
        <w:rPr>
          <w:rFonts w:ascii="Aptos" w:hAnsi="Aptos"/>
          <w:b w:val="0"/>
          <w:color w:val="2F6F73"/>
          <w:sz w:val="22"/>
        </w:rPr>
        <w:t xml:space="preserve">☐  </w:t>
      </w:r>
      <w:r>
        <w:rPr>
          <w:rFonts w:ascii="Aptos" w:hAnsi="Aptos"/>
          <w:b w:val="0"/>
          <w:color w:val="243238"/>
          <w:sz w:val="18"/>
        </w:rPr>
        <w:t>Keine Änderung von Anmeldung, Schulform, dauerhaftem Betreuungsvertrag oder sonstigen grundlegenden Entscheidungen.</w:t>
      </w:r>
    </w:p>
    <w:p>
      <w:pPr>
        <w:keepNext/>
        <w:spacing w:before="100" w:after="40"/>
      </w:pPr>
      <w:r>
        <w:rPr>
          <w:rFonts w:ascii="Aptos" w:hAnsi="Aptos"/>
          <w:b/>
          <w:color w:val="203A43"/>
          <w:sz w:val="22"/>
        </w:rPr>
        <w:t>C · Arzt, Zahnarzt und Gesundheit</w:t>
      </w:r>
    </w:p>
    <w:p>
      <w:pPr>
        <w:spacing w:after="46" w:line="252" w:lineRule="auto"/>
        <w:ind w:left="170"/>
      </w:pPr>
      <w:r>
        <w:rPr>
          <w:rFonts w:ascii="Aptos" w:hAnsi="Aptos"/>
          <w:b w:val="0"/>
          <w:color w:val="2F6F73"/>
          <w:sz w:val="22"/>
        </w:rPr>
        <w:t xml:space="preserve">☐  </w:t>
      </w:r>
      <w:r>
        <w:rPr>
          <w:rFonts w:ascii="Aptos" w:hAnsi="Aptos"/>
          <w:b w:val="0"/>
          <w:color w:val="243238"/>
          <w:sz w:val="18"/>
        </w:rPr>
        <w:t>Begleitung zu bereits vereinbarten Arzt- oder Zahnarztterminen.</w:t>
      </w:r>
    </w:p>
    <w:p>
      <w:pPr>
        <w:spacing w:after="46" w:line="252" w:lineRule="auto"/>
        <w:ind w:left="170"/>
      </w:pPr>
      <w:r>
        <w:rPr>
          <w:rFonts w:ascii="Aptos" w:hAnsi="Aptos"/>
          <w:b w:val="0"/>
          <w:color w:val="2F6F73"/>
          <w:sz w:val="22"/>
        </w:rPr>
        <w:t xml:space="preserve">☐  </w:t>
      </w:r>
      <w:r>
        <w:rPr>
          <w:rFonts w:ascii="Aptos" w:hAnsi="Aptos"/>
          <w:b w:val="0"/>
          <w:color w:val="243238"/>
          <w:sz w:val="18"/>
        </w:rPr>
        <w:t>Vorstellung bei akuter Erkrankung oder Verletzung und Übermittlung notwendiger Angaben an die behandelnde Stelle.</w:t>
      </w:r>
    </w:p>
    <w:p>
      <w:pPr>
        <w:spacing w:after="46" w:line="252" w:lineRule="auto"/>
        <w:ind w:left="170"/>
      </w:pPr>
      <w:r>
        <w:rPr>
          <w:rFonts w:ascii="Aptos" w:hAnsi="Aptos"/>
          <w:b w:val="0"/>
          <w:color w:val="2F6F73"/>
          <w:sz w:val="22"/>
        </w:rPr>
        <w:t xml:space="preserve">☐  </w:t>
      </w:r>
      <w:r>
        <w:rPr>
          <w:rFonts w:ascii="Aptos" w:hAnsi="Aptos"/>
          <w:b w:val="0"/>
          <w:color w:val="243238"/>
          <w:sz w:val="18"/>
        </w:rPr>
        <w:t>Entgegennahme von Behandlungsanweisungen, Rezepten, Überweisungen oder vergleichbaren Unterlagen.</w:t>
      </w:r>
    </w:p>
    <w:p>
      <w:pPr>
        <w:spacing w:after="46" w:line="252" w:lineRule="auto"/>
        <w:ind w:left="170"/>
      </w:pPr>
      <w:r>
        <w:rPr>
          <w:rFonts w:ascii="Aptos" w:hAnsi="Aptos"/>
          <w:b w:val="0"/>
          <w:color w:val="2F6F73"/>
          <w:sz w:val="22"/>
        </w:rPr>
        <w:t xml:space="preserve">☐  </w:t>
      </w:r>
      <w:r>
        <w:rPr>
          <w:rFonts w:ascii="Aptos" w:hAnsi="Aptos"/>
          <w:b w:val="0"/>
          <w:color w:val="243238"/>
          <w:sz w:val="18"/>
        </w:rPr>
        <w:t>Einwilligung in medizinisch erforderliche Routine- oder Akutmaßnahmen, soweit dies rechtlich zulässig ist und die behandelnde Stelle die Vollmacht akzeptiert.</w:t>
      </w:r>
      <w:r>
        <w:rPr>
          <w:rFonts w:ascii="Aptos" w:hAnsi="Aptos"/>
          <w:b w:val="0"/>
          <w:i/>
          <w:color w:val="66757C"/>
          <w:sz w:val="17"/>
        </w:rPr>
        <w:t xml:space="preserve">  Wenn möglich, sollen die Sorgeberechtigten vorher kontaktiert werden.</w:t>
      </w:r>
    </w:p>
    <w:p>
      <w:pPr>
        <w:spacing w:after="46" w:line="252" w:lineRule="auto"/>
        <w:ind w:left="170"/>
      </w:pPr>
      <w:r>
        <w:rPr>
          <w:rFonts w:ascii="Aptos" w:hAnsi="Aptos"/>
          <w:b w:val="0"/>
          <w:color w:val="2F6F73"/>
          <w:sz w:val="22"/>
        </w:rPr>
        <w:t xml:space="preserve">☐  </w:t>
      </w:r>
      <w:r>
        <w:rPr>
          <w:rFonts w:ascii="Aptos" w:hAnsi="Aptos"/>
          <w:b w:val="0"/>
          <w:color w:val="243238"/>
          <w:sz w:val="18"/>
        </w:rPr>
        <w:t xml:space="preserve">Einwilligung in Impfungen nur nach ausdrücklicher zusätzlicher Freigabe: </w:t>
      </w:r>
      <w:sdt>
        <w:sdtPr>
          <w:tag w:val="IMPF_FREIGABE"/>
          <w:alias w:val="Impfung / Termin / besondere Freigabe"/>
          <w:text/>
        </w:sdtPr>
        <w:sdtContent>
          <w:r>
            <w:rPr>
              <w:rFonts w:ascii="Aptos" w:hAnsi="Aptos"/>
              <w:b w:val="0"/>
              <w:color w:val="243238"/>
              <w:sz w:val="18"/>
            </w:rPr>
            <w:t>Impfung / Termin / besondere Freigabe</w:t>
          </w:r>
        </w:sdtContent>
      </w:sdt>
      <w:r>
        <w:rPr>
          <w:rFonts w:ascii="Aptos" w:hAnsi="Aptos"/>
          <w:b w:val="0"/>
          <w:i/>
          <w:color w:val="66757C"/>
          <w:sz w:val="17"/>
        </w:rPr>
        <w:t xml:space="preserve">  z. B. Impfstoff/Termin eintragen oder Feld streichen.</w:t>
      </w:r>
    </w:p>
    <w:tbl>
      <w:tblPr>
        <w:tblW w:type="auto" w:w="0"/>
        <w:jc w:val="center"/>
        <w:tblLayout w:type="fixed"/>
        <w:tblLook w:firstColumn="1" w:firstRow="1" w:lastColumn="0" w:lastRow="0" w:noHBand="0" w:noVBand="1" w:val="04A0"/>
      </w:tblPr>
      <w:tblGrid>
        <w:gridCol w:w="9241"/>
      </w:tblGrid>
      <w:tr>
        <w:trPr>
          <w:cantSplit/>
        </w:trPr>
        <w:tc>
          <w:tcPr>
            <w:tcW w:type="dxa" w:w="10200"/>
            <w:shd w:fill="F5F7F7"/>
            <w:tcMar>
              <w:top w:w="120" w:type="dxa"/>
              <w:start w:w="180" w:type="dxa"/>
              <w:bottom w:w="120" w:type="dxa"/>
              <w:end w:w="180" w:type="dxa"/>
            </w:tcMar>
            <w:tcBorders>
              <w:top w:val="single" w:sz="8" w:color="2F6F73"/>
              <w:left w:val="single" w:sz="8" w:color="2F6F73"/>
              <w:bottom w:val="single" w:sz="4" w:color="CAD5D8"/>
              <w:right w:val="single" w:sz="4" w:color="CAD5D8"/>
            </w:tcBorders>
          </w:tcPr>
          <w:p>
            <w:pPr>
              <w:spacing w:after="40"/>
            </w:pPr>
            <w:r>
              <w:rPr>
                <w:rFonts w:ascii="Aptos" w:hAnsi="Aptos"/>
                <w:b/>
                <w:color w:val="2F6F73"/>
                <w:sz w:val="18"/>
              </w:rPr>
              <w:t>Wichtig bei Arztbesuchen</w:t>
            </w:r>
          </w:p>
          <w:p>
            <w:pPr>
              <w:spacing w:after="0"/>
            </w:pPr>
            <w:r>
              <w:rPr>
                <w:rFonts w:ascii="Aptos" w:hAnsi="Aptos"/>
                <w:b w:val="0"/>
                <w:color w:val="243238"/>
                <w:sz w:val="17"/>
              </w:rPr>
              <w:t>Arztpraxen können für bestimmte Untersuchungen oder Behandlungen die persönliche Anwesenheit bzw. eine gesonderte Einwilligung der Sorgeberechtigten verlangen. Die bevollmächtigte Person sollte sich ausweisen können und – soweit vorhanden – Versichertenkarte, Impfpass und relevante Unterlagen mitführen.</w:t>
            </w:r>
          </w:p>
        </w:tc>
      </w:tr>
    </w:tbl>
    <w:p>
      <w:pPr>
        <w:keepNext/>
        <w:spacing w:before="100" w:after="40"/>
      </w:pPr>
      <w:r>
        <w:rPr>
          <w:rFonts w:ascii="Aptos" w:hAnsi="Aptos"/>
          <w:b/>
          <w:color w:val="203A43"/>
          <w:sz w:val="22"/>
        </w:rPr>
        <w:t>D · Medikamente</w:t>
      </w:r>
    </w:p>
    <w:p>
      <w:pPr>
        <w:spacing w:after="46" w:line="252" w:lineRule="auto"/>
        <w:ind w:left="170"/>
      </w:pPr>
      <w:r>
        <w:rPr>
          <w:rFonts w:ascii="Aptos" w:hAnsi="Aptos"/>
          <w:b w:val="0"/>
          <w:color w:val="2F6F73"/>
          <w:sz w:val="22"/>
        </w:rPr>
        <w:t xml:space="preserve">☐  </w:t>
      </w:r>
      <w:r>
        <w:rPr>
          <w:rFonts w:ascii="Aptos" w:hAnsi="Aptos"/>
          <w:b w:val="0"/>
          <w:color w:val="243238"/>
          <w:sz w:val="18"/>
        </w:rPr>
        <w:t>Verabreichung bereits verordneter oder ausdrücklich freigegebener Medikamente nach der schriftlichen Anweisung der Sorgeberechtigten.</w:t>
      </w:r>
    </w:p>
    <w:p>
      <w:pPr>
        <w:spacing w:after="46" w:line="252" w:lineRule="auto"/>
        <w:ind w:left="170"/>
      </w:pPr>
      <w:r>
        <w:rPr>
          <w:rFonts w:ascii="Aptos" w:hAnsi="Aptos"/>
          <w:b w:val="0"/>
          <w:color w:val="2F6F73"/>
          <w:sz w:val="22"/>
        </w:rPr>
        <w:t xml:space="preserve">☐  </w:t>
      </w:r>
      <w:r>
        <w:rPr>
          <w:rFonts w:ascii="Aptos" w:hAnsi="Aptos"/>
          <w:b w:val="0"/>
          <w:color w:val="243238"/>
          <w:sz w:val="18"/>
        </w:rPr>
        <w:t>Keine eigenständige Änderung von Dosierung, Einnahmeintervall oder Medikation ohne ärztliche bzw. elterliche Rücksprache.</w:t>
      </w:r>
    </w:p>
    <w:p>
      <w:pPr>
        <w:keepNext/>
        <w:spacing w:before="220" w:after="80"/>
      </w:pPr>
      <w:r>
        <w:rPr>
          <w:rFonts w:ascii="Aptos" w:hAnsi="Aptos"/>
          <w:b/>
          <w:color w:val="203A43"/>
          <w:sz w:val="30"/>
        </w:rPr>
        <w:t>6  Ausdrückliche Grenzen</w:t>
      </w:r>
    </w:p>
    <w:p>
      <w:pPr>
        <w:keepNext/>
        <w:spacing w:before="0" w:after="120"/>
      </w:pPr>
      <w:r>
        <w:rPr>
          <w:rFonts w:ascii="Aptos" w:hAnsi="Aptos"/>
          <w:b w:val="0"/>
          <w:color w:val="66757C"/>
          <w:sz w:val="18"/>
        </w:rPr>
        <w:t>Diese Vollmacht ist bewusst auf die vorübergehende Betreuung beschränkt.</w:t>
      </w:r>
    </w:p>
    <w:p>
      <w:pPr>
        <w:spacing w:after="44"/>
        <w:ind w:left="170"/>
      </w:pPr>
      <w:r>
        <w:rPr>
          <w:rFonts w:ascii="Aptos" w:hAnsi="Aptos"/>
          <w:b/>
          <w:color w:val="2F6F73"/>
          <w:sz w:val="18"/>
        </w:rPr>
        <w:t xml:space="preserve">•  </w:t>
      </w:r>
      <w:r>
        <w:rPr>
          <w:rFonts w:ascii="Aptos" w:hAnsi="Aptos"/>
          <w:b w:val="0"/>
          <w:color w:val="243238"/>
          <w:sz w:val="18"/>
        </w:rPr>
        <w:t>Sie überträgt weder das Sorgerecht noch eine Vormundschaft.</w:t>
      </w:r>
    </w:p>
    <w:p>
      <w:pPr>
        <w:spacing w:after="44"/>
        <w:ind w:left="170"/>
      </w:pPr>
      <w:r>
        <w:rPr>
          <w:rFonts w:ascii="Aptos" w:hAnsi="Aptos"/>
          <w:b/>
          <w:color w:val="2F6F73"/>
          <w:sz w:val="18"/>
        </w:rPr>
        <w:t xml:space="preserve">•  </w:t>
      </w:r>
      <w:r>
        <w:rPr>
          <w:rFonts w:ascii="Aptos" w:hAnsi="Aptos"/>
          <w:b w:val="0"/>
          <w:color w:val="243238"/>
          <w:sz w:val="18"/>
        </w:rPr>
        <w:t>Sie berechtigt nicht zur Änderung des dauerhaften Wohnsitzes, zur An- oder Abmeldung an Schule/Kita oder zu sonstigen grundlegenden Entscheidungen über das Kind.</w:t>
      </w:r>
    </w:p>
    <w:p>
      <w:pPr>
        <w:spacing w:after="44"/>
        <w:ind w:left="170"/>
      </w:pPr>
      <w:r>
        <w:rPr>
          <w:rFonts w:ascii="Aptos" w:hAnsi="Aptos"/>
          <w:b/>
          <w:color w:val="2F6F73"/>
          <w:sz w:val="18"/>
        </w:rPr>
        <w:t xml:space="preserve">•  </w:t>
      </w:r>
      <w:r>
        <w:rPr>
          <w:rFonts w:ascii="Aptos" w:hAnsi="Aptos"/>
          <w:b w:val="0"/>
          <w:color w:val="243238"/>
          <w:sz w:val="18"/>
        </w:rPr>
        <w:t>Sie berechtigt nicht zur Beantragung von Reisepass oder Personalausweis und nicht zur Verwaltung von Vermögen oder Bankangelegenheiten des Kindes.</w:t>
      </w:r>
    </w:p>
    <w:p>
      <w:pPr>
        <w:spacing w:after="44"/>
        <w:ind w:left="170"/>
      </w:pPr>
      <w:r>
        <w:rPr>
          <w:rFonts w:ascii="Aptos" w:hAnsi="Aptos"/>
          <w:b/>
          <w:color w:val="2F6F73"/>
          <w:sz w:val="18"/>
        </w:rPr>
        <w:t xml:space="preserve">•  </w:t>
      </w:r>
      <w:r>
        <w:rPr>
          <w:rFonts w:ascii="Aptos" w:hAnsi="Aptos"/>
          <w:b w:val="0"/>
          <w:color w:val="243238"/>
          <w:sz w:val="18"/>
        </w:rPr>
        <w:t>Auslandsreisen sind nicht umfasst. Dafür sollte eine gesonderte Reisevollmacht verwendet werden.</w:t>
      </w:r>
    </w:p>
    <w:p>
      <w:pPr>
        <w:spacing w:before="100" w:after="40"/>
      </w:pPr>
      <w:r>
        <w:rPr>
          <w:rFonts w:ascii="Aptos" w:hAnsi="Aptos"/>
          <w:b/>
          <w:color w:val="203A43"/>
          <w:sz w:val="18"/>
        </w:rPr>
        <w:t>Zusätzliche Einschränkungen oder besondere Anweisungen</w:t>
      </w:r>
    </w:p>
    <w:tbl>
      <w:tblPr>
        <w:tblW w:type="auto" w:w="0"/>
        <w:jc w:val="center"/>
        <w:tblLayout w:type="fixed"/>
        <w:tblLook w:firstColumn="1" w:firstRow="1" w:lastColumn="0" w:lastRow="0" w:noHBand="0" w:noVBand="1" w:val="04A0"/>
      </w:tblPr>
      <w:tblGrid>
        <w:gridCol w:w="10200"/>
      </w:tblGrid>
      <w:tr>
        <w:trPr>
          <w:cantSplit/>
        </w:trPr>
        <w:tc>
          <w:tcPr>
            <w:tcW w:type="dxa" w:w="10200"/>
            <w:tcMar>
              <w:top w:w="115" w:type="dxa"/>
              <w:start w:w="130" w:type="dxa"/>
              <w:bottom w:w="115" w:type="dxa"/>
              <w:end w:w="130" w:type="dxa"/>
            </w:tcMar>
            <w:shd w:fill="FFFFFF"/>
            <w:tcBorders>
              <w:top w:val="single" w:sz="5" w:color="CAD5D8"/>
              <w:left w:val="single" w:sz="5" w:color="CAD5D8"/>
              <w:bottom w:val="single" w:sz="5" w:color="CAD5D8"/>
              <w:right w:val="single" w:sz="5" w:color="CAD5D8"/>
            </w:tcBorders>
          </w:tcPr>
          <w:p>
            <w:sdt>
              <w:sdtPr>
                <w:tag w:val="ANW_1"/>
                <w:alias w:val="Zusätzliche Anweisung oder Einschränkung"/>
                <w:text/>
              </w:sdtPr>
              <w:sdtContent>
                <w:r>
                  <w:rPr>
                    <w:rFonts w:ascii="Aptos" w:hAnsi="Aptos"/>
                    <w:b w:val="0"/>
                    <w:i/>
                    <w:color w:val="7A888E"/>
                    <w:sz w:val="18"/>
                  </w:rPr>
                  <w:t>Zusätzliche Anweisung oder Einschränkung eintragen</w:t>
                </w:r>
              </w:sdtContent>
            </w:sdt>
          </w:p>
        </w:tc>
      </w:tr>
      <w:tr>
        <w:trPr>
          <w:cantSplit/>
        </w:trPr>
        <w:tc>
          <w:tcPr>
            <w:tcW w:type="dxa" w:w="10200"/>
            <w:tcMar>
              <w:top w:w="115" w:type="dxa"/>
              <w:start w:w="130" w:type="dxa"/>
              <w:bottom w:w="115" w:type="dxa"/>
              <w:end w:w="130" w:type="dxa"/>
            </w:tcMar>
            <w:shd w:fill="FFFFFF"/>
            <w:tcBorders>
              <w:top w:val="single" w:sz="5" w:color="CAD5D8"/>
              <w:left w:val="single" w:sz="5" w:color="CAD5D8"/>
              <w:bottom w:val="single" w:sz="5" w:color="CAD5D8"/>
              <w:right w:val="single" w:sz="5" w:color="CAD5D8"/>
            </w:tcBorders>
          </w:tcPr>
          <w:p>
            <w:sdt>
              <w:sdtPr>
                <w:tag w:val="ANW_2"/>
                <w:alias w:val="Weitere Anweisung oder Einschränkung ein"/>
                <w:text/>
              </w:sdtPr>
              <w:sdtContent>
                <w:r>
                  <w:rPr>
                    <w:rFonts w:ascii="Aptos" w:hAnsi="Aptos"/>
                    <w:b w:val="0"/>
                    <w:i/>
                    <w:color w:val="7A888E"/>
                    <w:sz w:val="18"/>
                  </w:rPr>
                  <w:t>Weitere Anweisung oder Einschränkung eintragen</w:t>
                </w:r>
              </w:sdtContent>
            </w:sdt>
          </w:p>
        </w:tc>
      </w:tr>
    </w:tbl>
    <w:p>
      <w:pPr>
        <w:keepNext/>
        <w:spacing w:before="220" w:after="80"/>
      </w:pPr>
      <w:r>
        <w:rPr>
          <w:rFonts w:ascii="Aptos" w:hAnsi="Aptos"/>
          <w:b/>
          <w:color w:val="203A43"/>
          <w:sz w:val="30"/>
        </w:rPr>
        <w:t>7  Notfall- und Gesundheitsinformationen</w:t>
      </w:r>
    </w:p>
    <w:p>
      <w:pPr>
        <w:keepNext/>
        <w:spacing w:before="0" w:after="120"/>
      </w:pPr>
      <w:r>
        <w:rPr>
          <w:rFonts w:ascii="Aptos" w:hAnsi="Aptos"/>
          <w:b w:val="0"/>
          <w:color w:val="66757C"/>
          <w:sz w:val="18"/>
        </w:rPr>
        <w:t>Optional, aber für längere Betreuungszeiträume besonders praktisch.</w:t>
      </w:r>
    </w:p>
    <w:tbl>
      <w:tblPr>
        <w:tblStyle w:val="TableGrid"/>
        <w:tblW w:type="auto" w:w="0"/>
        <w:jc w:val="center"/>
        <w:tblLayout w:type="fixed"/>
        <w:tblLook w:firstColumn="1" w:firstRow="1" w:lastColumn="0" w:lastRow="0" w:noHBand="0" w:noVBand="1" w:val="04A0"/>
      </w:tblPr>
      <w:tblGrid>
        <w:gridCol w:w="5100"/>
        <w:gridCol w:w="5100"/>
      </w:tblGrid>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Kinderarzt / Praxis</w:t>
            </w:r>
          </w:p>
          <w:p>
            <w:pPr>
              <w:spacing w:before="20" w:after="0"/>
            </w:pPr>
            <w:sdt>
              <w:sdtPr>
                <w:tag w:val="ARZT_NAME"/>
                <w:alias w:val="Name der Praxis"/>
                <w:text/>
              </w:sdtPr>
              <w:sdtContent>
                <w:r>
                  <w:rPr>
                    <w:rFonts w:ascii="Aptos" w:hAnsi="Aptos"/>
                    <w:b w:val="0"/>
                    <w:i/>
                    <w:color w:val="7A888E"/>
                    <w:sz w:val="20"/>
                  </w:rPr>
                  <w:t>Name der Praxis</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Telefon der Praxis</w:t>
            </w:r>
          </w:p>
          <w:p>
            <w:pPr>
              <w:spacing w:before="20" w:after="0"/>
            </w:pPr>
            <w:sdt>
              <w:sdtPr>
                <w:tag w:val="ARZT_TEL"/>
                <w:alias w:val="Telefonnummer"/>
                <w:text/>
              </w:sdtPr>
              <w:sdtContent>
                <w:r>
                  <w:rPr>
                    <w:rFonts w:ascii="Aptos" w:hAnsi="Aptos"/>
                    <w:b w:val="0"/>
                    <w:i/>
                    <w:color w:val="7A888E"/>
                    <w:sz w:val="20"/>
                  </w:rPr>
                  <w:t>Telefonnummer</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Allergien / Unverträglichkeiten</w:t>
            </w:r>
          </w:p>
          <w:p>
            <w:pPr>
              <w:spacing w:before="20" w:after="0"/>
            </w:pPr>
            <w:sdt>
              <w:sdtPr>
                <w:tag w:val="ALLERGIE"/>
                <w:alias w:val="keine / Angaben"/>
                <w:text/>
              </w:sdtPr>
              <w:sdtContent>
                <w:r>
                  <w:rPr>
                    <w:rFonts w:ascii="Aptos" w:hAnsi="Aptos"/>
                    <w:b w:val="0"/>
                    <w:i/>
                    <w:color w:val="7A888E"/>
                    <w:sz w:val="20"/>
                  </w:rPr>
                  <w:t>keine / Angaben</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Regelmäßige Medikamente</w:t>
            </w:r>
          </w:p>
          <w:p>
            <w:pPr>
              <w:spacing w:before="20" w:after="0"/>
            </w:pPr>
            <w:sdt>
              <w:sdtPr>
                <w:tag w:val="MEDIKAMENTE"/>
                <w:alias w:val="keine / Angaben"/>
                <w:text/>
              </w:sdtPr>
              <w:sdtContent>
                <w:r>
                  <w:rPr>
                    <w:rFonts w:ascii="Aptos" w:hAnsi="Aptos"/>
                    <w:b w:val="0"/>
                    <w:i/>
                    <w:color w:val="7A888E"/>
                    <w:sz w:val="20"/>
                  </w:rPr>
                  <w:t>keine / Angaben</w:t>
                </w:r>
              </w:sdtContent>
            </w:sdt>
          </w:p>
        </w:tc>
      </w:tr>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Wichtige Vorerkrankungen / Hinweise</w:t>
            </w:r>
          </w:p>
          <w:p>
            <w:pPr>
              <w:spacing w:before="20" w:after="0"/>
            </w:pPr>
            <w:sdt>
              <w:sdtPr>
                <w:tag w:val="GESUNDHEIT"/>
                <w:alias w:val="keine / Angaben"/>
                <w:text/>
              </w:sdtPr>
              <w:sdtContent>
                <w:r>
                  <w:rPr>
                    <w:rFonts w:ascii="Aptos" w:hAnsi="Aptos"/>
                    <w:b w:val="0"/>
                    <w:i/>
                    <w:color w:val="7A888E"/>
                    <w:sz w:val="20"/>
                  </w:rPr>
                  <w:t>keine / Angaben</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Bevorzugte Klinik (optional)</w:t>
            </w:r>
          </w:p>
          <w:p>
            <w:pPr>
              <w:spacing w:before="20" w:after="0"/>
            </w:pPr>
            <w:sdt>
              <w:sdtPr>
                <w:tag w:val="KLINIK"/>
                <w:alias w:val="Name / Ort"/>
                <w:text/>
              </w:sdtPr>
              <w:sdtContent>
                <w:r>
                  <w:rPr>
                    <w:rFonts w:ascii="Aptos" w:hAnsi="Aptos"/>
                    <w:b w:val="0"/>
                    <w:i/>
                    <w:color w:val="7A888E"/>
                    <w:sz w:val="20"/>
                  </w:rPr>
                  <w:t>Name / Ort</w:t>
                </w:r>
              </w:sdtContent>
            </w:sdt>
          </w:p>
        </w:tc>
      </w:tr>
    </w:tbl>
    <w:p>
      <w:pPr>
        <w:spacing w:before="100" w:after="40"/>
      </w:pPr>
      <w:r>
        <w:rPr>
          <w:rFonts w:ascii="Aptos" w:hAnsi="Aptos"/>
          <w:b/>
          <w:color w:val="203A43"/>
          <w:sz w:val="18"/>
        </w:rPr>
        <w:t>Erreichbarkeit der Sorgeberechtigten während der Betreuung</w:t>
      </w:r>
    </w:p>
    <w:tbl>
      <w:tblPr>
        <w:tblStyle w:val="TableGrid"/>
        <w:tblW w:type="auto" w:w="0"/>
        <w:jc w:val="center"/>
        <w:tblLayout w:type="fixed"/>
        <w:tblLook w:firstColumn="1" w:firstRow="1" w:lastColumn="0" w:lastRow="0" w:noHBand="0" w:noVBand="1" w:val="04A0"/>
      </w:tblPr>
      <w:tblGrid>
        <w:gridCol w:w="5100"/>
        <w:gridCol w:w="5100"/>
      </w:tblGrid>
      <w:tr>
        <w:trPr>
          <w:cantSplit/>
        </w:trPr>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Primärer Notfallkontakt</w:t>
            </w:r>
          </w:p>
          <w:p>
            <w:pPr>
              <w:spacing w:before="20" w:after="0"/>
            </w:pPr>
            <w:sdt>
              <w:sdtPr>
                <w:tag w:val="NOTFALL_1"/>
                <w:alias w:val="Name und Telefonnummer"/>
                <w:text/>
              </w:sdtPr>
              <w:sdtContent>
                <w:r>
                  <w:rPr>
                    <w:rFonts w:ascii="Aptos" w:hAnsi="Aptos"/>
                    <w:b w:val="0"/>
                    <w:i/>
                    <w:color w:val="7A888E"/>
                    <w:sz w:val="20"/>
                  </w:rPr>
                  <w:t>Name und Telefonnummer</w:t>
                </w:r>
              </w:sdtContent>
            </w:sdt>
          </w:p>
        </w:tc>
        <w:tc>
          <w:tcPr>
            <w:tcW w:type="dxa" w:w="4620"/>
            <w:tcMar>
              <w:top w:w="90" w:type="dxa"/>
              <w:start w:w="125" w:type="dxa"/>
              <w:bottom w:w="90" w:type="dxa"/>
              <w:end w:w="125" w:type="dxa"/>
            </w:tcMar>
            <w:shd w:fill="FFFFFF"/>
            <w:tcBorders>
              <w:top w:val="single" w:sz="6" w:color="CAD5D8"/>
              <w:left w:val="single" w:sz="6" w:color="CAD5D8"/>
              <w:bottom w:val="single" w:sz="6" w:color="CAD5D8"/>
              <w:right w:val="single" w:sz="6" w:color="CAD5D8"/>
            </w:tcBorders>
          </w:tcPr>
          <w:p>
            <w:pPr>
              <w:spacing w:after="20"/>
            </w:pPr>
            <w:r>
              <w:rPr>
                <w:rFonts w:ascii="Aptos" w:hAnsi="Aptos"/>
                <w:b/>
                <w:color w:val="66757C"/>
                <w:sz w:val="16"/>
              </w:rPr>
              <w:t>Alternativer Notfallkontakt</w:t>
            </w:r>
          </w:p>
          <w:p>
            <w:pPr>
              <w:spacing w:before="20" w:after="0"/>
            </w:pPr>
            <w:sdt>
              <w:sdtPr>
                <w:tag w:val="NOTFALL_2"/>
                <w:alias w:val="Name und Telefonnummer"/>
                <w:text/>
              </w:sdtPr>
              <w:sdtContent>
                <w:r>
                  <w:rPr>
                    <w:rFonts w:ascii="Aptos" w:hAnsi="Aptos"/>
                    <w:b w:val="0"/>
                    <w:i/>
                    <w:color w:val="7A888E"/>
                    <w:sz w:val="20"/>
                  </w:rPr>
                  <w:t>Name und Telefonnummer</w:t>
                </w:r>
              </w:sdtContent>
            </w:sdt>
          </w:p>
        </w:tc>
      </w:tr>
    </w:tbl>
    <w:p>
      <w:pPr>
        <w:keepNext/>
        <w:spacing w:before="220" w:after="80"/>
      </w:pPr>
      <w:r>
        <w:rPr>
          <w:rFonts w:ascii="Aptos" w:hAnsi="Aptos"/>
          <w:b/>
          <w:color w:val="203A43"/>
          <w:sz w:val="30"/>
        </w:rPr>
        <w:t>8  Praktische Unterlagen</w:t>
      </w:r>
    </w:p>
    <w:p>
      <w:pPr>
        <w:keepNext/>
        <w:spacing w:before="0" w:after="120"/>
      </w:pPr>
      <w:r>
        <w:rPr>
          <w:rFonts w:ascii="Aptos" w:hAnsi="Aptos"/>
          <w:b w:val="0"/>
          <w:color w:val="66757C"/>
          <w:sz w:val="18"/>
        </w:rPr>
        <w:t>Je nach Situation sinnvoll; Originale nur mitgeben, wenn sie tatsächlich benötigt werden.</w:t>
      </w:r>
    </w:p>
    <w:tbl>
      <w:tblPr>
        <w:tblW w:type="auto" w:w="0"/>
        <w:jc w:val="center"/>
        <w:tblLayout w:type="fixed"/>
        <w:tblLook w:firstColumn="1" w:firstRow="1" w:lastColumn="0" w:lastRow="0" w:noHBand="0" w:noVBand="1" w:val="04A0"/>
      </w:tblPr>
      <w:tblGrid>
        <w:gridCol w:w="2550"/>
        <w:gridCol w:w="2550"/>
        <w:gridCol w:w="2550"/>
        <w:gridCol w:w="2550"/>
      </w:tblGrid>
      <w:tr>
        <w:trPr>
          <w:cantSplit/>
        </w:trPr>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Versichertenkarte</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Impfpass</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U-Heft / relevante Befunde</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Kopie Ausweis Sorgeberechtigte</w:t>
            </w:r>
          </w:p>
        </w:tc>
      </w:tr>
    </w:tbl>
    <w:tbl>
      <w:tblPr>
        <w:tblW w:type="auto" w:w="0"/>
        <w:jc w:val="center"/>
        <w:tblLayout w:type="fixed"/>
        <w:tblLook w:firstColumn="1" w:firstRow="1" w:lastColumn="0" w:lastRow="0" w:noHBand="0" w:noVBand="1" w:val="04A0"/>
      </w:tblPr>
      <w:tblGrid>
        <w:gridCol w:w="2550"/>
        <w:gridCol w:w="2550"/>
        <w:gridCol w:w="2550"/>
        <w:gridCol w:w="2550"/>
      </w:tblGrid>
      <w:tr>
        <w:trPr>
          <w:cantSplit/>
        </w:trPr>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Ausweis Großeltern</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Medikamentenplan</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Kontaktdaten Kita/Schule</w:t>
            </w:r>
          </w:p>
        </w:tc>
        <w:tc>
          <w:tcPr>
            <w:tcW w:type="dxa" w:w="2550"/>
            <w:shd w:fill="F5F7F7"/>
            <w:tcMar>
              <w:top w:w="90" w:type="dxa"/>
              <w:start w:w="110" w:type="dxa"/>
              <w:bottom w:w="90" w:type="dxa"/>
              <w:end w:w="110" w:type="dxa"/>
            </w:tcMar>
            <w:tcBorders>
              <w:top w:val="single" w:sz="5" w:color="CAD5D8"/>
              <w:left w:val="single" w:sz="5" w:color="CAD5D8"/>
              <w:bottom w:val="single" w:sz="5" w:color="CAD5D8"/>
              <w:right w:val="single" w:sz="5" w:color="CAD5D8"/>
            </w:tcBorders>
          </w:tcPr>
          <w:p>
            <w:r>
              <w:rPr>
                <w:rFonts w:ascii="Aptos" w:hAnsi="Aptos"/>
                <w:b w:val="0"/>
                <w:color w:val="2F6F73"/>
                <w:sz w:val="20"/>
              </w:rPr>
              <w:t xml:space="preserve">☐ </w:t>
            </w:r>
            <w:r>
              <w:rPr>
                <w:rFonts w:ascii="Aptos" w:hAnsi="Aptos"/>
                <w:b w:val="0"/>
                <w:color w:val="243238"/>
                <w:sz w:val="17"/>
              </w:rPr>
              <w:t>sonstige Unterlagen</w:t>
            </w:r>
          </w:p>
        </w:tc>
      </w:tr>
    </w:tbl>
    <w:p>
      <w:pPr>
        <w:keepNext/>
        <w:spacing w:before="220" w:after="80"/>
      </w:pPr>
      <w:r>
        <w:rPr>
          <w:rFonts w:ascii="Aptos" w:hAnsi="Aptos"/>
          <w:b/>
          <w:color w:val="203A43"/>
          <w:sz w:val="30"/>
        </w:rPr>
        <w:t>9  Erklärung und Unterschriften</w:t>
      </w:r>
    </w:p>
    <w:p>
      <w:pPr>
        <w:keepNext/>
        <w:spacing w:before="0" w:after="120"/>
      </w:pPr>
      <w:r>
        <w:rPr>
          <w:rFonts w:ascii="Aptos" w:hAnsi="Aptos"/>
          <w:b w:val="0"/>
          <w:color w:val="66757C"/>
          <w:sz w:val="18"/>
        </w:rPr>
        <w:t>Mit der Unterschrift bestätigen die Sorgeberechtigten die freiwillige Erteilung dieser Vollmacht im oben festgelegten Umfang.</w:t>
      </w:r>
    </w:p>
    <w:p>
      <w:pPr>
        <w:spacing w:after="120"/>
      </w:pPr>
      <w:r>
        <w:rPr>
          <w:rFonts w:ascii="Aptos" w:hAnsi="Aptos"/>
          <w:b w:val="0"/>
          <w:color w:val="243238"/>
          <w:sz w:val="18"/>
        </w:rPr>
        <w:t>Ich/Wir bestätige/n, dass die Angaben richtig sind und die bevollmächtigte/n Person/en im Rahmen dieser Vollmacht handeln dürfen. Die Vollmacht gilt ausschließlich in dem angegebenen Umfang und Zeitraum.</w:t>
      </w:r>
    </w:p>
    <w:tbl>
      <w:tblPr>
        <w:tblW w:type="auto" w:w="0"/>
        <w:jc w:val="center"/>
        <w:tblLayout w:type="fixed"/>
        <w:tblLook w:firstColumn="1" w:firstRow="1" w:lastColumn="0" w:lastRow="0" w:noHBand="0" w:noVBand="1" w:val="04A0"/>
      </w:tblPr>
      <w:tblGrid>
        <w:gridCol w:w="5100"/>
        <w:gridCol w:w="5100"/>
      </w:tblGrid>
      <w:tr>
        <w:trPr>
          <w:cantSplit/>
        </w:trPr>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Ort</w:t>
            </w:r>
          </w:p>
          <w:p>
            <w:pPr>
              <w:spacing w:before="20" w:after="0"/>
            </w:pPr>
            <w:sdt>
              <w:sdtPr>
                <w:tag w:val="SIG1_ORT"/>
                <w:alias w:val="Ort"/>
                <w:text/>
              </w:sdtPr>
              <w:sdtContent>
                <w:r>
                  <w:rPr>
                    <w:rFonts w:ascii="Aptos" w:hAnsi="Aptos"/>
                    <w:b w:val="0"/>
                    <w:i/>
                    <w:color w:val="7A888E"/>
                    <w:sz w:val="20"/>
                  </w:rPr>
                  <w:t>Ort</w:t>
                </w:r>
              </w:sdtContent>
            </w:sdt>
          </w:p>
        </w:tc>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Datum</w:t>
            </w:r>
          </w:p>
          <w:p>
            <w:pPr>
              <w:spacing w:before="20" w:after="0"/>
            </w:pPr>
            <w:sdt>
              <w:sdtPr>
                <w:tag w:val="SIG1_DATUM"/>
                <w:alias w:val="TT.MM.JJJJ"/>
                <w:text/>
              </w:sdtPr>
              <w:sdtContent>
                <w:r>
                  <w:rPr>
                    <w:rFonts w:ascii="Aptos" w:hAnsi="Aptos"/>
                    <w:b w:val="0"/>
                    <w:i/>
                    <w:color w:val="7A888E"/>
                    <w:sz w:val="20"/>
                  </w:rPr>
                  <w:t>TT.MM.JJJJ</w:t>
                </w:r>
              </w:sdtContent>
            </w:sdt>
          </w:p>
        </w:tc>
      </w:tr>
      <w:tr>
        <w:trPr>
          <w:cantSplit/>
        </w:trPr>
        <w:tc>
          <w:tcPr>
            <w:tcW w:type="dxa" w:w="10200"/>
            <w:gridSpan w:val="2"/>
            <w:tcMar>
              <w:top w:w="160" w:type="dxa"/>
              <w:start w:w="120" w:type="dxa"/>
              <w:bottom w:w="70" w:type="dxa"/>
              <w:end w:w="120" w:type="dxa"/>
            </w:tcMar>
            <w:shd w:fill="FFFFFF"/>
            <w:tcBorders>
              <w:bottom w:val="single" w:sz="8" w:color="243238"/>
            </w:tcBorders>
          </w:tcPr>
          <w:p>
            <w:pPr>
              <w:spacing w:after="320"/>
            </w:pPr>
            <w:r>
              <w:rPr>
                <w:rFonts w:ascii="Aptos" w:hAnsi="Aptos"/>
                <w:b w:val="0"/>
                <w:color w:val="243238"/>
                <w:sz w:val="20"/>
              </w:rPr>
              <w:t xml:space="preserve"> </w:t>
            </w:r>
          </w:p>
          <w:p>
            <w:pPr>
              <w:spacing w:after="0"/>
            </w:pPr>
            <w:r>
              <w:rPr>
                <w:rFonts w:ascii="Aptos" w:hAnsi="Aptos"/>
                <w:b w:val="0"/>
                <w:color w:val="66757C"/>
                <w:sz w:val="16"/>
              </w:rPr>
              <w:t>Unterschrift Sorgeberechtigte Person 1</w:t>
            </w:r>
          </w:p>
        </w:tc>
      </w:tr>
    </w:tbl>
    <w:p>
      <w:pPr>
        <w:spacing w:after="20"/>
      </w:pPr>
    </w:p>
    <w:tbl>
      <w:tblPr>
        <w:tblW w:type="auto" w:w="0"/>
        <w:jc w:val="center"/>
        <w:tblLayout w:type="fixed"/>
        <w:tblLook w:firstColumn="1" w:firstRow="1" w:lastColumn="0" w:lastRow="0" w:noHBand="0" w:noVBand="1" w:val="04A0"/>
      </w:tblPr>
      <w:tblGrid>
        <w:gridCol w:w="5100"/>
        <w:gridCol w:w="5100"/>
      </w:tblGrid>
      <w:tr>
        <w:trPr>
          <w:cantSplit/>
        </w:trPr>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Ort</w:t>
            </w:r>
          </w:p>
          <w:p>
            <w:pPr>
              <w:spacing w:before="20" w:after="0"/>
            </w:pPr>
            <w:sdt>
              <w:sdtPr>
                <w:tag w:val="SIG2_ORT"/>
                <w:alias w:val="Ort"/>
                <w:text/>
              </w:sdtPr>
              <w:sdtContent>
                <w:r>
                  <w:rPr>
                    <w:rFonts w:ascii="Aptos" w:hAnsi="Aptos"/>
                    <w:b w:val="0"/>
                    <w:i/>
                    <w:color w:val="7A888E"/>
                    <w:sz w:val="20"/>
                  </w:rPr>
                  <w:t>Ort</w:t>
                </w:r>
              </w:sdtContent>
            </w:sdt>
          </w:p>
        </w:tc>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Datum</w:t>
            </w:r>
          </w:p>
          <w:p>
            <w:pPr>
              <w:spacing w:before="20" w:after="0"/>
            </w:pPr>
            <w:sdt>
              <w:sdtPr>
                <w:tag w:val="SIG2_DATUM"/>
                <w:alias w:val="TT.MM.JJJJ"/>
                <w:text/>
              </w:sdtPr>
              <w:sdtContent>
                <w:r>
                  <w:rPr>
                    <w:rFonts w:ascii="Aptos" w:hAnsi="Aptos"/>
                    <w:b w:val="0"/>
                    <w:i/>
                    <w:color w:val="7A888E"/>
                    <w:sz w:val="20"/>
                  </w:rPr>
                  <w:t>TT.MM.JJJJ</w:t>
                </w:r>
              </w:sdtContent>
            </w:sdt>
          </w:p>
        </w:tc>
      </w:tr>
      <w:tr>
        <w:trPr>
          <w:cantSplit/>
        </w:trPr>
        <w:tc>
          <w:tcPr>
            <w:tcW w:type="dxa" w:w="10200"/>
            <w:gridSpan w:val="2"/>
            <w:tcMar>
              <w:top w:w="160" w:type="dxa"/>
              <w:start w:w="120" w:type="dxa"/>
              <w:bottom w:w="70" w:type="dxa"/>
              <w:end w:w="120" w:type="dxa"/>
            </w:tcMar>
            <w:shd w:fill="FFFFFF"/>
            <w:tcBorders>
              <w:bottom w:val="single" w:sz="8" w:color="243238"/>
            </w:tcBorders>
          </w:tcPr>
          <w:p>
            <w:pPr>
              <w:spacing w:after="320"/>
            </w:pPr>
            <w:r>
              <w:rPr>
                <w:rFonts w:ascii="Aptos" w:hAnsi="Aptos"/>
                <w:b w:val="0"/>
                <w:color w:val="243238"/>
                <w:sz w:val="20"/>
              </w:rPr>
              <w:t xml:space="preserve"> </w:t>
            </w:r>
          </w:p>
          <w:p>
            <w:pPr>
              <w:spacing w:after="0"/>
            </w:pPr>
            <w:r>
              <w:rPr>
                <w:rFonts w:ascii="Aptos" w:hAnsi="Aptos"/>
                <w:b w:val="0"/>
                <w:color w:val="66757C"/>
                <w:sz w:val="16"/>
              </w:rPr>
              <w:t>Unterschrift Sorgeberechtigte Person 2 (bei gemeinsamem Sorgerecht)</w:t>
            </w:r>
          </w:p>
        </w:tc>
      </w:tr>
    </w:tbl>
    <w:p>
      <w:pPr>
        <w:spacing w:after="20"/>
      </w:pPr>
    </w:p>
    <w:p>
      <w:pPr>
        <w:spacing w:before="80" w:after="40"/>
      </w:pPr>
      <w:r>
        <w:rPr>
          <w:rFonts w:ascii="Aptos" w:hAnsi="Aptos"/>
          <w:b/>
          <w:color w:val="203A43"/>
          <w:sz w:val="18"/>
        </w:rPr>
        <w:t>Kenntnisnahme durch die bevollmächtigte/n Person/en (optional)</w:t>
      </w:r>
    </w:p>
    <w:tbl>
      <w:tblPr>
        <w:tblW w:type="auto" w:w="0"/>
        <w:jc w:val="center"/>
        <w:tblLayout w:type="fixed"/>
        <w:tblLook w:firstColumn="1" w:firstRow="1" w:lastColumn="0" w:lastRow="0" w:noHBand="0" w:noVBand="1" w:val="04A0"/>
      </w:tblPr>
      <w:tblGrid>
        <w:gridCol w:w="5100"/>
        <w:gridCol w:w="5100"/>
      </w:tblGrid>
      <w:tr>
        <w:trPr>
          <w:cantSplit/>
        </w:trPr>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Ort</w:t>
            </w:r>
          </w:p>
          <w:p>
            <w:pPr>
              <w:spacing w:before="20" w:after="0"/>
            </w:pPr>
            <w:sdt>
              <w:sdtPr>
                <w:tag w:val="SIGG_ORT"/>
                <w:alias w:val="Ort"/>
                <w:text/>
              </w:sdtPr>
              <w:sdtContent>
                <w:r>
                  <w:rPr>
                    <w:rFonts w:ascii="Aptos" w:hAnsi="Aptos"/>
                    <w:b w:val="0"/>
                    <w:i/>
                    <w:color w:val="7A888E"/>
                    <w:sz w:val="20"/>
                  </w:rPr>
                  <w:t>Ort</w:t>
                </w:r>
              </w:sdtContent>
            </w:sdt>
          </w:p>
        </w:tc>
        <w:tc>
          <w:tcPr>
            <w:tcW w:type="dxa" w:w="5100"/>
            <w:tcMar>
              <w:top w:w="90" w:type="dxa"/>
              <w:start w:w="120" w:type="dxa"/>
              <w:bottom w:w="90" w:type="dxa"/>
              <w:end w:w="120" w:type="dxa"/>
            </w:tcMar>
            <w:shd w:fill="FFFFFF"/>
            <w:tcBorders>
              <w:bottom w:val="single" w:sz="5" w:color="CAD5D8"/>
            </w:tcBorders>
          </w:tcPr>
          <w:p>
            <w:pPr>
              <w:spacing w:after="20"/>
            </w:pPr>
            <w:r>
              <w:rPr>
                <w:rFonts w:ascii="Aptos" w:hAnsi="Aptos"/>
                <w:b/>
                <w:color w:val="66757C"/>
                <w:sz w:val="16"/>
              </w:rPr>
              <w:t>Datum</w:t>
            </w:r>
          </w:p>
          <w:p>
            <w:pPr>
              <w:spacing w:before="20" w:after="0"/>
            </w:pPr>
            <w:sdt>
              <w:sdtPr>
                <w:tag w:val="SIGG_DATUM"/>
                <w:alias w:val="TT.MM.JJJJ"/>
                <w:text/>
              </w:sdtPr>
              <w:sdtContent>
                <w:r>
                  <w:rPr>
                    <w:rFonts w:ascii="Aptos" w:hAnsi="Aptos"/>
                    <w:b w:val="0"/>
                    <w:i/>
                    <w:color w:val="7A888E"/>
                    <w:sz w:val="20"/>
                  </w:rPr>
                  <w:t>TT.MM.JJJJ</w:t>
                </w:r>
              </w:sdtContent>
            </w:sdt>
          </w:p>
        </w:tc>
      </w:tr>
      <w:tr>
        <w:trPr>
          <w:cantSplit/>
        </w:trPr>
        <w:tc>
          <w:tcPr>
            <w:tcW w:type="dxa" w:w="10200"/>
            <w:gridSpan w:val="2"/>
            <w:tcMar>
              <w:top w:w="160" w:type="dxa"/>
              <w:start w:w="120" w:type="dxa"/>
              <w:bottom w:w="70" w:type="dxa"/>
              <w:end w:w="120" w:type="dxa"/>
            </w:tcMar>
            <w:shd w:fill="FFFFFF"/>
            <w:tcBorders>
              <w:bottom w:val="single" w:sz="8" w:color="243238"/>
            </w:tcBorders>
          </w:tcPr>
          <w:p>
            <w:pPr>
              <w:spacing w:after="320"/>
            </w:pPr>
            <w:r>
              <w:rPr>
                <w:rFonts w:ascii="Aptos" w:hAnsi="Aptos"/>
                <w:b w:val="0"/>
                <w:color w:val="243238"/>
                <w:sz w:val="20"/>
              </w:rPr>
              <w:t xml:space="preserve"> </w:t>
            </w:r>
          </w:p>
          <w:p>
            <w:pPr>
              <w:spacing w:after="0"/>
            </w:pPr>
            <w:r>
              <w:rPr>
                <w:rFonts w:ascii="Aptos" w:hAnsi="Aptos"/>
                <w:b w:val="0"/>
                <w:color w:val="66757C"/>
                <w:sz w:val="16"/>
              </w:rPr>
              <w:t>Unterschrift bevollmächtigte Person / Großelternteil</w:t>
            </w:r>
          </w:p>
        </w:tc>
      </w:tr>
    </w:tbl>
    <w:tbl>
      <w:tblPr>
        <w:tblW w:type="auto" w:w="0"/>
        <w:jc w:val="center"/>
        <w:tblLayout w:type="fixed"/>
        <w:tblLook w:firstColumn="1" w:firstRow="1" w:lastColumn="0" w:lastRow="0" w:noHBand="0" w:noVBand="1" w:val="04A0"/>
      </w:tblPr>
      <w:tblGrid>
        <w:gridCol w:w="9241"/>
      </w:tblGrid>
      <w:tr>
        <w:trPr>
          <w:cantSplit/>
        </w:trPr>
        <w:tc>
          <w:tcPr>
            <w:tcW w:type="dxa" w:w="10200"/>
            <w:shd w:fill="EAF3F3"/>
            <w:tcMar>
              <w:top w:w="120" w:type="dxa"/>
              <w:start w:w="180" w:type="dxa"/>
              <w:bottom w:w="120" w:type="dxa"/>
              <w:end w:w="180" w:type="dxa"/>
            </w:tcMar>
            <w:tcBorders>
              <w:top w:val="single" w:sz="8" w:color="2F6F73"/>
              <w:left w:val="single" w:sz="8" w:color="2F6F73"/>
              <w:bottom w:val="single" w:sz="4" w:color="CAD5D8"/>
              <w:right w:val="single" w:sz="4" w:color="CAD5D8"/>
            </w:tcBorders>
          </w:tcPr>
          <w:p>
            <w:pPr>
              <w:spacing w:after="40"/>
            </w:pPr>
            <w:r>
              <w:rPr>
                <w:rFonts w:ascii="Aptos" w:hAnsi="Aptos"/>
                <w:b/>
                <w:color w:val="2F6F73"/>
                <w:sz w:val="18"/>
              </w:rPr>
              <w:t>Hinweis zur Verwendung</w:t>
            </w:r>
          </w:p>
          <w:p>
            <w:pPr>
              <w:spacing w:after="0"/>
            </w:pPr>
            <w:r>
              <w:rPr>
                <w:rFonts w:ascii="Aptos" w:hAnsi="Aptos"/>
                <w:b w:val="0"/>
                <w:color w:val="243238"/>
                <w:sz w:val="17"/>
              </w:rPr>
              <w:t>Die Vorlage ist eine allgemeine Betreuungsvollmacht und kann an die konkrete Familiensituation angepasst werden. Für Auslandsreisen, längerfristige Sorgerechtsregelungen oder außergewöhnliche medizinische Entscheidungen sind gesonderte bzw. weitergehende Dokumente sinnvoll.</w:t>
            </w:r>
          </w:p>
        </w:tc>
      </w:tr>
    </w:tbl>
    <w:p>
      <w:pPr>
        <w:spacing w:before="160"/>
        <w:jc w:val="center"/>
      </w:pPr>
      <w:r>
        <w:rPr>
          <w:rFonts w:ascii="Aptos" w:hAnsi="Aptos"/>
          <w:b w:val="0"/>
          <w:color w:val="66757C"/>
          <w:sz w:val="15"/>
        </w:rPr>
        <w:t>— Ende der Vorlage —</w:t>
      </w:r>
    </w:p>
    <w:sectPr w:rsidR="00FC693F" w:rsidRPr="0006063C" w:rsidSect="00034616">
      <w:headerReference w:type="default" r:id="rId9"/>
      <w:footerReference w:type="default" r:id="rId10"/>
      <w:pgSz w:w="12240" w:h="15840"/>
      <w:pgMar w:top="765" w:right="1020" w:bottom="765" w:left="1020"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57C"/>
        <w:sz w:val="17"/>
      </w:rPr>
      <w:t xml:space="preserve">Seite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757C"/>
        <w:sz w:val="15"/>
      </w:rPr>
      <w:t>FAMILIE · BETREUUNG · VOLLMACHT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2" w:lineRule="auto"/>
    </w:pPr>
    <w:rPr>
      <w:rFonts w:ascii="Aptos" w:hAnsi="Aptos"/>
      <w:color w:val="24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Großeltern – Betreuung eines Kindes</dc:title>
  <dc:subject>Allgemeine Vollmacht für die vorübergehende Betreuung eines Kindes durch Großeltern</dc:subject>
  <dc:creator/>
  <cp:keywords>Vollmacht, Großeltern, Kind, Betreuung</cp:keywords>
  <dc:description>generated by python-docx</dc:description>
  <cp:lastModifiedBy/>
  <cp:revision>1</cp:revision>
  <dcterms:created xsi:type="dcterms:W3CDTF">2013-12-23T23:15:00Z</dcterms:created>
  <dcterms:modified xsi:type="dcterms:W3CDTF">2013-12-23T23:15:00Z</dcterms:modified>
  <cp:category/>
</cp:coreProperties>
</file>