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X"/>
        <w:spacing w:after="40"/>
      </w:pPr>
      <w:r>
        <w:rPr>
          <w:rFonts w:ascii="Arial" w:hAnsi="Arial"/>
          <w:b/>
          <w:i w:val="0"/>
          <w:color w:val="173A5E"/>
          <w:sz w:val="46"/>
        </w:rPr>
        <w:t>Vollmacht für die Krankenkasse</w:t>
      </w:r>
    </w:p>
    <w:p>
      <w:pPr>
        <w:pStyle w:val="SubtitleX"/>
        <w:spacing w:after="160"/>
      </w:pPr>
      <w:r>
        <w:rPr>
          <w:rFonts w:ascii="Arial" w:hAnsi="Arial"/>
          <w:b w:val="0"/>
          <w:i w:val="0"/>
          <w:color w:val="60717D"/>
          <w:sz w:val="21"/>
        </w:rPr>
        <w:t>Vorlage für Kranken- und Pflegeversicherungsangelegenheiten</w:t>
      </w:r>
    </w:p>
    <w:tbl>
      <w:tblPr>
        <w:tblW w:type="auto" w:w="0"/>
        <w:jc w:val="center"/>
        <w:tblLook w:firstColumn="1" w:firstRow="1" w:lastColumn="0" w:lastRow="0" w:noHBand="0" w:noVBand="1" w:val="04A0"/>
      </w:tblPr>
      <w:tblGrid>
        <w:gridCol w:w="10482"/>
      </w:tblGrid>
      <w:tr>
        <w:trPr>
          <w:cantSplit/>
        </w:trPr>
        <w:tc>
          <w:tcPr>
            <w:tcW w:type="dxa" w:w="10482"/>
            <w:shd w:fill="F7F9FA"/>
            <w:tcMar>
              <w:top w:w="95" w:type="dxa"/>
              <w:start w:w="130" w:type="dxa"/>
              <w:bottom w:w="95" w:type="dxa"/>
              <w:end w:w="130" w:type="dxa"/>
            </w:tcMar>
            <w:tcBorders>
              <w:top w:val="single" w:sz="8" w:color="D8E4E8"/>
              <w:left w:val="single" w:sz="8" w:color="D8E4E8"/>
              <w:bottom w:val="single" w:sz="8" w:color="D8E4E8"/>
              <w:right w:val="single" w:sz="8" w:color="D8E4E8"/>
            </w:tcBorders>
            <w:vAlign w:val="center"/>
          </w:tcPr>
          <w:p>
            <w:pPr>
              <w:keepLines/>
            </w:pPr>
            <w:r>
              <w:rPr>
                <w:rFonts w:ascii="Arial" w:hAnsi="Arial"/>
                <w:b/>
                <w:i w:val="0"/>
                <w:color w:val="173A5E"/>
                <w:sz w:val="17"/>
              </w:rPr>
              <w:t xml:space="preserve">Wofür diese Vorlage gedacht ist:  </w:t>
            </w:r>
            <w:r>
              <w:rPr>
                <w:rFonts w:ascii="Arial" w:hAnsi="Arial"/>
                <w:b w:val="0"/>
                <w:i w:val="0"/>
                <w:color w:val="1D2A33"/>
                <w:sz w:val="16"/>
              </w:rPr>
              <w:t>Mit dieser Vollmacht können Sie eine Vertrauensperson gezielt für Auskünfte, Anträge, Erklärungen, Akteneinsicht, Rechtsbehelfe und – falls gewünscht – den Schriftverkehr mit Ihrer Kranken- oder Pflegekasse bevollmächtigen. Kreuzen Sie nur die Befugnisse an, die Sie tatsächlich übertragen möchten.</w:t>
            </w:r>
          </w:p>
        </w:tc>
      </w:tr>
    </w:tbl>
    <w:p>
      <w:pPr>
        <w:spacing w:after="20"/>
      </w:pPr>
    </w:p>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1</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1. Angaben zur vollmachtgebenden Person</w:t>
            </w:r>
          </w:p>
        </w:tc>
      </w:tr>
    </w:tbl>
    <w:p>
      <w:pPr>
        <w:spacing w:after="0"/>
      </w:pPr>
    </w:p>
    <w:tbl>
      <w:tblPr>
        <w:tblW w:type="auto" w:w="0"/>
        <w:jc w:val="center"/>
        <w:tblLayout w:type="fixed"/>
        <w:tblLook w:firstColumn="1" w:firstRow="1" w:lastColumn="0" w:lastRow="0" w:noHBand="0" w:noVBand="1" w:val="04A0"/>
      </w:tblPr>
      <w:tblGrid>
        <w:gridCol w:w="4876"/>
        <w:gridCol w:w="4876"/>
      </w:tblGrid>
      <w:tr>
        <w:trPr>
          <w:cantSplit/>
          <w:cantSplit/>
        </w:trPr>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Vor- und Nachname</w:t>
            </w:r>
          </w:p>
          <w:p>
            <w:pPr>
              <w:keepLines/>
              <w:spacing w:before="0" w:after="40"/>
              <w:pBdr>
                <w:bottom w:val="single" w:sz="6" w:space="1" w:color="D8E4E8"/>
              </w:pBdr>
            </w:pPr>
            <w:r>
              <w:rPr>
                <w:rFonts w:ascii="Arial" w:hAnsi="Arial"/>
                <w:color w:val="9AA7AE"/>
                <w:sz w:val="17"/>
              </w:rPr>
              <w:t>Hier eintragen</w:t>
            </w:r>
          </w:p>
        </w:tc>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Geburtsdatum</w:t>
            </w:r>
          </w:p>
          <w:p>
            <w:pPr>
              <w:keepLines/>
              <w:spacing w:before="0" w:after="40"/>
              <w:pBdr>
                <w:bottom w:val="single" w:sz="6" w:space="1" w:color="D8E4E8"/>
              </w:pBdr>
            </w:pPr>
            <w:r>
              <w:rPr>
                <w:rFonts w:ascii="Arial" w:hAnsi="Arial"/>
                <w:color w:val="9AA7AE"/>
                <w:sz w:val="17"/>
              </w:rPr>
              <w:t>Hier eintragen</w:t>
            </w:r>
          </w:p>
        </w:tc>
      </w:tr>
      <w:tr>
        <w:trPr>
          <w:cantSplit/>
          <w:cantSplit/>
        </w:trPr>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Anschrift (Straße, Hausnummer, PLZ, Ort)</w:t>
            </w:r>
          </w:p>
          <w:p>
            <w:pPr>
              <w:keepLines/>
              <w:spacing w:before="0" w:after="40"/>
              <w:pBdr>
                <w:bottom w:val="single" w:sz="6" w:space="1" w:color="D8E4E8"/>
              </w:pBdr>
            </w:pPr>
            <w:r>
              <w:rPr>
                <w:rFonts w:ascii="Arial" w:hAnsi="Arial"/>
                <w:color w:val="9AA7AE"/>
                <w:sz w:val="17"/>
              </w:rPr>
              <w:t>Hier eintragen</w:t>
            </w:r>
          </w:p>
        </w:tc>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Versichertennummer</w:t>
            </w:r>
          </w:p>
          <w:p>
            <w:pPr>
              <w:keepLines/>
              <w:spacing w:before="0" w:after="40"/>
              <w:pBdr>
                <w:bottom w:val="single" w:sz="6" w:space="1" w:color="D8E4E8"/>
              </w:pBdr>
            </w:pPr>
            <w:r>
              <w:rPr>
                <w:rFonts w:ascii="Arial" w:hAnsi="Arial"/>
                <w:color w:val="9AA7AE"/>
                <w:sz w:val="17"/>
              </w:rPr>
              <w:t>Hier eintragen</w:t>
            </w:r>
          </w:p>
        </w:tc>
      </w:tr>
      <w:tr>
        <w:trPr>
          <w:cantSplit/>
          <w:cantSplit/>
        </w:trPr>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Telefon (freiwillig)</w:t>
            </w:r>
          </w:p>
          <w:p>
            <w:pPr>
              <w:keepLines/>
              <w:spacing w:before="0" w:after="40"/>
              <w:pBdr>
                <w:bottom w:val="single" w:sz="6" w:space="1" w:color="D8E4E8"/>
              </w:pBdr>
            </w:pPr>
            <w:r>
              <w:rPr>
                <w:rFonts w:ascii="Arial" w:hAnsi="Arial"/>
                <w:color w:val="9AA7AE"/>
                <w:sz w:val="17"/>
              </w:rPr>
              <w:t>Hier eintragen</w:t>
            </w:r>
          </w:p>
        </w:tc>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E-Mail (freiwillig)</w:t>
            </w:r>
          </w:p>
          <w:p>
            <w:pPr>
              <w:keepLines/>
              <w:spacing w:before="0" w:after="40"/>
              <w:pBdr>
                <w:bottom w:val="single" w:sz="6" w:space="1" w:color="D8E4E8"/>
              </w:pBdr>
            </w:pPr>
            <w:r>
              <w:rPr>
                <w:rFonts w:ascii="Arial" w:hAnsi="Arial"/>
                <w:color w:val="9AA7AE"/>
                <w:sz w:val="17"/>
              </w:rPr>
              <w:t>Hier eintragen</w:t>
            </w:r>
          </w:p>
        </w:tc>
      </w:tr>
    </w:tbl>
    <w:p>
      <w:pPr>
        <w:spacing w:before="60" w:after="20"/>
      </w:pPr>
      <w:r>
        <w:rPr>
          <w:rFonts w:ascii="Arial" w:hAnsi="Arial"/>
          <w:b/>
          <w:i w:val="0"/>
          <w:color w:val="60717D"/>
          <w:sz w:val="16"/>
        </w:rPr>
        <w:t>Krankenkasse / Pflegekasse</w:t>
      </w:r>
    </w:p>
    <w:p>
      <w:pPr>
        <w:spacing w:after="120"/>
        <w:pBdr>
          <w:bottom w:val="single" w:sz="6" w:color="D8E4E8"/>
        </w:pBdr>
      </w:pPr>
      <w:r>
        <w:rPr>
          <w:rFonts w:ascii="Arial" w:hAnsi="Arial"/>
          <w:color w:val="9AA7AE"/>
          <w:sz w:val="17"/>
        </w:rPr>
        <w:t>Name der Krankenkasse bzw. Pflegekasse</w:t>
      </w:r>
    </w:p>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2</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2. Bevollmächtigte Person</w:t>
            </w:r>
          </w:p>
        </w:tc>
      </w:tr>
    </w:tbl>
    <w:p>
      <w:pPr>
        <w:spacing w:after="0"/>
      </w:pPr>
    </w:p>
    <w:tbl>
      <w:tblPr>
        <w:tblW w:type="auto" w:w="0"/>
        <w:jc w:val="center"/>
        <w:tblLayout w:type="fixed"/>
        <w:tblLook w:firstColumn="1" w:firstRow="1" w:lastColumn="0" w:lastRow="0" w:noHBand="0" w:noVBand="1" w:val="04A0"/>
      </w:tblPr>
      <w:tblGrid>
        <w:gridCol w:w="5241"/>
        <w:gridCol w:w="5241"/>
      </w:tblGrid>
      <w:tr>
        <w:trPr>
          <w:cantSplit/>
        </w:trPr>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Vor- und Nachname</w:t>
            </w:r>
          </w:p>
          <w:p>
            <w:pPr>
              <w:keepLines/>
              <w:spacing w:before="0" w:after="40"/>
              <w:pBdr>
                <w:bottom w:val="single" w:sz="6" w:space="1" w:color="D8E4E8"/>
              </w:pBdr>
            </w:pPr>
            <w:r>
              <w:rPr>
                <w:rFonts w:ascii="Arial" w:hAnsi="Arial"/>
                <w:color w:val="9AA7AE"/>
                <w:sz w:val="17"/>
              </w:rPr>
              <w:t>Hier eintragen</w:t>
            </w:r>
          </w:p>
        </w:tc>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Geburtsdatum</w:t>
            </w:r>
          </w:p>
          <w:p>
            <w:pPr>
              <w:keepLines/>
              <w:spacing w:before="0" w:after="40"/>
              <w:pBdr>
                <w:bottom w:val="single" w:sz="6" w:space="1" w:color="D8E4E8"/>
              </w:pBdr>
            </w:pPr>
            <w:r>
              <w:rPr>
                <w:rFonts w:ascii="Arial" w:hAnsi="Arial"/>
                <w:color w:val="9AA7AE"/>
                <w:sz w:val="17"/>
              </w:rPr>
              <w:t>Hier eintragen</w:t>
            </w:r>
          </w:p>
        </w:tc>
      </w:tr>
      <w:tr>
        <w:trPr>
          <w:cantSplit/>
        </w:trPr>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Anschrift (Straße, Hausnummer, PLZ, Ort)</w:t>
            </w:r>
          </w:p>
          <w:p>
            <w:pPr>
              <w:keepLines/>
              <w:spacing w:before="0" w:after="40"/>
              <w:pBdr>
                <w:bottom w:val="single" w:sz="6" w:space="1" w:color="D8E4E8"/>
              </w:pBdr>
            </w:pPr>
            <w:r>
              <w:rPr>
                <w:rFonts w:ascii="Arial" w:hAnsi="Arial"/>
                <w:color w:val="9AA7AE"/>
                <w:sz w:val="17"/>
              </w:rPr>
              <w:t>Hier eintragen</w:t>
            </w:r>
          </w:p>
        </w:tc>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Verhältnis zur vollmachtgebenden Person (optional)</w:t>
            </w:r>
          </w:p>
          <w:p>
            <w:pPr>
              <w:keepLines/>
              <w:spacing w:before="0" w:after="40"/>
              <w:pBdr>
                <w:bottom w:val="single" w:sz="6" w:space="1" w:color="D8E4E8"/>
              </w:pBdr>
            </w:pPr>
            <w:r>
              <w:rPr>
                <w:rFonts w:ascii="Arial" w:hAnsi="Arial"/>
                <w:color w:val="9AA7AE"/>
                <w:sz w:val="17"/>
              </w:rPr>
              <w:t>Hier eintragen</w:t>
            </w:r>
          </w:p>
        </w:tc>
      </w:tr>
      <w:tr>
        <w:trPr>
          <w:cantSplit/>
        </w:trPr>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Telefon (freiwillig)</w:t>
            </w:r>
          </w:p>
          <w:p>
            <w:pPr>
              <w:keepLines/>
              <w:spacing w:before="0" w:after="40"/>
              <w:pBdr>
                <w:bottom w:val="single" w:sz="6" w:space="1" w:color="D8E4E8"/>
              </w:pBdr>
            </w:pPr>
            <w:r>
              <w:rPr>
                <w:rFonts w:ascii="Arial" w:hAnsi="Arial"/>
                <w:color w:val="9AA7AE"/>
                <w:sz w:val="17"/>
              </w:rPr>
              <w:t>Hier eintragen</w:t>
            </w:r>
          </w:p>
        </w:tc>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p>
          <w:p>
            <w:pPr>
              <w:pStyle w:val="FieldLabelX"/>
              <w:keepLines/>
              <w:spacing w:after="0"/>
            </w:pPr>
            <w:r>
              <w:t>E-Mail (freiwillig)</w:t>
            </w:r>
          </w:p>
          <w:p>
            <w:pPr>
              <w:keepLines/>
              <w:spacing w:before="0" w:after="40"/>
              <w:pBdr>
                <w:bottom w:val="single" w:sz="6" w:space="1" w:color="D8E4E8"/>
              </w:pBdr>
            </w:pPr>
            <w:r>
              <w:rPr>
                <w:rFonts w:ascii="Arial" w:hAnsi="Arial"/>
                <w:color w:val="9AA7AE"/>
                <w:sz w:val="17"/>
              </w:rPr>
              <w:t>Hier eintragen</w:t>
            </w:r>
          </w:p>
        </w:tc>
      </w:tr>
    </w:tbl>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3</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3. Geltungsbereich der Vollmacht</w:t>
            </w:r>
          </w:p>
        </w:tc>
      </w:tr>
    </w:tbl>
    <w:p>
      <w:pPr>
        <w:spacing w:after="0"/>
      </w:pPr>
    </w:p>
    <w:tbl>
      <w:tblPr>
        <w:tblW w:type="auto" w:w="0"/>
        <w:jc w:val="center"/>
        <w:tblLayout w:type="fixed"/>
        <w:tblLook w:firstColumn="1" w:firstRow="1" w:lastColumn="0" w:lastRow="0" w:noHBand="0" w:noVBand="1" w:val="04A0"/>
      </w:tblPr>
      <w:tblGrid>
        <w:gridCol w:w="5241"/>
        <w:gridCol w:w="5241"/>
      </w:tblGrid>
      <w:tr>
        <w:trPr>
          <w:cantSplit/>
        </w:trPr>
        <w:tc>
          <w:tcPr>
            <w:tcW w:type="dxa" w:w="5241"/>
            <w:shd w:fill="F7F9FA"/>
            <w:tcMar>
              <w:top w:w="80" w:type="dxa"/>
              <w:start w:w="110" w:type="dxa"/>
              <w:bottom w:w="80"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Versicherungsbereich</w:t>
            </w:r>
          </w:p>
          <w:p>
            <w:pPr>
              <w:keepLines/>
              <w:spacing w:after="28"/>
              <w:ind w:left="0"/>
            </w:pPr>
            <w:r>
              <w:rPr>
                <w:rFonts w:ascii="Arial" w:hAnsi="Arial"/>
                <w:b w:val="0"/>
                <w:i w:val="0"/>
                <w:color w:val="1F7A7A"/>
                <w:sz w:val="19"/>
              </w:rPr>
              <w:t xml:space="preserve">☐  </w:t>
            </w:r>
            <w:r>
              <w:rPr>
                <w:rFonts w:ascii="Arial" w:hAnsi="Arial"/>
                <w:b w:val="0"/>
                <w:i w:val="0"/>
                <w:sz w:val="18"/>
              </w:rPr>
              <w:t>Krankenversicherung</w:t>
            </w:r>
          </w:p>
          <w:p>
            <w:pPr>
              <w:keepLines/>
              <w:spacing w:after="28"/>
              <w:ind w:left="0"/>
            </w:pPr>
            <w:r>
              <w:rPr>
                <w:rFonts w:ascii="Arial" w:hAnsi="Arial"/>
                <w:b w:val="0"/>
                <w:i w:val="0"/>
                <w:color w:val="1F7A7A"/>
                <w:sz w:val="19"/>
              </w:rPr>
              <w:t xml:space="preserve">☐  </w:t>
            </w:r>
            <w:r>
              <w:rPr>
                <w:rFonts w:ascii="Arial" w:hAnsi="Arial"/>
                <w:b w:val="0"/>
                <w:i w:val="0"/>
                <w:sz w:val="18"/>
              </w:rPr>
              <w:t>Pflegeversicherung</w:t>
            </w:r>
          </w:p>
          <w:p>
            <w:pPr>
              <w:keepLines/>
              <w:spacing w:after="28"/>
              <w:ind w:left="0"/>
            </w:pPr>
            <w:r>
              <w:rPr>
                <w:rFonts w:ascii="Arial" w:hAnsi="Arial"/>
                <w:b w:val="0"/>
                <w:i w:val="0"/>
                <w:color w:val="1F7A7A"/>
                <w:sz w:val="19"/>
              </w:rPr>
              <w:t xml:space="preserve">☐  </w:t>
            </w:r>
            <w:r>
              <w:rPr>
                <w:rFonts w:ascii="Arial" w:hAnsi="Arial"/>
                <w:b w:val="0"/>
                <w:i w:val="0"/>
                <w:sz w:val="18"/>
              </w:rPr>
              <w:t>Kranken- und Pflegeversicherung</w:t>
            </w:r>
          </w:p>
        </w:tc>
        <w:tc>
          <w:tcPr>
            <w:tcW w:type="dxa" w:w="5241"/>
            <w:shd w:fill="F7F9FA"/>
            <w:tcMar>
              <w:top w:w="80" w:type="dxa"/>
              <w:start w:w="110" w:type="dxa"/>
              <w:bottom w:w="80"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Umfang</w:t>
            </w:r>
          </w:p>
          <w:p>
            <w:pPr>
              <w:keepLines/>
              <w:spacing w:after="28"/>
              <w:ind w:left="0"/>
            </w:pPr>
            <w:r>
              <w:rPr>
                <w:rFonts w:ascii="Arial" w:hAnsi="Arial"/>
                <w:b w:val="0"/>
                <w:i w:val="0"/>
                <w:color w:val="1F7A7A"/>
                <w:sz w:val="19"/>
              </w:rPr>
              <w:t xml:space="preserve">☐  </w:t>
            </w:r>
            <w:r>
              <w:rPr>
                <w:rFonts w:ascii="Arial" w:hAnsi="Arial"/>
                <w:b w:val="0"/>
                <w:i w:val="0"/>
                <w:sz w:val="18"/>
              </w:rPr>
              <w:t>für alle Angelegenheiten im gewählten Bereich</w:t>
            </w:r>
          </w:p>
          <w:p>
            <w:pPr>
              <w:keepLines/>
              <w:spacing w:after="28"/>
              <w:ind w:left="0"/>
            </w:pPr>
            <w:r>
              <w:rPr>
                <w:rFonts w:ascii="Arial" w:hAnsi="Arial"/>
                <w:b w:val="0"/>
                <w:i w:val="0"/>
                <w:color w:val="1F7A7A"/>
                <w:sz w:val="19"/>
              </w:rPr>
              <w:t xml:space="preserve">☐  </w:t>
            </w:r>
            <w:r>
              <w:rPr>
                <w:rFonts w:ascii="Arial" w:hAnsi="Arial"/>
                <w:b w:val="0"/>
                <w:i w:val="0"/>
                <w:sz w:val="18"/>
              </w:rPr>
              <w:t>nur für folgende Angelegenheit / folgendes Verfahren:</w:t>
            </w:r>
          </w:p>
          <w:p>
            <w:pPr>
              <w:pStyle w:val="FieldLabelX"/>
              <w:keepLines/>
              <w:spacing w:after="0"/>
            </w:pPr>
            <w:r>
              <w:t>Thema, Antrag, Aktenzeichen oder Zeitraum</w:t>
            </w:r>
          </w:p>
          <w:p>
            <w:pPr>
              <w:keepLines/>
              <w:spacing w:before="0" w:after="40"/>
              <w:pBdr>
                <w:bottom w:val="single" w:sz="6" w:space="1" w:color="D8E4E8"/>
              </w:pBdr>
            </w:pPr>
            <w:r>
              <w:rPr>
                <w:rFonts w:ascii="Arial" w:hAnsi="Arial"/>
                <w:color w:val="9AA7AE"/>
                <w:sz w:val="17"/>
              </w:rPr>
              <w:t>Hier konkretisieren</w:t>
            </w:r>
          </w:p>
        </w:tc>
      </w:tr>
    </w:tbl>
    <w:p>
      <w:r>
        <w:br w:type="page"/>
      </w:r>
    </w:p>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4</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4. Art und Tiefe der Bevollmächtigung</w:t>
            </w:r>
          </w:p>
        </w:tc>
      </w:tr>
    </w:tbl>
    <w:p>
      <w:pPr>
        <w:spacing w:after="0"/>
      </w:pPr>
    </w:p>
    <w:tbl>
      <w:tblPr>
        <w:tblW w:type="auto" w:w="0"/>
        <w:jc w:val="center"/>
        <w:tblLook w:firstColumn="1" w:firstRow="1" w:lastColumn="0" w:lastRow="0" w:noHBand="0" w:noVBand="1" w:val="04A0"/>
      </w:tblPr>
      <w:tblGrid>
        <w:gridCol w:w="10482"/>
      </w:tblGrid>
      <w:tr>
        <w:trPr>
          <w:cantSplit/>
        </w:trPr>
        <w:tc>
          <w:tcPr>
            <w:tcW w:type="dxa" w:w="10482"/>
            <w:shd w:fill="F7F9FA"/>
            <w:tcMar>
              <w:top w:w="95" w:type="dxa"/>
              <w:start w:w="130" w:type="dxa"/>
              <w:bottom w:w="95" w:type="dxa"/>
              <w:end w:w="130" w:type="dxa"/>
            </w:tcMar>
            <w:tcBorders>
              <w:top w:val="single" w:sz="8" w:color="D8E4E8"/>
              <w:left w:val="single" w:sz="8" w:color="D8E4E8"/>
              <w:bottom w:val="single" w:sz="8" w:color="D8E4E8"/>
              <w:right w:val="single" w:sz="8" w:color="D8E4E8"/>
            </w:tcBorders>
            <w:vAlign w:val="center"/>
          </w:tcPr>
          <w:p>
            <w:pPr>
              <w:keepLines/>
            </w:pPr>
            <w:r>
              <w:rPr>
                <w:rFonts w:ascii="Arial" w:hAnsi="Arial"/>
                <w:b/>
                <w:i w:val="0"/>
                <w:color w:val="173A5E"/>
                <w:sz w:val="17"/>
              </w:rPr>
              <w:t xml:space="preserve">Auswahlhilfe:  </w:t>
            </w:r>
            <w:r>
              <w:rPr>
                <w:rFonts w:ascii="Arial" w:hAnsi="Arial"/>
                <w:b w:val="0"/>
                <w:i w:val="0"/>
                <w:color w:val="1D2A33"/>
                <w:sz w:val="16"/>
              </w:rPr>
              <w:t>Wählen Sie die Stufe, die Ihrem Bedarf am besten entspricht. Einzelne Befugnisse können Sie im nächsten Abschnitt zusätzlich ein- oder ausschließen.</w:t>
            </w:r>
          </w:p>
        </w:tc>
      </w:tr>
    </w:tbl>
    <w:tbl>
      <w:tblPr>
        <w:tblW w:type="auto" w:w="0"/>
        <w:jc w:val="center"/>
        <w:tblLayout w:type="fixed"/>
        <w:tblLook w:firstColumn="1" w:firstRow="1" w:lastColumn="0" w:lastRow="0" w:noHBand="0" w:noVBand="1" w:val="04A0"/>
      </w:tblPr>
      <w:tblGrid>
        <w:gridCol w:w="5241"/>
        <w:gridCol w:w="5241"/>
      </w:tblGrid>
      <w:tr>
        <w:trPr>
          <w:cantSplit/>
        </w:trPr>
        <w:tc>
          <w:tcPr>
            <w:tcW w:type="dxa" w:w="5241"/>
            <w:shd w:fill="FFFFFF"/>
            <w:tcMar>
              <w:top w:w="85" w:type="dxa"/>
              <w:start w:w="110" w:type="dxa"/>
              <w:bottom w:w="85"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  Auskunftsvollmacht</w:t>
            </w:r>
          </w:p>
        </w:tc>
        <w:tc>
          <w:tcPr>
            <w:tcW w:type="dxa" w:w="5241"/>
            <w:shd w:fill="FFFFFF"/>
            <w:tcMar>
              <w:top w:w="85" w:type="dxa"/>
              <w:start w:w="110" w:type="dxa"/>
              <w:bottom w:w="85"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val="0"/>
                <w:i w:val="0"/>
                <w:sz w:val="16"/>
              </w:rPr>
              <w:t>Die bevollmächtigte Person darf Auskünfte erhalten und Unterlagen einsehen, aber nicht eigenständig Anträge oder rechtsverbindliche Erklärungen in Ihrem Namen abgeben.</w:t>
            </w:r>
          </w:p>
        </w:tc>
      </w:tr>
      <w:tr>
        <w:trPr>
          <w:cantSplit/>
        </w:trPr>
        <w:tc>
          <w:tcPr>
            <w:tcW w:type="dxa" w:w="5241"/>
            <w:shd w:fill="F7F9FA"/>
            <w:tcMar>
              <w:top w:w="85" w:type="dxa"/>
              <w:start w:w="110" w:type="dxa"/>
              <w:bottom w:w="85"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  Vertretungsvollmacht</w:t>
            </w:r>
          </w:p>
        </w:tc>
        <w:tc>
          <w:tcPr>
            <w:tcW w:type="dxa" w:w="5241"/>
            <w:shd w:fill="F7F9FA"/>
            <w:tcMar>
              <w:top w:w="85" w:type="dxa"/>
              <w:start w:w="110" w:type="dxa"/>
              <w:bottom w:w="85"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val="0"/>
                <w:i w:val="0"/>
                <w:sz w:val="16"/>
              </w:rPr>
              <w:t>Zusätzlich darf die bevollmächtigte Person im gewählten Umfang handeln, insbesondere Anträge stellen und Erklärungen abgeben oder entgegennehmen.</w:t>
            </w:r>
          </w:p>
        </w:tc>
      </w:tr>
      <w:tr>
        <w:trPr>
          <w:cantSplit/>
        </w:trPr>
        <w:tc>
          <w:tcPr>
            <w:tcW w:type="dxa" w:w="5241"/>
            <w:shd w:fill="FFFFFF"/>
            <w:tcMar>
              <w:top w:w="85" w:type="dxa"/>
              <w:start w:w="110" w:type="dxa"/>
              <w:bottom w:w="85"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  Vertretung einschließlich Schriftverkehr</w:t>
            </w:r>
          </w:p>
        </w:tc>
        <w:tc>
          <w:tcPr>
            <w:tcW w:type="dxa" w:w="5241"/>
            <w:shd w:fill="FFFFFF"/>
            <w:tcMar>
              <w:top w:w="85" w:type="dxa"/>
              <w:start w:w="110" w:type="dxa"/>
              <w:bottom w:w="85"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val="0"/>
                <w:i w:val="0"/>
                <w:sz w:val="16"/>
              </w:rPr>
              <w:t>Wie vorstehend; zusätzlich soll der laufende Schriftverkehr im ausgewählten Umfang an die bevollmächtigte Person gerichtet werden.</w:t>
            </w:r>
          </w:p>
        </w:tc>
      </w:tr>
    </w:tbl>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5</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5. Konkrete Befugnisse</w:t>
            </w:r>
          </w:p>
        </w:tc>
      </w:tr>
    </w:tbl>
    <w:p>
      <w:pPr>
        <w:spacing w:after="0"/>
      </w:pPr>
    </w:p>
    <w:tbl>
      <w:tblPr>
        <w:tblW w:type="auto" w:w="0"/>
        <w:jc w:val="center"/>
        <w:tblLayout w:type="fixed"/>
        <w:tblLook w:firstColumn="1" w:firstRow="1" w:lastColumn="0" w:lastRow="0" w:noHBand="0" w:noVBand="1" w:val="04A0"/>
      </w:tblPr>
      <w:tblGrid>
        <w:gridCol w:w="5241"/>
        <w:gridCol w:w="5241"/>
      </w:tblGrid>
      <w:tr>
        <w:trPr>
          <w:cantSplit/>
        </w:trPr>
        <w:tc>
          <w:tcPr>
            <w:tcW w:type="dxa" w:w="5241"/>
            <w:shd w:fill="FFFFFF"/>
            <w:tcMar>
              <w:top w:w="70" w:type="dxa"/>
              <w:start w:w="95" w:type="dxa"/>
              <w:bottom w:w="70" w:type="dxa"/>
              <w:end w:w="95"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F7A7A"/>
                <w:sz w:val="17"/>
              </w:rPr>
              <w:t>Auskünfte &amp; Unterlagen</w:t>
            </w:r>
          </w:p>
          <w:p>
            <w:pPr>
              <w:keepLines/>
              <w:spacing w:after="28"/>
              <w:ind w:left="0"/>
            </w:pPr>
            <w:r>
              <w:rPr>
                <w:rFonts w:ascii="Arial" w:hAnsi="Arial"/>
                <w:b w:val="0"/>
                <w:i w:val="0"/>
                <w:color w:val="1F7A7A"/>
                <w:sz w:val="19"/>
              </w:rPr>
              <w:t xml:space="preserve">☐  </w:t>
            </w:r>
            <w:r>
              <w:rPr>
                <w:rFonts w:ascii="Arial" w:hAnsi="Arial"/>
                <w:b w:val="0"/>
                <w:i w:val="0"/>
                <w:sz w:val="18"/>
              </w:rPr>
              <w:t>mündliche und schriftliche Auskünfte erhalten</w:t>
            </w:r>
          </w:p>
          <w:p>
            <w:pPr>
              <w:keepLines/>
              <w:spacing w:after="28"/>
              <w:ind w:left="0"/>
            </w:pPr>
            <w:r>
              <w:rPr>
                <w:rFonts w:ascii="Arial" w:hAnsi="Arial"/>
                <w:b w:val="0"/>
                <w:i w:val="0"/>
                <w:color w:val="1F7A7A"/>
                <w:sz w:val="19"/>
              </w:rPr>
              <w:t xml:space="preserve">☐  </w:t>
            </w:r>
            <w:r>
              <w:rPr>
                <w:rFonts w:ascii="Arial" w:hAnsi="Arial"/>
                <w:b w:val="0"/>
                <w:i w:val="0"/>
                <w:sz w:val="18"/>
              </w:rPr>
              <w:t>Sozialdaten und – soweit erforderlich – Gesundheitsdaten einsehen</w:t>
            </w:r>
          </w:p>
          <w:p>
            <w:pPr>
              <w:keepLines/>
              <w:spacing w:after="28"/>
              <w:ind w:left="0"/>
            </w:pPr>
            <w:r>
              <w:rPr>
                <w:rFonts w:ascii="Arial" w:hAnsi="Arial"/>
                <w:b w:val="0"/>
                <w:i w:val="0"/>
                <w:color w:val="1F7A7A"/>
                <w:sz w:val="19"/>
              </w:rPr>
              <w:t xml:space="preserve">☐  </w:t>
            </w:r>
            <w:r>
              <w:rPr>
                <w:rFonts w:ascii="Arial" w:hAnsi="Arial"/>
                <w:b w:val="0"/>
                <w:i w:val="0"/>
                <w:sz w:val="18"/>
              </w:rPr>
              <w:t>Akteneinsicht nehmen und Kopien / Bescheinigungen anfordern</w:t>
            </w:r>
          </w:p>
          <w:p>
            <w:pPr>
              <w:keepLines/>
              <w:spacing w:after="28"/>
              <w:ind w:left="0"/>
            </w:pPr>
            <w:r>
              <w:rPr>
                <w:rFonts w:ascii="Arial" w:hAnsi="Arial"/>
                <w:b w:val="0"/>
                <w:i w:val="0"/>
                <w:color w:val="1F7A7A"/>
                <w:sz w:val="19"/>
              </w:rPr>
              <w:t xml:space="preserve">☐  </w:t>
            </w:r>
            <w:r>
              <w:rPr>
                <w:rFonts w:ascii="Arial" w:hAnsi="Arial"/>
                <w:b w:val="0"/>
                <w:i w:val="0"/>
                <w:sz w:val="18"/>
              </w:rPr>
              <w:t>Auskunft zum Bearbeitungsstand von Anträgen und Leistungen erhalten</w:t>
            </w:r>
          </w:p>
          <w:p>
            <w:pPr>
              <w:keepLines/>
            </w:pPr>
            <w:r>
              <w:rPr>
                <w:rFonts w:ascii="Arial" w:hAnsi="Arial"/>
                <w:b/>
                <w:i w:val="0"/>
                <w:color w:val="1F7A7A"/>
                <w:sz w:val="17"/>
              </w:rPr>
              <w:t>Anträge &amp; Erklärungen</w:t>
            </w:r>
          </w:p>
          <w:p>
            <w:pPr>
              <w:keepLines/>
              <w:spacing w:after="28"/>
              <w:ind w:left="0"/>
            </w:pPr>
            <w:r>
              <w:rPr>
                <w:rFonts w:ascii="Arial" w:hAnsi="Arial"/>
                <w:b w:val="0"/>
                <w:i w:val="0"/>
                <w:color w:val="1F7A7A"/>
                <w:sz w:val="19"/>
              </w:rPr>
              <w:t xml:space="preserve">☐  </w:t>
            </w:r>
            <w:r>
              <w:rPr>
                <w:rFonts w:ascii="Arial" w:hAnsi="Arial"/>
                <w:b w:val="0"/>
                <w:i w:val="0"/>
                <w:sz w:val="18"/>
              </w:rPr>
              <w:t>Anträge einreichen, ergänzen, ändern oder zurücknehmen</w:t>
            </w:r>
          </w:p>
          <w:p>
            <w:pPr>
              <w:keepLines/>
              <w:spacing w:after="28"/>
              <w:ind w:left="0"/>
            </w:pPr>
            <w:r>
              <w:rPr>
                <w:rFonts w:ascii="Arial" w:hAnsi="Arial"/>
                <w:b w:val="0"/>
                <w:i w:val="0"/>
                <w:color w:val="1F7A7A"/>
                <w:sz w:val="19"/>
              </w:rPr>
              <w:t xml:space="preserve">☐  </w:t>
            </w:r>
            <w:r>
              <w:rPr>
                <w:rFonts w:ascii="Arial" w:hAnsi="Arial"/>
                <w:b w:val="0"/>
                <w:i w:val="0"/>
                <w:sz w:val="18"/>
              </w:rPr>
              <w:t>Erklärungen abgeben und Mitteilungen entgegennehmen</w:t>
            </w:r>
          </w:p>
          <w:p>
            <w:pPr>
              <w:keepLines/>
              <w:spacing w:after="28"/>
              <w:ind w:left="0"/>
            </w:pPr>
            <w:r>
              <w:rPr>
                <w:rFonts w:ascii="Arial" w:hAnsi="Arial"/>
                <w:b w:val="0"/>
                <w:i w:val="0"/>
                <w:color w:val="1F7A7A"/>
                <w:sz w:val="19"/>
              </w:rPr>
              <w:t xml:space="preserve">☐  </w:t>
            </w:r>
            <w:r>
              <w:rPr>
                <w:rFonts w:ascii="Arial" w:hAnsi="Arial"/>
                <w:b w:val="0"/>
                <w:i w:val="0"/>
                <w:sz w:val="18"/>
              </w:rPr>
              <w:t>Nachweise und Unterlagen einreichen oder anfordern</w:t>
            </w:r>
          </w:p>
          <w:p>
            <w:pPr>
              <w:keepLines/>
              <w:spacing w:after="28"/>
              <w:ind w:left="0"/>
            </w:pPr>
            <w:r>
              <w:rPr>
                <w:rFonts w:ascii="Arial" w:hAnsi="Arial"/>
                <w:b w:val="0"/>
                <w:i w:val="0"/>
                <w:color w:val="1F7A7A"/>
                <w:sz w:val="19"/>
              </w:rPr>
              <w:t xml:space="preserve">☐  </w:t>
            </w:r>
            <w:r>
              <w:rPr>
                <w:rFonts w:ascii="Arial" w:hAnsi="Arial"/>
                <w:b w:val="0"/>
                <w:i w:val="0"/>
                <w:sz w:val="18"/>
              </w:rPr>
              <w:t>Bescheide und sonstige Schreiben entgegennehmen</w:t>
            </w:r>
          </w:p>
        </w:tc>
        <w:tc>
          <w:tcPr>
            <w:tcW w:type="dxa" w:w="5241"/>
            <w:shd w:fill="FFFFFF"/>
            <w:tcMar>
              <w:top w:w="70" w:type="dxa"/>
              <w:start w:w="95" w:type="dxa"/>
              <w:bottom w:w="70" w:type="dxa"/>
              <w:end w:w="95"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F7A7A"/>
                <w:sz w:val="17"/>
              </w:rPr>
              <w:t>Rechtsbehelfe &amp; Verfahren</w:t>
            </w:r>
          </w:p>
          <w:p>
            <w:pPr>
              <w:keepLines/>
              <w:spacing w:after="28"/>
              <w:ind w:left="0"/>
            </w:pPr>
            <w:r>
              <w:rPr>
                <w:rFonts w:ascii="Arial" w:hAnsi="Arial"/>
                <w:b w:val="0"/>
                <w:i w:val="0"/>
                <w:color w:val="1F7A7A"/>
                <w:sz w:val="19"/>
              </w:rPr>
              <w:t xml:space="preserve">☐  </w:t>
            </w:r>
            <w:r>
              <w:rPr>
                <w:rFonts w:ascii="Arial" w:hAnsi="Arial"/>
                <w:b w:val="0"/>
                <w:i w:val="0"/>
                <w:sz w:val="18"/>
              </w:rPr>
              <w:t>Widersprüche einlegen, begründen oder zurücknehmen</w:t>
            </w:r>
          </w:p>
          <w:p>
            <w:pPr>
              <w:keepLines/>
              <w:spacing w:after="28"/>
              <w:ind w:left="0"/>
            </w:pPr>
            <w:r>
              <w:rPr>
                <w:rFonts w:ascii="Arial" w:hAnsi="Arial"/>
                <w:b w:val="0"/>
                <w:i w:val="0"/>
                <w:color w:val="1F7A7A"/>
                <w:sz w:val="19"/>
              </w:rPr>
              <w:t xml:space="preserve">☐  </w:t>
            </w:r>
            <w:r>
              <w:rPr>
                <w:rFonts w:ascii="Arial" w:hAnsi="Arial"/>
                <w:b w:val="0"/>
                <w:i w:val="0"/>
                <w:sz w:val="18"/>
              </w:rPr>
              <w:t>Anhörungen beantworten und Stellungnahmen abgeben</w:t>
            </w:r>
          </w:p>
          <w:p>
            <w:pPr>
              <w:keepLines/>
              <w:spacing w:after="28"/>
              <w:ind w:left="0"/>
            </w:pPr>
            <w:r>
              <w:rPr>
                <w:rFonts w:ascii="Arial" w:hAnsi="Arial"/>
                <w:b w:val="0"/>
                <w:i w:val="0"/>
                <w:color w:val="1F7A7A"/>
                <w:sz w:val="19"/>
              </w:rPr>
              <w:t xml:space="preserve">☐  </w:t>
            </w:r>
            <w:r>
              <w:rPr>
                <w:rFonts w:ascii="Arial" w:hAnsi="Arial"/>
                <w:b w:val="0"/>
                <w:i w:val="0"/>
                <w:sz w:val="18"/>
              </w:rPr>
              <w:t>Klageverfahren führen</w:t>
            </w:r>
            <w:r>
              <w:rPr>
                <w:rFonts w:ascii="Arial" w:hAnsi="Arial"/>
                <w:b w:val="0"/>
                <w:i/>
                <w:color w:val="60717D"/>
                <w:sz w:val="15"/>
              </w:rPr>
              <w:t xml:space="preserve">  nur auswählen, wenn ausdrücklich gewünscht</w:t>
            </w:r>
          </w:p>
          <w:p>
            <w:pPr>
              <w:keepLines/>
            </w:pPr>
            <w:r>
              <w:rPr>
                <w:rFonts w:ascii="Arial" w:hAnsi="Arial"/>
                <w:b/>
                <w:i w:val="0"/>
                <w:color w:val="1F7A7A"/>
                <w:sz w:val="17"/>
              </w:rPr>
              <w:t>Besonders sensible Änderungen</w:t>
            </w:r>
          </w:p>
          <w:p>
            <w:pPr>
              <w:keepLines/>
              <w:spacing w:after="28"/>
              <w:ind w:left="0"/>
            </w:pPr>
            <w:r>
              <w:rPr>
                <w:rFonts w:ascii="Arial" w:hAnsi="Arial"/>
                <w:b w:val="0"/>
                <w:i w:val="0"/>
                <w:color w:val="1F7A7A"/>
                <w:sz w:val="19"/>
              </w:rPr>
              <w:t xml:space="preserve">☐  </w:t>
            </w:r>
            <w:r>
              <w:rPr>
                <w:rFonts w:ascii="Arial" w:hAnsi="Arial"/>
                <w:b w:val="0"/>
                <w:i w:val="0"/>
                <w:sz w:val="18"/>
              </w:rPr>
              <w:t>Anschrift, Telefon oder E-Mail ändern</w:t>
            </w:r>
          </w:p>
          <w:p>
            <w:pPr>
              <w:keepLines/>
              <w:spacing w:after="28"/>
              <w:ind w:left="0"/>
            </w:pPr>
            <w:r>
              <w:rPr>
                <w:rFonts w:ascii="Arial" w:hAnsi="Arial"/>
                <w:b w:val="0"/>
                <w:i w:val="0"/>
                <w:color w:val="1F7A7A"/>
                <w:sz w:val="19"/>
              </w:rPr>
              <w:t xml:space="preserve">☐  </w:t>
            </w:r>
            <w:r>
              <w:rPr>
                <w:rFonts w:ascii="Arial" w:hAnsi="Arial"/>
                <w:b w:val="0"/>
                <w:i w:val="0"/>
                <w:sz w:val="18"/>
              </w:rPr>
              <w:t>Bankverbindung / Zahlungsdaten ändern</w:t>
            </w:r>
          </w:p>
          <w:p>
            <w:pPr>
              <w:keepLines/>
              <w:spacing w:after="28"/>
              <w:ind w:left="0"/>
            </w:pPr>
            <w:r>
              <w:rPr>
                <w:rFonts w:ascii="Arial" w:hAnsi="Arial"/>
                <w:b w:val="0"/>
                <w:i w:val="0"/>
                <w:color w:val="1F7A7A"/>
                <w:sz w:val="19"/>
              </w:rPr>
              <w:t xml:space="preserve">☐  </w:t>
            </w:r>
            <w:r>
              <w:rPr>
                <w:rFonts w:ascii="Arial" w:hAnsi="Arial"/>
                <w:b w:val="0"/>
                <w:i w:val="0"/>
                <w:sz w:val="18"/>
              </w:rPr>
              <w:t>Leistungszahlungen für mich entgegennehmen</w:t>
            </w:r>
            <w:r>
              <w:rPr>
                <w:rFonts w:ascii="Arial" w:hAnsi="Arial"/>
                <w:b w:val="0"/>
                <w:i/>
                <w:color w:val="60717D"/>
                <w:sz w:val="15"/>
              </w:rPr>
              <w:t xml:space="preserve">  Kasse kann Zusatzvollmacht verlangen</w:t>
            </w:r>
          </w:p>
          <w:p>
            <w:pPr>
              <w:keepLines/>
              <w:spacing w:after="28"/>
              <w:ind w:left="0"/>
            </w:pPr>
            <w:r>
              <w:rPr>
                <w:rFonts w:ascii="Arial" w:hAnsi="Arial"/>
                <w:b w:val="0"/>
                <w:i w:val="0"/>
                <w:color w:val="1F7A7A"/>
                <w:sz w:val="19"/>
              </w:rPr>
              <w:t xml:space="preserve">☐  </w:t>
            </w:r>
            <w:r>
              <w:rPr>
                <w:rFonts w:ascii="Arial" w:hAnsi="Arial"/>
                <w:b w:val="0"/>
                <w:i w:val="0"/>
                <w:sz w:val="18"/>
              </w:rPr>
              <w:t>Mitgliedschaft kündigen oder einen Kassenwechsel erklären</w:t>
            </w:r>
          </w:p>
          <w:p>
            <w:pPr>
              <w:keepLines/>
              <w:spacing w:after="28"/>
              <w:ind w:left="0"/>
            </w:pPr>
            <w:r>
              <w:rPr>
                <w:rFonts w:ascii="Arial" w:hAnsi="Arial"/>
                <w:b w:val="0"/>
                <w:i w:val="0"/>
                <w:color w:val="1F7A7A"/>
                <w:sz w:val="19"/>
              </w:rPr>
              <w:t xml:space="preserve">☐  </w:t>
            </w:r>
            <w:r>
              <w:rPr>
                <w:rFonts w:ascii="Arial" w:hAnsi="Arial"/>
                <w:b w:val="0"/>
                <w:i w:val="0"/>
                <w:sz w:val="18"/>
              </w:rPr>
              <w:t>Untervollmacht an eine weitere Person erteilen</w:t>
            </w:r>
          </w:p>
        </w:tc>
      </w:tr>
    </w:tbl>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6</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6. Grenzen und Ausschlüsse</w:t>
            </w:r>
          </w:p>
        </w:tc>
      </w:tr>
    </w:tbl>
    <w:p>
      <w:pPr>
        <w:spacing w:after="0"/>
      </w:pPr>
    </w:p>
    <w:tbl>
      <w:tblPr>
        <w:tblW w:type="auto" w:w="0"/>
        <w:tblLook w:firstColumn="1" w:firstRow="1" w:lastColumn="0" w:lastRow="0" w:noHBand="0" w:noVBand="1" w:val="04A0"/>
      </w:tblPr>
      <w:tblGrid>
        <w:gridCol w:w="10482"/>
      </w:tblGrid>
      <w:tr>
        <w:trPr>
          <w:cantSplit/>
        </w:trPr>
        <w:tc>
          <w:tcPr>
            <w:tcW w:type="dxa" w:w="10482"/>
            <w:shd w:fill="F7F9FA"/>
            <w:tcMar>
              <w:top w:w="80" w:type="dxa"/>
              <w:start w:w="110" w:type="dxa"/>
              <w:bottom w:w="80" w:type="dxa"/>
              <w:end w:w="11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Nicht umfasst, sofern oben nicht ausdrücklich ausgewählt:</w:t>
            </w:r>
            <w:r>
              <w:rPr>
                <w:rFonts w:ascii="Arial" w:hAnsi="Arial"/>
                <w:b w:val="0"/>
                <w:i w:val="0"/>
                <w:sz w:val="16"/>
              </w:rPr>
              <w:t xml:space="preserve"> medizinische Behandlungsentscheidungen, Einwilligungen in ärztliche Eingriffe, eine Patientenverfügung oder sonstige Entscheidungen, die eine gesonderte Gesundheits- oder Vorsorgevollmacht erfordern können.</w:t>
            </w:r>
          </w:p>
          <w:p>
            <w:pPr>
              <w:pStyle w:val="FieldLabelX"/>
              <w:keepLines/>
              <w:spacing w:after="0"/>
            </w:pPr>
            <w:r>
              <w:t>Weitere Einschränkungen / ausdrücklich ausgeschlossene Themen</w:t>
            </w:r>
          </w:p>
          <w:p>
            <w:pPr>
              <w:keepLines/>
              <w:spacing w:before="0" w:after="40"/>
              <w:pBdr>
                <w:bottom w:val="single" w:sz="6" w:space="1" w:color="D8E4E8"/>
              </w:pBdr>
            </w:pPr>
            <w:r>
              <w:rPr>
                <w:rFonts w:ascii="Arial" w:hAnsi="Arial"/>
                <w:color w:val="9AA7AE"/>
                <w:sz w:val="17"/>
              </w:rPr>
              <w:t>Hier eintragen, falls gewünscht</w:t>
            </w:r>
          </w:p>
          <w:p>
            <w:pPr>
              <w:keepLines/>
              <w:spacing w:before="0" w:after="40"/>
              <w:pBdr>
                <w:bottom w:val="single" w:sz="6" w:space="1" w:color="D8E4E8"/>
              </w:pBdr>
            </w:pPr>
            <w:r>
              <w:rPr>
                <w:rFonts w:ascii="Arial" w:hAnsi="Arial"/>
                <w:color w:val="9AA7AE"/>
                <w:sz w:val="17"/>
              </w:rPr>
              <w:t>Hier eintragen, falls gewünscht</w:t>
            </w:r>
          </w:p>
        </w:tc>
      </w:tr>
    </w:tbl>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7</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7. Schriftverkehr</w:t>
            </w:r>
          </w:p>
        </w:tc>
      </w:tr>
    </w:tbl>
    <w:p>
      <w:pPr>
        <w:spacing w:after="0"/>
      </w:pPr>
    </w:p>
    <w:tbl>
      <w:tblPr>
        <w:tblW w:type="auto" w:w="0"/>
        <w:tblLook w:firstColumn="1" w:firstRow="1" w:lastColumn="0" w:lastRow="0" w:noHBand="0" w:noVBand="1" w:val="04A0"/>
      </w:tblPr>
      <w:tblGrid>
        <w:gridCol w:w="10482"/>
      </w:tblGrid>
      <w:tr>
        <w:trPr>
          <w:cantSplit/>
        </w:trPr>
        <w:tc>
          <w:tcPr>
            <w:tcW w:type="dxa" w:w="10482"/>
            <w:shd w:fill="FFFFFF"/>
            <w:tcMar>
              <w:top w:w="70" w:type="dxa"/>
              <w:start w:w="100" w:type="dxa"/>
              <w:bottom w:w="70" w:type="dxa"/>
              <w:end w:w="100" w:type="dxa"/>
            </w:tcMar>
            <w:tcBorders>
              <w:top w:val="single" w:sz="4" w:color="D8E4E8"/>
              <w:left w:val="single" w:sz="4" w:color="D8E4E8"/>
              <w:bottom w:val="single" w:sz="4" w:color="D8E4E8"/>
              <w:right w:val="single" w:sz="4" w:color="D8E4E8"/>
            </w:tcBorders>
            <w:vAlign w:val="center"/>
          </w:tcPr>
          <w:p>
            <w:pPr>
              <w:keepLines/>
            </w:pPr>
          </w:p>
          <w:p>
            <w:pPr>
              <w:keepLines/>
              <w:spacing w:after="28"/>
              <w:ind w:left="0"/>
            </w:pPr>
            <w:r>
              <w:rPr>
                <w:rFonts w:ascii="Arial" w:hAnsi="Arial"/>
                <w:b w:val="0"/>
                <w:i w:val="0"/>
                <w:color w:val="1F7A7A"/>
                <w:sz w:val="19"/>
              </w:rPr>
              <w:t xml:space="preserve">☐  </w:t>
            </w:r>
            <w:r>
              <w:rPr>
                <w:rFonts w:ascii="Arial" w:hAnsi="Arial"/>
                <w:b w:val="0"/>
                <w:i w:val="0"/>
                <w:sz w:val="18"/>
              </w:rPr>
              <w:t>Der Schriftverkehr soll weiterhin an mich gehen.</w:t>
            </w:r>
          </w:p>
          <w:p>
            <w:pPr>
              <w:keepLines/>
              <w:spacing w:after="28"/>
              <w:ind w:left="0"/>
            </w:pPr>
            <w:r>
              <w:rPr>
                <w:rFonts w:ascii="Arial" w:hAnsi="Arial"/>
                <w:b w:val="0"/>
                <w:i w:val="0"/>
                <w:color w:val="1F7A7A"/>
                <w:sz w:val="19"/>
              </w:rPr>
              <w:t xml:space="preserve">☐  </w:t>
            </w:r>
            <w:r>
              <w:rPr>
                <w:rFonts w:ascii="Arial" w:hAnsi="Arial"/>
                <w:b w:val="0"/>
                <w:i w:val="0"/>
                <w:sz w:val="18"/>
              </w:rPr>
              <w:t>Der Schriftverkehr soll – soweit von der Krankenkasse vorgesehen – an die bevollmächtigte Person gehen.</w:t>
            </w:r>
          </w:p>
          <w:p>
            <w:pPr>
              <w:keepLines/>
              <w:spacing w:after="28"/>
              <w:ind w:left="0"/>
            </w:pPr>
            <w:r>
              <w:rPr>
                <w:rFonts w:ascii="Arial" w:hAnsi="Arial"/>
                <w:b w:val="0"/>
                <w:i w:val="0"/>
                <w:color w:val="1F7A7A"/>
                <w:sz w:val="19"/>
              </w:rPr>
              <w:t xml:space="preserve">☐  </w:t>
            </w:r>
            <w:r>
              <w:rPr>
                <w:rFonts w:ascii="Arial" w:hAnsi="Arial"/>
                <w:b w:val="0"/>
                <w:i w:val="0"/>
                <w:sz w:val="18"/>
              </w:rPr>
              <w:t>Soweit möglich, wünsche ich zusätzlich eine Kopie an mich.</w:t>
            </w:r>
          </w:p>
        </w:tc>
      </w:tr>
    </w:tbl>
    <w:p>
      <w:r>
        <w:br w:type="page"/>
      </w:r>
    </w:p>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8</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8. Datenschutz und Auskunftsbefugnis</w:t>
            </w:r>
          </w:p>
        </w:tc>
      </w:tr>
    </w:tbl>
    <w:p>
      <w:pPr>
        <w:spacing w:after="0"/>
      </w:pPr>
    </w:p>
    <w:tbl>
      <w:tblPr>
        <w:tblW w:type="auto" w:w="0"/>
        <w:tblLook w:firstColumn="1" w:firstRow="1" w:lastColumn="0" w:lastRow="0" w:noHBand="0" w:noVBand="1" w:val="04A0"/>
      </w:tblPr>
      <w:tblGrid>
        <w:gridCol w:w="10482"/>
      </w:tblGrid>
      <w:tr>
        <w:trPr>
          <w:cantSplit/>
        </w:trPr>
        <w:tc>
          <w:tcPr>
            <w:tcW w:type="dxa" w:w="10482"/>
            <w:shd w:fill="F7F9FA"/>
            <w:tcMar>
              <w:top w:w="95" w:type="dxa"/>
              <w:start w:w="120" w:type="dxa"/>
              <w:bottom w:w="95" w:type="dxa"/>
              <w:end w:w="120" w:type="dxa"/>
            </w:tcMar>
            <w:tcBorders>
              <w:top w:val="single" w:sz="4" w:color="D8E4E8"/>
              <w:left w:val="single" w:sz="4" w:color="D8E4E8"/>
              <w:bottom w:val="single" w:sz="4" w:color="D8E4E8"/>
              <w:right w:val="single" w:sz="4" w:color="D8E4E8"/>
            </w:tcBorders>
            <w:vAlign w:val="center"/>
          </w:tcPr>
          <w:p>
            <w:pPr>
              <w:keepLines/>
            </w:pPr>
            <w:r>
              <w:rPr>
                <w:rFonts w:ascii="Arial" w:hAnsi="Arial"/>
                <w:b w:val="0"/>
                <w:i w:val="0"/>
                <w:sz w:val="17"/>
              </w:rPr>
              <w:t>Ich gestatte meiner Kranken- und/oder Pflegekasse, der bevollmächtigten Person im Rahmen dieser Vollmacht die zur Wahrnehmung der ausgewählten Befugnisse erforderlichen Informationen zu erteilen und Unterlagen zugänglich zu machen. Dies umfasst Sozialdaten und, soweit für das betreffende Anliegen erforderlich, Gesundheitsdaten. Die Krankenkasse wird insoweit von ihrer Verschwiegenheitspflicht gegenüber der bevollmächtigten Person entbunden.</w:t>
            </w:r>
          </w:p>
        </w:tc>
      </w:tr>
    </w:tbl>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9</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9. Beginn, Dauer und Widerruf</w:t>
            </w:r>
          </w:p>
        </w:tc>
      </w:tr>
    </w:tbl>
    <w:p>
      <w:pPr>
        <w:spacing w:after="0"/>
      </w:pPr>
    </w:p>
    <w:tbl>
      <w:tblPr>
        <w:tblW w:type="auto" w:w="0"/>
        <w:jc w:val="center"/>
        <w:tblLayout w:type="fixed"/>
        <w:tblLook w:firstColumn="1" w:firstRow="1" w:lastColumn="0" w:lastRow="0" w:noHBand="0" w:noVBand="1" w:val="04A0"/>
      </w:tblPr>
      <w:tblGrid>
        <w:gridCol w:w="5241"/>
        <w:gridCol w:w="5241"/>
      </w:tblGrid>
      <w:tr>
        <w:trPr>
          <w:cantSplit/>
        </w:trPr>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Beginn</w:t>
            </w:r>
          </w:p>
          <w:p>
            <w:pPr>
              <w:keepLines/>
              <w:spacing w:after="28"/>
              <w:ind w:left="0"/>
            </w:pPr>
            <w:r>
              <w:rPr>
                <w:rFonts w:ascii="Arial" w:hAnsi="Arial"/>
                <w:b w:val="0"/>
                <w:i w:val="0"/>
                <w:color w:val="1F7A7A"/>
                <w:sz w:val="19"/>
              </w:rPr>
              <w:t xml:space="preserve">☐  </w:t>
            </w:r>
            <w:r>
              <w:rPr>
                <w:rFonts w:ascii="Arial" w:hAnsi="Arial"/>
                <w:b w:val="0"/>
                <w:i w:val="0"/>
                <w:sz w:val="18"/>
              </w:rPr>
              <w:t>mit Unterzeichnung / Eingang bei der Krankenkasse</w:t>
            </w:r>
          </w:p>
          <w:p>
            <w:pPr>
              <w:keepLines/>
              <w:spacing w:after="28"/>
              <w:ind w:left="0"/>
            </w:pPr>
            <w:r>
              <w:rPr>
                <w:rFonts w:ascii="Arial" w:hAnsi="Arial"/>
                <w:b w:val="0"/>
                <w:i w:val="0"/>
                <w:color w:val="1F7A7A"/>
                <w:sz w:val="19"/>
              </w:rPr>
              <w:t xml:space="preserve">☐  </w:t>
            </w:r>
            <w:r>
              <w:rPr>
                <w:rFonts w:ascii="Arial" w:hAnsi="Arial"/>
                <w:b w:val="0"/>
                <w:i w:val="0"/>
                <w:sz w:val="18"/>
              </w:rPr>
              <w:t>ab folgendem Datum:</w:t>
            </w:r>
          </w:p>
          <w:p>
            <w:pPr>
              <w:pStyle w:val="FieldLabelX"/>
              <w:keepLines/>
              <w:spacing w:after="0"/>
            </w:pPr>
            <w:r>
              <w:t>Datum</w:t>
            </w:r>
          </w:p>
          <w:p>
            <w:pPr>
              <w:keepLines/>
              <w:spacing w:before="0" w:after="40"/>
              <w:pBdr>
                <w:bottom w:val="single" w:sz="6" w:space="1" w:color="D8E4E8"/>
              </w:pBdr>
            </w:pPr>
            <w:r>
              <w:rPr>
                <w:rFonts w:ascii="Arial" w:hAnsi="Arial"/>
                <w:color w:val="9AA7AE"/>
                <w:sz w:val="17"/>
              </w:rPr>
              <w:t>TT.MM.JJJJ</w:t>
            </w:r>
          </w:p>
        </w:tc>
        <w:tc>
          <w:tcPr>
            <w:tcW w:type="dxa" w:w="5241"/>
            <w:shd w:fill="FFFFFF"/>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Ende</w:t>
            </w:r>
          </w:p>
          <w:p>
            <w:pPr>
              <w:keepLines/>
              <w:spacing w:after="28"/>
              <w:ind w:left="0"/>
            </w:pPr>
            <w:r>
              <w:rPr>
                <w:rFonts w:ascii="Arial" w:hAnsi="Arial"/>
                <w:b w:val="0"/>
                <w:i w:val="0"/>
                <w:color w:val="1F7A7A"/>
                <w:sz w:val="19"/>
              </w:rPr>
              <w:t xml:space="preserve">☐  </w:t>
            </w:r>
            <w:r>
              <w:rPr>
                <w:rFonts w:ascii="Arial" w:hAnsi="Arial"/>
                <w:b w:val="0"/>
                <w:i w:val="0"/>
                <w:sz w:val="18"/>
              </w:rPr>
              <w:t>bis zum Widerruf</w:t>
            </w:r>
          </w:p>
          <w:p>
            <w:pPr>
              <w:keepLines/>
              <w:spacing w:after="28"/>
              <w:ind w:left="0"/>
            </w:pPr>
            <w:r>
              <w:rPr>
                <w:rFonts w:ascii="Arial" w:hAnsi="Arial"/>
                <w:b w:val="0"/>
                <w:i w:val="0"/>
                <w:color w:val="1F7A7A"/>
                <w:sz w:val="19"/>
              </w:rPr>
              <w:t xml:space="preserve">☐  </w:t>
            </w:r>
            <w:r>
              <w:rPr>
                <w:rFonts w:ascii="Arial" w:hAnsi="Arial"/>
                <w:b w:val="0"/>
                <w:i w:val="0"/>
                <w:sz w:val="18"/>
              </w:rPr>
              <w:t>am folgenden Datum:</w:t>
            </w:r>
          </w:p>
          <w:p>
            <w:pPr>
              <w:pStyle w:val="FieldLabelX"/>
              <w:keepLines/>
              <w:spacing w:after="0"/>
            </w:pPr>
            <w:r>
              <w:t>Datum</w:t>
            </w:r>
          </w:p>
          <w:p>
            <w:pPr>
              <w:keepLines/>
              <w:spacing w:before="0" w:after="40"/>
              <w:pBdr>
                <w:bottom w:val="single" w:sz="6" w:space="1" w:color="D8E4E8"/>
              </w:pBdr>
            </w:pPr>
            <w:r>
              <w:rPr>
                <w:rFonts w:ascii="Arial" w:hAnsi="Arial"/>
                <w:color w:val="9AA7AE"/>
                <w:sz w:val="17"/>
              </w:rPr>
              <w:t>TT.MM.JJJJ</w:t>
            </w:r>
          </w:p>
          <w:p>
            <w:pPr>
              <w:keepLines/>
              <w:spacing w:after="28"/>
              <w:ind w:left="0"/>
            </w:pPr>
            <w:r>
              <w:rPr>
                <w:rFonts w:ascii="Arial" w:hAnsi="Arial"/>
                <w:b w:val="0"/>
                <w:i w:val="0"/>
                <w:color w:val="1F7A7A"/>
                <w:sz w:val="19"/>
              </w:rPr>
              <w:t xml:space="preserve">☐  </w:t>
            </w:r>
            <w:r>
              <w:rPr>
                <w:rFonts w:ascii="Arial" w:hAnsi="Arial"/>
                <w:b w:val="0"/>
                <w:i w:val="0"/>
                <w:sz w:val="18"/>
              </w:rPr>
              <w:t>mit Abschluss der oben bezeichneten Angelegenheit</w:t>
            </w:r>
          </w:p>
        </w:tc>
      </w:tr>
      <w:tr>
        <w:trPr>
          <w:cantSplit/>
        </w:trPr>
        <w:tc>
          <w:tcPr>
            <w:tcW w:type="dxa" w:w="5241"/>
            <w:shd w:fill="F7F9FA"/>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Nach dem Tod</w:t>
            </w:r>
          </w:p>
          <w:p>
            <w:pPr>
              <w:keepLines/>
              <w:spacing w:after="28"/>
              <w:ind w:left="0"/>
            </w:pPr>
            <w:r>
              <w:rPr>
                <w:rFonts w:ascii="Arial" w:hAnsi="Arial"/>
                <w:b w:val="0"/>
                <w:i w:val="0"/>
                <w:color w:val="1F7A7A"/>
                <w:sz w:val="19"/>
              </w:rPr>
              <w:t xml:space="preserve">☐  </w:t>
            </w:r>
            <w:r>
              <w:rPr>
                <w:rFonts w:ascii="Arial" w:hAnsi="Arial"/>
                <w:b w:val="0"/>
                <w:i w:val="0"/>
                <w:sz w:val="18"/>
              </w:rPr>
              <w:t>Die Vollmacht endet mit meinem Tod.</w:t>
            </w:r>
          </w:p>
          <w:p>
            <w:pPr>
              <w:keepLines/>
              <w:spacing w:after="28"/>
              <w:ind w:left="0"/>
            </w:pPr>
            <w:r>
              <w:rPr>
                <w:rFonts w:ascii="Arial" w:hAnsi="Arial"/>
                <w:b w:val="0"/>
                <w:i w:val="0"/>
                <w:color w:val="1F7A7A"/>
                <w:sz w:val="19"/>
              </w:rPr>
              <w:t xml:space="preserve">☐  </w:t>
            </w:r>
            <w:r>
              <w:rPr>
                <w:rFonts w:ascii="Arial" w:hAnsi="Arial"/>
                <w:b w:val="0"/>
                <w:i w:val="0"/>
                <w:sz w:val="18"/>
              </w:rPr>
              <w:t>Die Vollmacht soll über meinen Tod hinaus gelten.</w:t>
            </w:r>
          </w:p>
        </w:tc>
        <w:tc>
          <w:tcPr>
            <w:tcW w:type="dxa" w:w="5241"/>
            <w:shd w:fill="F7F9FA"/>
            <w:tcMar>
              <w:top w:w="80" w:type="dxa"/>
              <w:start w:w="100" w:type="dxa"/>
              <w:bottom w:w="80" w:type="dxa"/>
              <w:end w:w="100" w:type="dxa"/>
            </w:tcMar>
            <w:tcBorders>
              <w:top w:val="single" w:sz="4" w:color="D8E4E8"/>
              <w:left w:val="single" w:sz="4" w:color="D8E4E8"/>
              <w:bottom w:val="single" w:sz="4" w:color="D8E4E8"/>
              <w:right w:val="single" w:sz="4" w:color="D8E4E8"/>
            </w:tcBorders>
            <w:vAlign w:val="center"/>
          </w:tcPr>
          <w:p>
            <w:pPr>
              <w:keepLines/>
            </w:pPr>
            <w:r>
              <w:rPr>
                <w:rFonts w:ascii="Arial" w:hAnsi="Arial"/>
                <w:b/>
                <w:i w:val="0"/>
                <w:color w:val="173A5E"/>
                <w:sz w:val="17"/>
              </w:rPr>
              <w:t>Bereits bestehende Vollmachten</w:t>
            </w:r>
          </w:p>
          <w:p>
            <w:pPr>
              <w:keepLines/>
              <w:spacing w:after="28"/>
              <w:ind w:left="0"/>
            </w:pPr>
            <w:r>
              <w:rPr>
                <w:rFonts w:ascii="Arial" w:hAnsi="Arial"/>
                <w:b w:val="0"/>
                <w:i w:val="0"/>
                <w:color w:val="1F7A7A"/>
                <w:sz w:val="19"/>
              </w:rPr>
              <w:t xml:space="preserve">☐  </w:t>
            </w:r>
            <w:r>
              <w:rPr>
                <w:rFonts w:ascii="Arial" w:hAnsi="Arial"/>
                <w:b w:val="0"/>
                <w:i w:val="0"/>
                <w:sz w:val="18"/>
              </w:rPr>
              <w:t>bleiben unberührt</w:t>
            </w:r>
          </w:p>
          <w:p>
            <w:pPr>
              <w:keepLines/>
              <w:spacing w:after="28"/>
              <w:ind w:left="0"/>
            </w:pPr>
            <w:r>
              <w:rPr>
                <w:rFonts w:ascii="Arial" w:hAnsi="Arial"/>
                <w:b w:val="0"/>
                <w:i w:val="0"/>
                <w:color w:val="1F7A7A"/>
                <w:sz w:val="19"/>
              </w:rPr>
              <w:t xml:space="preserve">☐  </w:t>
            </w:r>
            <w:r>
              <w:rPr>
                <w:rFonts w:ascii="Arial" w:hAnsi="Arial"/>
                <w:b w:val="0"/>
                <w:i w:val="0"/>
                <w:sz w:val="18"/>
              </w:rPr>
              <w:t>werden mit dieser Vollmacht widerrufen, soweit sie dieselbe Krankenkasse betreffen</w:t>
            </w:r>
          </w:p>
        </w:tc>
      </w:tr>
    </w:tbl>
    <w:p>
      <w:pPr>
        <w:spacing w:before="80" w:after="80"/>
      </w:pPr>
      <w:r>
        <w:rPr>
          <w:rFonts w:ascii="Arial" w:hAnsi="Arial"/>
          <w:b/>
          <w:i w:val="0"/>
          <w:color w:val="173A5E"/>
          <w:sz w:val="16"/>
        </w:rPr>
        <w:t xml:space="preserve">Hinweis zum Widerruf: </w:t>
      </w:r>
      <w:r>
        <w:rPr>
          <w:rFonts w:ascii="Arial" w:hAnsi="Arial"/>
          <w:b w:val="0"/>
          <w:i w:val="0"/>
          <w:sz w:val="16"/>
        </w:rPr>
        <w:t>Die Vollmacht kann gegenüber der Krankenkasse grundsätzlich für die Zukunft widerrufen werden. Informieren Sie zusätzlich die bevollmächtigte Person und bewahren Sie eine Kopie des Widerrufs auf.</w:t>
      </w:r>
    </w:p>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10</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10. Erklärung und Unterschriften</w:t>
            </w:r>
          </w:p>
        </w:tc>
      </w:tr>
    </w:tbl>
    <w:p>
      <w:pPr>
        <w:spacing w:after="0"/>
      </w:pPr>
    </w:p>
    <w:tbl>
      <w:tblPr>
        <w:tblW w:type="auto" w:w="0"/>
        <w:jc w:val="center"/>
        <w:tblLook w:firstColumn="1" w:firstRow="1" w:lastColumn="0" w:lastRow="0" w:noHBand="0" w:noVBand="1" w:val="04A0"/>
      </w:tblPr>
      <w:tblGrid>
        <w:gridCol w:w="10482"/>
      </w:tblGrid>
      <w:tr>
        <w:trPr>
          <w:cantSplit/>
        </w:trPr>
        <w:tc>
          <w:tcPr>
            <w:tcW w:type="dxa" w:w="10482"/>
            <w:shd w:fill="F7F9FA"/>
            <w:tcMar>
              <w:top w:w="95" w:type="dxa"/>
              <w:start w:w="130" w:type="dxa"/>
              <w:bottom w:w="95" w:type="dxa"/>
              <w:end w:w="130" w:type="dxa"/>
            </w:tcMar>
            <w:tcBorders>
              <w:top w:val="single" w:sz="8" w:color="D8E4E8"/>
              <w:left w:val="single" w:sz="8" w:color="D8E4E8"/>
              <w:bottom w:val="single" w:sz="8" w:color="D8E4E8"/>
              <w:right w:val="single" w:sz="8" w:color="D8E4E8"/>
            </w:tcBorders>
            <w:vAlign w:val="center"/>
          </w:tcPr>
          <w:p>
            <w:pPr>
              <w:keepLines/>
            </w:pPr>
            <w:r>
              <w:rPr>
                <w:rFonts w:ascii="Arial" w:hAnsi="Arial"/>
                <w:b/>
                <w:i w:val="0"/>
                <w:color w:val="173A5E"/>
                <w:sz w:val="17"/>
              </w:rPr>
              <w:t xml:space="preserve">Erklärung der vollmachtgebenden Person:  </w:t>
            </w:r>
            <w:r>
              <w:rPr>
                <w:rFonts w:ascii="Arial" w:hAnsi="Arial"/>
                <w:b w:val="0"/>
                <w:i w:val="0"/>
                <w:color w:val="1D2A33"/>
                <w:sz w:val="16"/>
              </w:rPr>
              <w:t>Ich erteile diese Vollmacht freiwillig. Mir ist bewusst, dass die bevollmächtigte Person im ausgewählten Umfang Kenntnis von persönlichen Versicherungs-, Sozial- und gegebenenfalls Gesundheitsdaten erhalten und rechtsverbindliche Erklärungen für mich abgeben kann.</w:t>
            </w:r>
          </w:p>
        </w:tc>
      </w:tr>
    </w:tbl>
    <w:tbl>
      <w:tblPr>
        <w:tblW w:type="auto" w:w="0"/>
        <w:jc w:val="center"/>
        <w:tblLayout w:type="fixed"/>
        <w:tblLook w:firstColumn="1" w:firstRow="1" w:lastColumn="0" w:lastRow="0" w:noHBand="0" w:noVBand="1" w:val="04A0"/>
      </w:tblPr>
      <w:tblGrid>
        <w:gridCol w:w="5241"/>
        <w:gridCol w:w="5241"/>
      </w:tblGrid>
      <w:tr>
        <w:trPr>
          <w:cantSplit/>
        </w:trPr>
        <w:tc>
          <w:tcPr>
            <w:tcW w:type="dxa" w:w="5241"/>
            <w:shd w:fill="FFFFFF"/>
            <w:tcMar>
              <w:top w:w="80" w:type="dxa"/>
              <w:start w:w="100" w:type="dxa"/>
              <w:bottom w:w="80" w:type="dxa"/>
              <w:end w:w="100" w:type="dxa"/>
            </w:tcMar>
            <w:tcBorders>
              <w:top w:val="nil"/>
              <w:left w:val="nil"/>
              <w:bottom w:val="single" w:sz="6" w:color="D8E4E8"/>
              <w:right w:val="nil"/>
            </w:tcBorders>
            <w:vAlign w:val="center"/>
          </w:tcPr>
          <w:p>
            <w:pPr>
              <w:keepLines/>
              <w:spacing w:before="260" w:after="20"/>
            </w:pPr>
            <w:r>
              <w:rPr>
                <w:rFonts w:ascii="Arial" w:hAnsi="Arial"/>
                <w:b w:val="0"/>
                <w:i w:val="0"/>
                <w:color w:val="60717D"/>
                <w:sz w:val="15"/>
              </w:rPr>
              <w:t>Ort, Datum</w:t>
            </w:r>
          </w:p>
        </w:tc>
        <w:tc>
          <w:tcPr>
            <w:tcW w:type="dxa" w:w="5241"/>
            <w:shd w:fill="FFFFFF"/>
            <w:tcMar>
              <w:top w:w="80" w:type="dxa"/>
              <w:start w:w="100" w:type="dxa"/>
              <w:bottom w:w="80" w:type="dxa"/>
              <w:end w:w="100" w:type="dxa"/>
            </w:tcMar>
            <w:tcBorders>
              <w:top w:val="nil"/>
              <w:left w:val="nil"/>
              <w:bottom w:val="single" w:sz="6" w:color="D8E4E8"/>
              <w:right w:val="nil"/>
            </w:tcBorders>
            <w:vAlign w:val="center"/>
          </w:tcPr>
          <w:p>
            <w:pPr>
              <w:keepLines/>
              <w:spacing w:before="260" w:after="20"/>
            </w:pPr>
            <w:r>
              <w:rPr>
                <w:rFonts w:ascii="Arial" w:hAnsi="Arial"/>
                <w:b w:val="0"/>
                <w:i w:val="0"/>
                <w:color w:val="60717D"/>
                <w:sz w:val="15"/>
              </w:rPr>
              <w:t>Unterschrift der vollmachtgebenden Person</w:t>
            </w:r>
          </w:p>
        </w:tc>
      </w:tr>
      <w:tr>
        <w:trPr>
          <w:cantSplit/>
        </w:trPr>
        <w:tc>
          <w:tcPr>
            <w:tcW w:type="dxa" w:w="5241"/>
            <w:shd w:fill="FFFFFF"/>
            <w:tcMar>
              <w:top w:w="80" w:type="dxa"/>
              <w:start w:w="100" w:type="dxa"/>
              <w:bottom w:w="80" w:type="dxa"/>
              <w:end w:w="100" w:type="dxa"/>
            </w:tcMar>
            <w:tcBorders>
              <w:top w:val="nil"/>
              <w:left w:val="nil"/>
              <w:bottom w:val="single" w:sz="6" w:color="D8E4E8"/>
              <w:right w:val="nil"/>
            </w:tcBorders>
            <w:vAlign w:val="center"/>
          </w:tcPr>
          <w:p>
            <w:pPr>
              <w:keepLines/>
              <w:spacing w:before="160" w:after="20"/>
            </w:pPr>
            <w:r>
              <w:rPr>
                <w:rFonts w:ascii="Arial" w:hAnsi="Arial"/>
                <w:b w:val="0"/>
                <w:i w:val="0"/>
                <w:color w:val="60717D"/>
                <w:sz w:val="15"/>
              </w:rPr>
              <w:t>ggf. Name der gesetzlichen Vertretung / Betreuung</w:t>
            </w:r>
          </w:p>
        </w:tc>
        <w:tc>
          <w:tcPr>
            <w:tcW w:type="dxa" w:w="5241"/>
            <w:shd w:fill="FFFFFF"/>
            <w:tcMar>
              <w:top w:w="80" w:type="dxa"/>
              <w:start w:w="100" w:type="dxa"/>
              <w:bottom w:w="80" w:type="dxa"/>
              <w:end w:w="100" w:type="dxa"/>
            </w:tcMar>
            <w:tcBorders>
              <w:top w:val="nil"/>
              <w:left w:val="nil"/>
              <w:bottom w:val="single" w:sz="6" w:color="D8E4E8"/>
              <w:right w:val="nil"/>
            </w:tcBorders>
            <w:vAlign w:val="center"/>
          </w:tcPr>
          <w:p>
            <w:pPr>
              <w:keepLines/>
              <w:spacing w:before="160" w:after="20"/>
            </w:pPr>
            <w:r>
              <w:rPr>
                <w:rFonts w:ascii="Arial" w:hAnsi="Arial"/>
                <w:b w:val="0"/>
                <w:i w:val="0"/>
                <w:color w:val="60717D"/>
                <w:sz w:val="15"/>
              </w:rPr>
              <w:t>ggf. Unterschrift der gesetzlichen Vertretung / Betreuung</w:t>
            </w:r>
          </w:p>
        </w:tc>
      </w:tr>
    </w:tbl>
    <w:p>
      <w:pPr>
        <w:spacing w:before="100" w:after="20"/>
      </w:pPr>
      <w:r>
        <w:rPr>
          <w:rFonts w:ascii="Arial" w:hAnsi="Arial"/>
          <w:b/>
          <w:i w:val="0"/>
          <w:color w:val="1F7A7A"/>
          <w:sz w:val="17"/>
        </w:rPr>
        <w:t>Optional – Kenntnisnahme durch die bevollmächtigte Person</w:t>
      </w:r>
    </w:p>
    <w:p>
      <w:pPr>
        <w:spacing w:after="80"/>
      </w:pPr>
      <w:r>
        <w:rPr>
          <w:rFonts w:ascii="Arial" w:hAnsi="Arial"/>
          <w:b w:val="0"/>
          <w:i w:val="0"/>
          <w:sz w:val="16"/>
        </w:rPr>
        <w:t>Ich habe von der Vollmacht und ihrem Umfang Kenntnis genommen.</w:t>
      </w:r>
    </w:p>
    <w:tbl>
      <w:tblPr>
        <w:tblW w:type="auto" w:w="0"/>
        <w:tblLook w:firstColumn="1" w:firstRow="1" w:lastColumn="0" w:lastRow="0" w:noHBand="0" w:noVBand="1" w:val="04A0"/>
      </w:tblPr>
      <w:tblGrid>
        <w:gridCol w:w="5241"/>
        <w:gridCol w:w="5241"/>
      </w:tblGrid>
      <w:tr>
        <w:trPr>
          <w:cantSplit/>
        </w:trPr>
        <w:tc>
          <w:tcPr>
            <w:tcW w:type="dxa" w:w="5241"/>
            <w:tcMar>
              <w:top w:w="80" w:type="dxa"/>
              <w:start w:w="100" w:type="dxa"/>
              <w:bottom w:w="80" w:type="dxa"/>
              <w:end w:w="100" w:type="dxa"/>
            </w:tcMar>
            <w:tcBorders>
              <w:top w:val="nil"/>
              <w:left w:val="nil"/>
              <w:bottom w:val="single" w:sz="6" w:color="D8E4E8"/>
              <w:right w:val="nil"/>
            </w:tcBorders>
            <w:vAlign w:val="center"/>
          </w:tcPr>
          <w:p>
            <w:pPr>
              <w:keepLines/>
              <w:spacing w:before="200" w:after="20"/>
            </w:pPr>
            <w:r>
              <w:rPr>
                <w:rFonts w:ascii="Arial" w:hAnsi="Arial"/>
                <w:b w:val="0"/>
                <w:i w:val="0"/>
                <w:color w:val="60717D"/>
                <w:sz w:val="15"/>
              </w:rPr>
              <w:t>Ort, Datum</w:t>
            </w:r>
          </w:p>
        </w:tc>
        <w:tc>
          <w:tcPr>
            <w:tcW w:type="dxa" w:w="5241"/>
            <w:tcMar>
              <w:top w:w="80" w:type="dxa"/>
              <w:start w:w="100" w:type="dxa"/>
              <w:bottom w:w="80" w:type="dxa"/>
              <w:end w:w="100" w:type="dxa"/>
            </w:tcMar>
            <w:tcBorders>
              <w:top w:val="nil"/>
              <w:left w:val="nil"/>
              <w:bottom w:val="single" w:sz="6" w:color="D8E4E8"/>
              <w:right w:val="nil"/>
            </w:tcBorders>
            <w:vAlign w:val="center"/>
          </w:tcPr>
          <w:p>
            <w:pPr>
              <w:keepLines/>
              <w:spacing w:before="200" w:after="20"/>
            </w:pPr>
            <w:r>
              <w:rPr>
                <w:rFonts w:ascii="Arial" w:hAnsi="Arial"/>
                <w:b w:val="0"/>
                <w:i w:val="0"/>
                <w:color w:val="60717D"/>
                <w:sz w:val="15"/>
              </w:rPr>
              <w:t>Unterschrift der bevollmächtigten Person (optional)</w:t>
            </w:r>
          </w:p>
        </w:tc>
      </w:tr>
    </w:tbl>
    <w:tbl>
      <w:tblPr>
        <w:tblW w:type="auto" w:w="0"/>
        <w:jc w:val="center"/>
        <w:tblLayout w:type="fixed"/>
        <w:tblLook w:firstColumn="1" w:firstRow="1" w:lastColumn="0" w:lastRow="0" w:noHBand="0" w:noVBand="1" w:val="04A0"/>
      </w:tblPr>
      <w:tblGrid>
        <w:gridCol w:w="425"/>
        <w:gridCol w:w="9553"/>
      </w:tblGrid>
      <w:tr>
        <w:trPr>
          <w:cantSplit/>
        </w:trPr>
        <w:tc>
          <w:tcPr>
            <w:tcW w:type="dxa" w:w="5241"/>
            <w:shd w:fill="1F7A7A"/>
            <w:tcMar>
              <w:top w:w="70" w:type="dxa"/>
              <w:start w:w="100" w:type="dxa"/>
              <w:bottom w:w="65" w:type="dxa"/>
              <w:end w:w="100" w:type="dxa"/>
            </w:tcMar>
            <w:tcBorders>
              <w:top w:val="nil"/>
              <w:left w:val="nil"/>
              <w:bottom w:val="nil"/>
              <w:right w:val="nil"/>
            </w:tcBorders>
            <w:vAlign w:val="center"/>
          </w:tcPr>
          <w:p>
            <w:pPr>
              <w:keepLines/>
              <w:jc w:val="center"/>
            </w:pPr>
            <w:r>
              <w:rPr>
                <w:rFonts w:ascii="Arial" w:hAnsi="Arial"/>
                <w:b/>
                <w:i w:val="0"/>
                <w:color w:val="FFFFFF"/>
                <w:sz w:val="17"/>
              </w:rPr>
              <w:t>✓</w:t>
            </w:r>
          </w:p>
        </w:tc>
        <w:tc>
          <w:tcPr>
            <w:tcW w:type="dxa" w:w="5241"/>
            <w:shd w:fill="EFF5F7"/>
            <w:tcMar>
              <w:top w:w="70" w:type="dxa"/>
              <w:start w:w="100" w:type="dxa"/>
              <w:bottom w:w="65" w:type="dxa"/>
              <w:end w:w="100" w:type="dxa"/>
            </w:tcMar>
            <w:tcBorders>
              <w:top w:val="nil"/>
              <w:left w:val="nil"/>
              <w:bottom w:val="nil"/>
              <w:right w:val="nil"/>
            </w:tcBorders>
            <w:vAlign w:val="center"/>
          </w:tcPr>
          <w:p>
            <w:pPr>
              <w:pStyle w:val="SectionX"/>
              <w:keepLines/>
              <w:spacing w:after="0"/>
            </w:pPr>
            <w:r>
              <w:rPr>
                <w:rFonts w:ascii="Arial" w:hAnsi="Arial"/>
                <w:b/>
                <w:i w:val="0"/>
                <w:color w:val="173A5E"/>
                <w:sz w:val="23"/>
              </w:rPr>
              <w:t>11. Vor dem Einreichen kurz prüfen</w:t>
            </w:r>
          </w:p>
        </w:tc>
      </w:tr>
    </w:tbl>
    <w:p>
      <w:pPr>
        <w:spacing w:after="0"/>
      </w:pPr>
    </w:p>
    <w:tbl>
      <w:tblPr>
        <w:tblW w:type="auto" w:w="0"/>
        <w:tblLook w:firstColumn="1" w:firstRow="1" w:lastColumn="0" w:lastRow="0" w:noHBand="0" w:noVBand="1" w:val="04A0"/>
      </w:tblPr>
      <w:tblGrid>
        <w:gridCol w:w="5241"/>
        <w:gridCol w:w="5241"/>
      </w:tblGrid>
      <w:tr>
        <w:trPr>
          <w:cantSplit/>
        </w:trPr>
        <w:tc>
          <w:tcPr>
            <w:tcW w:type="dxa" w:w="5241"/>
            <w:shd w:fill="F7F9FA"/>
            <w:tcMar>
              <w:top w:w="65" w:type="dxa"/>
              <w:start w:w="90" w:type="dxa"/>
              <w:bottom w:w="65" w:type="dxa"/>
              <w:end w:w="90" w:type="dxa"/>
            </w:tcMar>
            <w:tcBorders>
              <w:top w:val="single" w:sz="4" w:color="D8E4E8"/>
              <w:left w:val="single" w:sz="4" w:color="D8E4E8"/>
              <w:bottom w:val="single" w:sz="4" w:color="D8E4E8"/>
              <w:right w:val="single" w:sz="4" w:color="D8E4E8"/>
            </w:tcBorders>
            <w:vAlign w:val="center"/>
          </w:tcPr>
          <w:p>
            <w:pPr>
              <w:keepLines/>
            </w:pPr>
          </w:p>
          <w:p>
            <w:pPr>
              <w:keepLines/>
              <w:spacing w:after="28"/>
              <w:ind w:left="0"/>
            </w:pPr>
            <w:r>
              <w:rPr>
                <w:rFonts w:ascii="Arial" w:hAnsi="Arial"/>
                <w:b w:val="0"/>
                <w:i w:val="0"/>
                <w:color w:val="1F7A7A"/>
                <w:sz w:val="19"/>
              </w:rPr>
              <w:t xml:space="preserve">☐  </w:t>
            </w:r>
            <w:r>
              <w:rPr>
                <w:rFonts w:ascii="Arial" w:hAnsi="Arial"/>
                <w:b w:val="0"/>
                <w:i w:val="0"/>
                <w:sz w:val="18"/>
              </w:rPr>
              <w:t>Versichertennummer eingetragen</w:t>
            </w:r>
          </w:p>
          <w:p>
            <w:pPr>
              <w:keepLines/>
              <w:spacing w:after="28"/>
              <w:ind w:left="0"/>
            </w:pPr>
            <w:r>
              <w:rPr>
                <w:rFonts w:ascii="Arial" w:hAnsi="Arial"/>
                <w:b w:val="0"/>
                <w:i w:val="0"/>
                <w:color w:val="1F7A7A"/>
                <w:sz w:val="19"/>
              </w:rPr>
              <w:t xml:space="preserve">☐  </w:t>
            </w:r>
            <w:r>
              <w:rPr>
                <w:rFonts w:ascii="Arial" w:hAnsi="Arial"/>
                <w:b w:val="0"/>
                <w:i w:val="0"/>
                <w:sz w:val="18"/>
              </w:rPr>
              <w:t>gewünschten Umfang eindeutig angekreuzt</w:t>
            </w:r>
          </w:p>
          <w:p>
            <w:pPr>
              <w:keepLines/>
              <w:spacing w:after="28"/>
              <w:ind w:left="0"/>
            </w:pPr>
            <w:r>
              <w:rPr>
                <w:rFonts w:ascii="Arial" w:hAnsi="Arial"/>
                <w:b w:val="0"/>
                <w:i w:val="0"/>
                <w:color w:val="1F7A7A"/>
                <w:sz w:val="19"/>
              </w:rPr>
              <w:t xml:space="preserve">☐  </w:t>
            </w:r>
            <w:r>
              <w:rPr>
                <w:rFonts w:ascii="Arial" w:hAnsi="Arial"/>
                <w:b w:val="0"/>
                <w:i w:val="0"/>
                <w:sz w:val="18"/>
              </w:rPr>
              <w:t>Einschränkungen geprüft</w:t>
            </w:r>
          </w:p>
          <w:p>
            <w:pPr>
              <w:keepLines/>
              <w:spacing w:after="28"/>
              <w:ind w:left="0"/>
            </w:pPr>
            <w:r>
              <w:rPr>
                <w:rFonts w:ascii="Arial" w:hAnsi="Arial"/>
                <w:b w:val="0"/>
                <w:i w:val="0"/>
                <w:color w:val="1F7A7A"/>
                <w:sz w:val="19"/>
              </w:rPr>
              <w:t xml:space="preserve">☐  </w:t>
            </w:r>
            <w:r>
              <w:rPr>
                <w:rFonts w:ascii="Arial" w:hAnsi="Arial"/>
                <w:b w:val="0"/>
                <w:i w:val="0"/>
                <w:sz w:val="18"/>
              </w:rPr>
              <w:t>Vollmacht unterschrieben</w:t>
            </w:r>
          </w:p>
        </w:tc>
        <w:tc>
          <w:tcPr>
            <w:tcW w:type="dxa" w:w="5241"/>
            <w:shd w:fill="F7F9FA"/>
            <w:tcMar>
              <w:top w:w="65" w:type="dxa"/>
              <w:start w:w="90" w:type="dxa"/>
              <w:bottom w:w="65" w:type="dxa"/>
              <w:end w:w="90" w:type="dxa"/>
            </w:tcMar>
            <w:tcBorders>
              <w:top w:val="single" w:sz="4" w:color="D8E4E8"/>
              <w:left w:val="single" w:sz="4" w:color="D8E4E8"/>
              <w:bottom w:val="single" w:sz="4" w:color="D8E4E8"/>
              <w:right w:val="single" w:sz="4" w:color="D8E4E8"/>
            </w:tcBorders>
            <w:vAlign w:val="center"/>
          </w:tcPr>
          <w:p>
            <w:pPr>
              <w:keepLines/>
            </w:pPr>
          </w:p>
          <w:p>
            <w:pPr>
              <w:keepLines/>
              <w:spacing w:after="28"/>
              <w:ind w:left="0"/>
            </w:pPr>
            <w:r>
              <w:rPr>
                <w:rFonts w:ascii="Arial" w:hAnsi="Arial"/>
                <w:b w:val="0"/>
                <w:i w:val="0"/>
                <w:color w:val="1F7A7A"/>
                <w:sz w:val="19"/>
              </w:rPr>
              <w:t xml:space="preserve">☐  </w:t>
            </w:r>
            <w:r>
              <w:rPr>
                <w:rFonts w:ascii="Arial" w:hAnsi="Arial"/>
                <w:b w:val="0"/>
                <w:i w:val="0"/>
                <w:sz w:val="18"/>
              </w:rPr>
              <w:t>Kopie für eigene Unterlagen erstellt</w:t>
            </w:r>
          </w:p>
          <w:p>
            <w:pPr>
              <w:keepLines/>
              <w:spacing w:after="28"/>
              <w:ind w:left="0"/>
            </w:pPr>
            <w:r>
              <w:rPr>
                <w:rFonts w:ascii="Arial" w:hAnsi="Arial"/>
                <w:b w:val="0"/>
                <w:i w:val="0"/>
                <w:color w:val="1F7A7A"/>
                <w:sz w:val="19"/>
              </w:rPr>
              <w:t xml:space="preserve">☐  </w:t>
            </w:r>
            <w:r>
              <w:rPr>
                <w:rFonts w:ascii="Arial" w:hAnsi="Arial"/>
                <w:b w:val="0"/>
                <w:i w:val="0"/>
                <w:sz w:val="18"/>
              </w:rPr>
              <w:t>Einreichungsweg der Krankenkasse geprüft</w:t>
            </w:r>
          </w:p>
          <w:p>
            <w:pPr>
              <w:keepLines/>
              <w:spacing w:after="28"/>
              <w:ind w:left="0"/>
            </w:pPr>
            <w:r>
              <w:rPr>
                <w:rFonts w:ascii="Arial" w:hAnsi="Arial"/>
                <w:b w:val="0"/>
                <w:i w:val="0"/>
                <w:color w:val="1F7A7A"/>
                <w:sz w:val="19"/>
              </w:rPr>
              <w:t xml:space="preserve">☐  </w:t>
            </w:r>
            <w:r>
              <w:rPr>
                <w:rFonts w:ascii="Arial" w:hAnsi="Arial"/>
                <w:b w:val="0"/>
                <w:i w:val="0"/>
                <w:sz w:val="18"/>
              </w:rPr>
              <w:t>zusätzliche Vollmacht für Zahlungen geprüft, falls relevant</w:t>
            </w:r>
          </w:p>
          <w:p>
            <w:pPr>
              <w:keepLines/>
              <w:spacing w:after="28"/>
              <w:ind w:left="0"/>
            </w:pPr>
            <w:r>
              <w:rPr>
                <w:rFonts w:ascii="Arial" w:hAnsi="Arial"/>
                <w:b w:val="0"/>
                <w:i w:val="0"/>
                <w:color w:val="1F7A7A"/>
                <w:sz w:val="19"/>
              </w:rPr>
              <w:t xml:space="preserve">☐  </w:t>
            </w:r>
            <w:r>
              <w:rPr>
                <w:rFonts w:ascii="Arial" w:hAnsi="Arial"/>
                <w:b w:val="0"/>
                <w:i w:val="0"/>
                <w:sz w:val="18"/>
              </w:rPr>
              <w:t>Identitätsnachweis nur beifügen, wenn die Krankenkasse ihn verlangt</w:t>
            </w:r>
          </w:p>
        </w:tc>
      </w:tr>
    </w:tbl>
    <w:p>
      <w:pPr>
        <w:spacing w:before="100" w:after="0"/>
      </w:pPr>
      <w:r>
        <w:rPr>
          <w:rFonts w:ascii="Arial" w:hAnsi="Arial"/>
          <w:b/>
          <w:i w:val="0"/>
          <w:color w:val="173A5E"/>
          <w:sz w:val="15"/>
        </w:rPr>
        <w:t xml:space="preserve">Wichtiger Hinweis: </w:t>
      </w:r>
      <w:r>
        <w:rPr>
          <w:rFonts w:ascii="Arial" w:hAnsi="Arial"/>
          <w:b w:val="0"/>
          <w:i w:val="0"/>
          <w:color w:val="60717D"/>
          <w:sz w:val="15"/>
        </w:rPr>
        <w:t>Diese allgemeine Vorlage ersetzt keine individuelle Rechtsberatung. Krankenkassen können eigene Formulare, Identitätsprüfungen oder zusätzliche Erklärungen verlangen. Für medizinische Behandlungsentscheidungen ist diese Krankenkassenvollmacht nicht als Ersatz für eine Vorsorge- oder Gesundheitsvollmacht gedacht.</w:t>
      </w:r>
    </w:p>
    <w:sectPr w:rsidR="00FC693F" w:rsidRPr="0006063C" w:rsidSect="00034616">
      <w:headerReference w:type="default" r:id="rId9"/>
      <w:footerReference w:type="default" r:id="rId10"/>
      <w:pgSz w:w="12240" w:h="15840"/>
      <w:pgMar w:top="822" w:right="879" w:bottom="822" w:left="879"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0717D"/>
        <w:sz w:val="14"/>
      </w:rPr>
      <w:t>Allgemeine Vorlage – bitte vor Einreichung den gewünschten Umfang prüfen.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60717D"/>
        <w:sz w:val="15"/>
      </w:rPr>
      <w:t>VOLLMACHT • KRANKENKASSE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color w:val="1D2A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X">
    <w:name w:val="TitleX"/>
    <w:pPr>
      <w:spacing w:after="40"/>
    </w:pPr>
    <w:rPr>
      <w:rFonts w:ascii="Arial" w:hAnsi="Arial"/>
      <w:b/>
      <w:color w:val="173A5E"/>
      <w:sz w:val="48"/>
    </w:rPr>
  </w:style>
  <w:style w:type="paragraph" w:customStyle="1" w:styleId="SubtitleX">
    <w:name w:val="SubtitleX"/>
    <w:pPr>
      <w:spacing w:after="40"/>
    </w:pPr>
    <w:rPr>
      <w:rFonts w:ascii="Arial" w:hAnsi="Arial"/>
      <w:b w:val="0"/>
      <w:color w:val="60717D"/>
      <w:sz w:val="21"/>
    </w:rPr>
  </w:style>
  <w:style w:type="paragraph" w:customStyle="1" w:styleId="SectionX">
    <w:name w:val="SectionX"/>
    <w:pPr>
      <w:spacing w:after="40"/>
    </w:pPr>
    <w:rPr>
      <w:rFonts w:ascii="Arial" w:hAnsi="Arial"/>
      <w:b/>
      <w:color w:val="173A5E"/>
      <w:sz w:val="25"/>
    </w:rPr>
  </w:style>
  <w:style w:type="paragraph" w:customStyle="1" w:styleId="SmallX">
    <w:name w:val="SmallX"/>
    <w:pPr>
      <w:spacing w:after="40"/>
    </w:pPr>
    <w:rPr>
      <w:rFonts w:ascii="Arial" w:hAnsi="Arial"/>
      <w:b w:val="0"/>
      <w:color w:val="60717D"/>
      <w:sz w:val="15"/>
    </w:rPr>
  </w:style>
  <w:style w:type="paragraph" w:customStyle="1" w:styleId="FieldLabelX">
    <w:name w:val="FieldLabelX"/>
    <w:pPr>
      <w:spacing w:after="40"/>
    </w:pPr>
    <w:rPr>
      <w:rFonts w:ascii="Arial" w:hAnsi="Arial"/>
      <w:b/>
      <w:color w:val="60717D"/>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Krankenkasse Vorlage</dc:title>
  <dc:subject>Allgemeine Vollmacht für Kranken- und Pflegeversicherungsangelegenheiten</dc:subject>
  <dc:creator/>
  <cp:keywords>Vollmacht, Krankenkasse, Pflegekasse, Vorlage</cp:keywords>
  <dc:description/>
  <cp:lastModifiedBy/>
  <cp:revision>1</cp:revision>
  <dcterms:created xsi:type="dcterms:W3CDTF">2013-12-23T23:15:00Z</dcterms:created>
  <dcterms:modified xsi:type="dcterms:W3CDTF">2013-12-23T23:15:00Z</dcterms:modified>
  <cp:category/>
</cp:coreProperties>
</file>