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"/>
      </w:pPr>
      <w:r>
        <w:rPr>
          <w:rFonts w:ascii="Carlito" w:hAnsi="Carlito"/>
          <w:b/>
          <w:i w:val="0"/>
          <w:color w:val="17283F"/>
          <w:sz w:val="43"/>
        </w:rPr>
        <w:t>Vollmacht für mehrere Personen</w:t>
      </w:r>
    </w:p>
    <w:p>
      <w:pPr>
        <w:pStyle w:val="Subtitle"/>
      </w:pPr>
      <w:r>
        <w:rPr>
          <w:rFonts w:ascii="Carlito" w:hAnsi="Carlito"/>
          <w:b w:val="0"/>
          <w:i w:val="0"/>
        </w:rPr>
        <w:t>Allgemeine, anpassbare Vertretungsvollmacht für private und organisatorische Angelegenheiten.</w:t>
      </w:r>
    </w:p>
    <w:p>
      <w:pPr>
        <w:spacing w:after="80" w:line="8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F3F6F9"/>
            <w:tcMar>
              <w:top w:w="120" w:type="dxa"/>
              <w:start w:w="170" w:type="dxa"/>
              <w:bottom w:w="118" w:type="dxa"/>
              <w:end w:w="170" w:type="dxa"/>
            </w:tcMar>
            <w:tcBorders>
              <w:start w:val="single" w:sz="20" w:color="176D72"/>
            </w:tcBorders>
          </w:tcPr>
          <w:p>
            <w:pPr>
              <w:pStyle w:val="Small"/>
            </w:pPr>
            <w:r>
              <w:rPr>
                <w:rFonts w:ascii="Carlito" w:hAnsi="Carlito"/>
                <w:b w:val="0"/>
                <w:i w:val="0"/>
                <w:color w:val="526174"/>
                <w:sz w:val="17"/>
              </w:rPr>
              <w:t>Zum Ausfüllen: Grau hinterlegte Felder in Word anklicken und überschreiben. Nicht benötigte Personenblöcke löschen oder weitere duplizieren. Auf Seite 2 jeweils genau eine Vertretungsregel auswählen.</w:t>
            </w:r>
          </w:p>
        </w:tc>
      </w:tr>
    </w:tbl>
    <w:p>
      <w:pPr>
        <w:spacing w:after="10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01  </w:t>
      </w:r>
      <w:r>
        <w:rPr>
          <w:rFonts w:ascii="Carlito" w:hAnsi="Carlito"/>
          <w:b/>
          <w:i w:val="0"/>
          <w:color w:val="17283F"/>
          <w:sz w:val="22"/>
        </w:rPr>
        <w:t>Vollmachtgeberinnen und Vollmachtgeber</w:t>
      </w:r>
    </w:p>
    <w:p>
      <w:pPr>
        <w:pStyle w:val="Small"/>
        <w:spacing w:after="120"/>
      </w:pPr>
      <w:r>
        <w:rPr>
          <w:rFonts w:ascii="Carlito" w:hAnsi="Carlito"/>
          <w:b w:val="0"/>
          <w:i w:val="0"/>
          <w:color w:val="526174"/>
          <w:sz w:val="16"/>
        </w:rPr>
        <w:t>Nur die Personen, die diese Urkunde unterschreiben, erteilen eine Vollmacht. Jede Person handelt insoweit für sich selbst.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633"/>
      </w:tblGrid>
      <w:tr>
        <w:trPr>
          <w:trHeight w:hRule="atLeast"/>
          <w:cantSplit/>
        </w:trPr>
        <w:tc>
          <w:tcPr>
            <w:tcW w:type="dxa" w:w="9638"/>
            <w:gridSpan w:val="2"/>
            <w:shd w:fill="E7F3F1"/>
            <w:tcMar>
              <w:top w:w="56" w:type="dxa"/>
              <w:start w:w="140" w:type="dxa"/>
              <w:bottom w:w="50" w:type="dxa"/>
              <w:end w:w="140" w:type="dxa"/>
            </w:tcMar>
          </w:tcPr>
          <w:p>
            <w:pPr>
              <w:pStyle w:val="CardHead"/>
            </w:pPr>
            <w:r>
              <w:rPr>
                <w:rFonts w:ascii="Carlito" w:hAnsi="Carlito"/>
                <w:b/>
                <w:i w:val="0"/>
                <w:color w:val="176D72"/>
                <w:sz w:val="17"/>
              </w:rPr>
              <w:t xml:space="preserve">A1   </w:t>
            </w:r>
            <w:r>
              <w:rPr>
                <w:rFonts w:ascii="Carlito" w:hAnsi="Carlito"/>
                <w:b/>
                <w:i w:val="0"/>
                <w:color w:val="17283F"/>
                <w:sz w:val="18"/>
              </w:rPr>
              <w:t>Vollmachtgebende Person 1</w:t>
            </w:r>
          </w:p>
        </w:tc>
      </w:tr>
      <w:tr>
        <w:trPr>
          <w:trHeight w:hRule="atLeast"/>
          <w:cantSplit/>
        </w:trPr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VOR- UND NACHNAME</w:t>
            </w:r>
          </w:p>
          <w:p>
            <w:pPr>
              <w:pStyle w:val="Small"/>
            </w:pPr>
            <w:sdt>
              <w:sdtPr>
                <w:alias w:val="A1 Name"/>
                <w:tag w:val="A1_name"/>
                <w:id w:val="1001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Name eintragen</w:t>
                </w:r>
              </w:sdtContent>
            </w:sdt>
          </w:p>
        </w:tc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ANSCHRIFT UND GEBURTSDATUM</w:t>
            </w:r>
          </w:p>
          <w:p>
            <w:pPr>
              <w:pStyle w:val="Small"/>
            </w:pPr>
            <w:sdt>
              <w:sdtPr>
                <w:alias w:val="A1 Adresse"/>
                <w:tag w:val="A1_adresse"/>
                <w:id w:val="1002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Straße, Hausnr., PLZ, Ort  ·  geb. am ...</w:t>
                </w:r>
              </w:sdtContent>
            </w:sdt>
          </w:p>
        </w:tc>
      </w:tr>
    </w:tbl>
    <w:p>
      <w:pPr>
        <w:spacing w:after="80" w:line="84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633"/>
      </w:tblGrid>
      <w:tr>
        <w:trPr>
          <w:trHeight w:hRule="atLeast"/>
          <w:cantSplit/>
        </w:trPr>
        <w:tc>
          <w:tcPr>
            <w:tcW w:type="dxa" w:w="9638"/>
            <w:gridSpan w:val="2"/>
            <w:shd w:fill="E7F3F1"/>
            <w:tcMar>
              <w:top w:w="56" w:type="dxa"/>
              <w:start w:w="140" w:type="dxa"/>
              <w:bottom w:w="50" w:type="dxa"/>
              <w:end w:w="140" w:type="dxa"/>
            </w:tcMar>
          </w:tcPr>
          <w:p>
            <w:pPr>
              <w:pStyle w:val="CardHead"/>
            </w:pPr>
            <w:r>
              <w:rPr>
                <w:rFonts w:ascii="Carlito" w:hAnsi="Carlito"/>
                <w:b/>
                <w:i w:val="0"/>
                <w:color w:val="176D72"/>
                <w:sz w:val="17"/>
              </w:rPr>
              <w:t xml:space="preserve">A2   </w:t>
            </w:r>
            <w:r>
              <w:rPr>
                <w:rFonts w:ascii="Carlito" w:hAnsi="Carlito"/>
                <w:b/>
                <w:i w:val="0"/>
                <w:color w:val="17283F"/>
                <w:sz w:val="18"/>
              </w:rPr>
              <w:t>Vollmachtgebende Person 2</w:t>
            </w:r>
          </w:p>
        </w:tc>
      </w:tr>
      <w:tr>
        <w:trPr>
          <w:trHeight w:hRule="atLeast"/>
          <w:cantSplit/>
        </w:trPr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VOR- UND NACHNAME</w:t>
            </w:r>
          </w:p>
          <w:p>
            <w:pPr>
              <w:pStyle w:val="Small"/>
            </w:pPr>
            <w:sdt>
              <w:sdtPr>
                <w:alias w:val="A2 Name"/>
                <w:tag w:val="A2_name"/>
                <w:id w:val="1003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Name eintragen</w:t>
                </w:r>
              </w:sdtContent>
            </w:sdt>
          </w:p>
        </w:tc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ANSCHRIFT UND GEBURTSDATUM</w:t>
            </w:r>
          </w:p>
          <w:p>
            <w:pPr>
              <w:pStyle w:val="Small"/>
            </w:pPr>
            <w:sdt>
              <w:sdtPr>
                <w:alias w:val="A2 Adresse"/>
                <w:tag w:val="A2_adresse"/>
                <w:id w:val="1004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Straße, Hausnr., PLZ, Ort  ·  geb. am ...</w:t>
                </w:r>
              </w:sdtContent>
            </w:sdt>
          </w:p>
        </w:tc>
      </w:tr>
    </w:tbl>
    <w:p>
      <w:pPr>
        <w:spacing w:after="80" w:line="84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633"/>
      </w:tblGrid>
      <w:tr>
        <w:trPr>
          <w:trHeight w:hRule="atLeast"/>
          <w:cantSplit/>
        </w:trPr>
        <w:tc>
          <w:tcPr>
            <w:tcW w:type="dxa" w:w="9638"/>
            <w:gridSpan w:val="2"/>
            <w:shd w:fill="E7F3F1"/>
            <w:tcMar>
              <w:top w:w="56" w:type="dxa"/>
              <w:start w:w="140" w:type="dxa"/>
              <w:bottom w:w="50" w:type="dxa"/>
              <w:end w:w="140" w:type="dxa"/>
            </w:tcMar>
          </w:tcPr>
          <w:p>
            <w:pPr>
              <w:pStyle w:val="CardHead"/>
            </w:pPr>
            <w:r>
              <w:rPr>
                <w:rFonts w:ascii="Carlito" w:hAnsi="Carlito"/>
                <w:b/>
                <w:i w:val="0"/>
                <w:color w:val="176D72"/>
                <w:sz w:val="17"/>
              </w:rPr>
              <w:t xml:space="preserve">A3   </w:t>
            </w:r>
            <w:r>
              <w:rPr>
                <w:rFonts w:ascii="Carlito" w:hAnsi="Carlito"/>
                <w:b/>
                <w:i w:val="0"/>
                <w:color w:val="17283F"/>
                <w:sz w:val="18"/>
              </w:rPr>
              <w:t>Vollmachtgebende Person 3</w:t>
            </w:r>
          </w:p>
        </w:tc>
      </w:tr>
      <w:tr>
        <w:trPr>
          <w:trHeight w:hRule="atLeast"/>
          <w:cantSplit/>
        </w:trPr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VOR- UND NACHNAME</w:t>
            </w:r>
          </w:p>
          <w:p>
            <w:pPr>
              <w:pStyle w:val="Small"/>
            </w:pPr>
            <w:sdt>
              <w:sdtPr>
                <w:alias w:val="A3 Name"/>
                <w:tag w:val="A3_name"/>
                <w:id w:val="1005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Name eintragen</w:t>
                </w:r>
              </w:sdtContent>
            </w:sdt>
          </w:p>
        </w:tc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ANSCHRIFT UND GEBURTSDATUM</w:t>
            </w:r>
          </w:p>
          <w:p>
            <w:pPr>
              <w:pStyle w:val="Small"/>
            </w:pPr>
            <w:sdt>
              <w:sdtPr>
                <w:alias w:val="A3 Adresse"/>
                <w:tag w:val="A3_adresse"/>
                <w:id w:val="1006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Straße, Hausnr., PLZ, Ort  ·  geb. am ...</w:t>
                </w:r>
              </w:sdtContent>
            </w:sdt>
          </w:p>
        </w:tc>
      </w:tr>
    </w:tbl>
    <w:p>
      <w:pPr>
        <w:spacing w:after="8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02  </w:t>
      </w:r>
      <w:r>
        <w:rPr>
          <w:rFonts w:ascii="Carlito" w:hAnsi="Carlito"/>
          <w:b/>
          <w:i w:val="0"/>
          <w:color w:val="17283F"/>
          <w:sz w:val="22"/>
        </w:rPr>
        <w:t>Bevollmächtigte Personen</w:t>
      </w:r>
    </w:p>
    <w:p>
      <w:pPr>
        <w:pStyle w:val="Small"/>
        <w:spacing w:after="120"/>
      </w:pPr>
      <w:r>
        <w:rPr>
          <w:rFonts w:ascii="Carlito" w:hAnsi="Carlito"/>
          <w:b w:val="0"/>
          <w:i w:val="0"/>
          <w:color w:val="526174"/>
          <w:sz w:val="16"/>
        </w:rPr>
        <w:t>Hier die Personen eintragen, die vertreten dürfen; falls nötig zusätzliche Blöcke ergänzen.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633"/>
      </w:tblGrid>
      <w:tr>
        <w:trPr>
          <w:trHeight w:hRule="atLeast"/>
          <w:cantSplit/>
        </w:trPr>
        <w:tc>
          <w:tcPr>
            <w:tcW w:type="dxa" w:w="9638"/>
            <w:gridSpan w:val="2"/>
            <w:shd w:fill="E7F3F1"/>
            <w:tcMar>
              <w:top w:w="56" w:type="dxa"/>
              <w:start w:w="140" w:type="dxa"/>
              <w:bottom w:w="50" w:type="dxa"/>
              <w:end w:w="140" w:type="dxa"/>
            </w:tcMar>
          </w:tcPr>
          <w:p>
            <w:pPr>
              <w:pStyle w:val="CardHead"/>
            </w:pPr>
            <w:r>
              <w:rPr>
                <w:rFonts w:ascii="Carlito" w:hAnsi="Carlito"/>
                <w:b/>
                <w:i w:val="0"/>
                <w:color w:val="176D72"/>
                <w:sz w:val="17"/>
              </w:rPr>
              <w:t xml:space="preserve">B1   </w:t>
            </w:r>
            <w:r>
              <w:rPr>
                <w:rFonts w:ascii="Carlito" w:hAnsi="Carlito"/>
                <w:b/>
                <w:i w:val="0"/>
                <w:color w:val="17283F"/>
                <w:sz w:val="18"/>
              </w:rPr>
              <w:t>Bevollmächtigte Person 1</w:t>
            </w:r>
          </w:p>
        </w:tc>
      </w:tr>
      <w:tr>
        <w:trPr>
          <w:trHeight w:hRule="atLeast"/>
          <w:cantSplit/>
        </w:trPr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VOR- UND NACHNAME</w:t>
            </w:r>
          </w:p>
          <w:p>
            <w:pPr>
              <w:pStyle w:val="Small"/>
            </w:pPr>
            <w:sdt>
              <w:sdtPr>
                <w:alias w:val="B1 Name"/>
                <w:tag w:val="B1_name"/>
                <w:id w:val="1007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Name eintragen</w:t>
                </w:r>
              </w:sdtContent>
            </w:sdt>
          </w:p>
        </w:tc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ANSCHRIFT UND GEBURTSDATUM</w:t>
            </w:r>
          </w:p>
          <w:p>
            <w:pPr>
              <w:pStyle w:val="Small"/>
            </w:pPr>
            <w:sdt>
              <w:sdtPr>
                <w:alias w:val="B1 Adresse"/>
                <w:tag w:val="B1_adresse"/>
                <w:id w:val="1008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Straße, Hausnr., PLZ, Ort  ·  geb. am ...</w:t>
                </w:r>
              </w:sdtContent>
            </w:sdt>
          </w:p>
        </w:tc>
      </w:tr>
    </w:tbl>
    <w:p>
      <w:pPr>
        <w:spacing w:after="80" w:line="84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633"/>
      </w:tblGrid>
      <w:tr>
        <w:trPr>
          <w:trHeight w:hRule="atLeast"/>
          <w:cantSplit/>
        </w:trPr>
        <w:tc>
          <w:tcPr>
            <w:tcW w:type="dxa" w:w="9638"/>
            <w:gridSpan w:val="2"/>
            <w:shd w:fill="E7F3F1"/>
            <w:tcMar>
              <w:top w:w="56" w:type="dxa"/>
              <w:start w:w="140" w:type="dxa"/>
              <w:bottom w:w="50" w:type="dxa"/>
              <w:end w:w="140" w:type="dxa"/>
            </w:tcMar>
          </w:tcPr>
          <w:p>
            <w:pPr>
              <w:pStyle w:val="CardHead"/>
            </w:pPr>
            <w:r>
              <w:rPr>
                <w:rFonts w:ascii="Carlito" w:hAnsi="Carlito"/>
                <w:b/>
                <w:i w:val="0"/>
                <w:color w:val="176D72"/>
                <w:sz w:val="17"/>
              </w:rPr>
              <w:t xml:space="preserve">B2   </w:t>
            </w:r>
            <w:r>
              <w:rPr>
                <w:rFonts w:ascii="Carlito" w:hAnsi="Carlito"/>
                <w:b/>
                <w:i w:val="0"/>
                <w:color w:val="17283F"/>
                <w:sz w:val="18"/>
              </w:rPr>
              <w:t>Bevollmächtigte Person 2</w:t>
            </w:r>
          </w:p>
        </w:tc>
      </w:tr>
      <w:tr>
        <w:trPr>
          <w:trHeight w:hRule="atLeast"/>
          <w:cantSplit/>
        </w:trPr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VOR- UND NACHNAME</w:t>
            </w:r>
          </w:p>
          <w:p>
            <w:pPr>
              <w:pStyle w:val="Small"/>
            </w:pPr>
            <w:sdt>
              <w:sdtPr>
                <w:alias w:val="B2 Name"/>
                <w:tag w:val="B2_name"/>
                <w:id w:val="1009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Name eintragen</w:t>
                </w:r>
              </w:sdtContent>
            </w:sdt>
          </w:p>
        </w:tc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ANSCHRIFT UND GEBURTSDATUM</w:t>
            </w:r>
          </w:p>
          <w:p>
            <w:pPr>
              <w:pStyle w:val="Small"/>
            </w:pPr>
            <w:sdt>
              <w:sdtPr>
                <w:alias w:val="B2 Adresse"/>
                <w:tag w:val="B2_adresse"/>
                <w:id w:val="1010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Straße, Hausnr., PLZ, Ort  ·  geb. am ...</w:t>
                </w:r>
              </w:sdtContent>
            </w:sdt>
          </w:p>
        </w:tc>
      </w:tr>
    </w:tbl>
    <w:p>
      <w:pPr>
        <w:spacing w:after="80" w:line="84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633"/>
      </w:tblGrid>
      <w:tr>
        <w:trPr>
          <w:trHeight w:hRule="atLeast"/>
          <w:cantSplit/>
        </w:trPr>
        <w:tc>
          <w:tcPr>
            <w:tcW w:type="dxa" w:w="9638"/>
            <w:gridSpan w:val="2"/>
            <w:shd w:fill="E7F3F1"/>
            <w:tcMar>
              <w:top w:w="56" w:type="dxa"/>
              <w:start w:w="140" w:type="dxa"/>
              <w:bottom w:w="50" w:type="dxa"/>
              <w:end w:w="140" w:type="dxa"/>
            </w:tcMar>
          </w:tcPr>
          <w:p>
            <w:pPr>
              <w:pStyle w:val="CardHead"/>
            </w:pPr>
            <w:r>
              <w:rPr>
                <w:rFonts w:ascii="Carlito" w:hAnsi="Carlito"/>
                <w:b/>
                <w:i w:val="0"/>
                <w:color w:val="176D72"/>
                <w:sz w:val="17"/>
              </w:rPr>
              <w:t xml:space="preserve">B3   </w:t>
            </w:r>
            <w:r>
              <w:rPr>
                <w:rFonts w:ascii="Carlito" w:hAnsi="Carlito"/>
                <w:b/>
                <w:i w:val="0"/>
                <w:color w:val="17283F"/>
                <w:sz w:val="18"/>
              </w:rPr>
              <w:t>Bevollmächtigte Person 3</w:t>
            </w:r>
          </w:p>
        </w:tc>
      </w:tr>
      <w:tr>
        <w:trPr>
          <w:trHeight w:hRule="atLeast"/>
          <w:cantSplit/>
        </w:trPr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VOR- UND NACHNAME</w:t>
            </w:r>
          </w:p>
          <w:p>
            <w:pPr>
              <w:pStyle w:val="Small"/>
            </w:pPr>
            <w:sdt>
              <w:sdtPr>
                <w:alias w:val="B3 Name"/>
                <w:tag w:val="B3_name"/>
                <w:id w:val="1011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Name eintragen</w:t>
                </w:r>
              </w:sdtContent>
            </w:sdt>
          </w:p>
        </w:tc>
        <w:tc>
          <w:tcPr>
            <w:tcW w:type="dxa" w:w="4819"/>
            <w:shd w:fill="F3F6F9"/>
            <w:tcMar>
              <w:top w:w="90" w:type="dxa"/>
              <w:start w:w="140" w:type="dxa"/>
              <w:bottom w:w="84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ANSCHRIFT UND GEBURTSDATUM</w:t>
            </w:r>
          </w:p>
          <w:p>
            <w:pPr>
              <w:pStyle w:val="Small"/>
            </w:pPr>
            <w:sdt>
              <w:sdtPr>
                <w:alias w:val="B3 Adresse"/>
                <w:tag w:val="B3_adresse"/>
                <w:id w:val="1012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Straße, Hausnr., PLZ, Ort  ·  geb. am ...</w:t>
                </w:r>
              </w:sdtContent>
            </w:sdt>
          </w:p>
        </w:tc>
      </w:tr>
    </w:tbl>
    <w:p>
      <w:pPr>
        <w:spacing w:after="80" w:line="84" w:lineRule="auto"/>
      </w:pPr>
    </w:p>
    <w:p>
      <w:r>
        <w:br w:type="page"/>
      </w:r>
    </w:p>
    <w:p>
      <w:pPr>
        <w:pStyle w:val="DocTitle"/>
      </w:pPr>
      <w:r>
        <w:rPr>
          <w:rFonts w:ascii="Carlito" w:hAnsi="Carlito"/>
          <w:b/>
          <w:i w:val="0"/>
          <w:color w:val="17283F"/>
          <w:sz w:val="43"/>
        </w:rPr>
        <w:t>Umfang &amp; Vertretungsart</w:t>
      </w:r>
    </w:p>
    <w:p>
      <w:pPr>
        <w:pStyle w:val="Subtitle"/>
      </w:pPr>
      <w:r>
        <w:rPr>
          <w:rFonts w:ascii="Carlito" w:hAnsi="Carlito"/>
          <w:b w:val="0"/>
          <w:i w:val="0"/>
        </w:rPr>
        <w:t>Festlegen, was erlaubt ist – und wer wie handeln darf.</w:t>
      </w:r>
    </w:p>
    <w:p>
      <w:pPr>
        <w:spacing w:after="12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03  </w:t>
      </w:r>
      <w:r>
        <w:rPr>
          <w:rFonts w:ascii="Carlito" w:hAnsi="Carlito"/>
          <w:b/>
          <w:i w:val="0"/>
          <w:color w:val="17283F"/>
          <w:sz w:val="22"/>
        </w:rPr>
        <w:t>Anliegen und Erklärung</w:t>
      </w:r>
    </w:p>
    <w:p>
      <w:pPr>
        <w:pStyle w:val="Legal"/>
        <w:spacing w:after="140"/>
      </w:pPr>
      <w:r>
        <w:rPr>
          <w:rFonts w:ascii="Carlito" w:hAnsi="Carlito"/>
          <w:b w:val="0"/>
          <w:i w:val="0"/>
          <w:sz w:val="17"/>
        </w:rPr>
        <w:t xml:space="preserve">Die unter Abschnitt 01 aufgeführten und unterzeichnenden Personen bevollmächtigen die unter Abschnitt 02 benannten Personen, </w:t>
      </w:r>
      <w:r>
        <w:rPr>
          <w:rFonts w:ascii="Carlito" w:hAnsi="Carlito"/>
          <w:b w:val="0"/>
          <w:i w:val="0"/>
          <w:sz w:val="17"/>
        </w:rPr>
        <w:t>sie im Rahmen des nachfolgend bezeichneten Anliegens und der ausgewählten Befugnisse gegenüber Dritten zu vertreten.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680" w:hRule="atLeast"/>
          <w:cantSplit/>
        </w:trPr>
        <w:tc>
          <w:tcPr>
            <w:tcW w:type="dxa" w:w="9638"/>
            <w:shd w:fill="F3F6F9"/>
            <w:tcMar>
              <w:top w:w="87" w:type="dxa"/>
              <w:start w:w="145" w:type="dxa"/>
              <w:bottom w:w="87" w:type="dxa"/>
              <w:end w:w="145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ANLIEGEN / ZWECK DER VOLLMACHT</w:t>
            </w:r>
          </w:p>
          <w:p>
            <w:pPr>
              <w:pStyle w:val="Small"/>
            </w:pPr>
            <w:sdt>
              <w:sdtPr>
                <w:alias w:val="Zweck"/>
                <w:tag w:val="zweck"/>
                <w:id w:val="1013"/>
                <w:text w:multiLine="1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Vorgang oder Aufgabe möglichst konkret beschreiben ...</w:t>
                </w:r>
              </w:sdtContent>
            </w:sdt>
          </w:p>
        </w:tc>
      </w:tr>
    </w:tbl>
    <w:p>
      <w:pPr>
        <w:spacing w:after="80" w:line="8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rPr>
          <w:cantSplit/>
        </w:trPr>
        <w:tc>
          <w:tcPr>
            <w:tcW w:type="dxa" w:w="4819"/>
            <w:shd w:fill="F3F6F9"/>
            <w:tcMar>
              <w:top w:w="78" w:type="dxa"/>
              <w:start w:w="140" w:type="dxa"/>
              <w:bottom w:w="82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GEGENÜBER (OPTIONAL)</w:t>
            </w:r>
          </w:p>
          <w:p>
            <w:pPr>
              <w:pStyle w:val="Small"/>
            </w:pPr>
            <w:sdt>
              <w:sdtPr>
                <w:alias w:val="GegenüBer"/>
                <w:tag w:val="gegenüber"/>
                <w:id w:val="1014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Behörde, Einrichtung, Unternehmen ...</w:t>
                </w:r>
              </w:sdtContent>
            </w:sdt>
          </w:p>
        </w:tc>
        <w:tc>
          <w:tcPr>
            <w:tcW w:type="dxa" w:w="4819"/>
            <w:shd w:fill="F3F6F9"/>
            <w:tcMar>
              <w:top w:w="78" w:type="dxa"/>
              <w:start w:w="140" w:type="dxa"/>
              <w:bottom w:w="82" w:type="dxa"/>
              <w:end w:w="140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AKTEN-/VORGANGSNUMMER (OPTIONAL)</w:t>
            </w:r>
          </w:p>
          <w:p>
            <w:pPr>
              <w:pStyle w:val="Small"/>
            </w:pPr>
            <w:sdt>
              <w:sdtPr>
                <w:alias w:val="Vorgangsnummer"/>
                <w:tag w:val="vorgangsnummer"/>
                <w:id w:val="1015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Nummer oder Kennzeichen ...</w:t>
                </w:r>
              </w:sdtContent>
            </w:sdt>
          </w:p>
        </w:tc>
      </w:tr>
    </w:tbl>
    <w:p>
      <w:pPr>
        <w:spacing w:after="8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04  </w:t>
      </w:r>
      <w:r>
        <w:rPr>
          <w:rFonts w:ascii="Carlito" w:hAnsi="Carlito"/>
          <w:b/>
          <w:i w:val="0"/>
          <w:color w:val="17283F"/>
          <w:sz w:val="22"/>
        </w:rPr>
        <w:t>Vertretungsart</w:t>
      </w:r>
    </w:p>
    <w:p>
      <w:pPr>
        <w:pStyle w:val="Small"/>
        <w:spacing w:after="100"/>
      </w:pPr>
      <w:r>
        <w:rPr>
          <w:rFonts w:ascii="Carlito" w:hAnsi="Carlito"/>
          <w:b w:val="0"/>
          <w:i w:val="0"/>
          <w:sz w:val="16"/>
        </w:rPr>
        <w:t>Genau eine Regel markieren. Sie gilt für alle unter Abschnitt 02 genannten Bevollmächtigten, sofern unten nichts Abweichendes eindeutig geregelt wird.</w:t>
      </w:r>
    </w:p>
    <w:p>
      <w:pPr>
        <w:pStyle w:val="Legal"/>
        <w:spacing w:after="50"/>
        <w:ind w:left="0"/>
      </w:pPr>
      <w:sdt>
        <w:sdtPr>
          <w:alias w:val="Einzelvertretung – jede bevollmächtigte Person darf allein handeln."/>
          <w:tag w:val="modus_einzel"/>
          <w:id w:val="20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76D72"/>
              <w:sz w:val="19"/>
            </w:rPr>
            <w:t>☐</w:t>
          </w:r>
        </w:sdtContent>
      </w:sdt>
      <w:r>
        <w:rPr>
          <w:rFonts w:ascii="Carlito" w:hAnsi="Carlito"/>
          <w:b w:val="0"/>
          <w:i w:val="0"/>
          <w:sz w:val="17"/>
        </w:rPr>
        <w:t xml:space="preserve">  Einzelvertretung – jede bevollmächtigte Person darf allein handeln.</w:t>
      </w:r>
    </w:p>
    <w:p>
      <w:pPr>
        <w:pStyle w:val="Legal"/>
        <w:spacing w:after="50"/>
        <w:ind w:left="0"/>
      </w:pPr>
      <w:sdt>
        <w:sdtPr>
          <w:alias w:val="Gesamtvertretung – alle bevollmächtigten Personen handeln nur gemeinsam."/>
          <w:tag w:val="modus_gesamt"/>
          <w:id w:val="20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76D72"/>
              <w:sz w:val="19"/>
            </w:rPr>
            <w:t>☐</w:t>
          </w:r>
        </w:sdtContent>
      </w:sdt>
      <w:r>
        <w:rPr>
          <w:rFonts w:ascii="Carlito" w:hAnsi="Carlito"/>
          <w:b w:val="0"/>
          <w:i w:val="0"/>
          <w:sz w:val="17"/>
        </w:rPr>
        <w:t xml:space="preserve">  Gesamtvertretung – alle bevollmächtigten Personen handeln nur gemeinsam.</w:t>
      </w:r>
    </w:p>
    <w:p>
      <w:pPr>
        <w:pStyle w:val="Legal"/>
        <w:spacing w:after="50"/>
        <w:ind w:left="0"/>
      </w:pPr>
      <w:sdt>
        <w:sdtPr>
          <w:alias w:val="Zweiervertretung – jeweils zwei bevollmächtigte Personen handeln gemeinsam."/>
          <w:tag w:val="modus_zwei"/>
          <w:id w:val="200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76D72"/>
              <w:sz w:val="19"/>
            </w:rPr>
            <w:t>☐</w:t>
          </w:r>
        </w:sdtContent>
      </w:sdt>
      <w:r>
        <w:rPr>
          <w:rFonts w:ascii="Carlito" w:hAnsi="Carlito"/>
          <w:b w:val="0"/>
          <w:i w:val="0"/>
          <w:sz w:val="17"/>
        </w:rPr>
        <w:t xml:space="preserve">  Zweiervertretung – jeweils zwei bevollmächtigte Personen handeln gemeinsam.</w:t>
      </w:r>
    </w:p>
    <w:p>
      <w:pPr>
        <w:pStyle w:val="Small"/>
      </w:pPr>
      <w:r>
        <w:rPr>
          <w:i/>
        </w:rPr>
        <w:t>Bei nur einer bevollmächtigten Person: Einzelvertretung wählen.</w:t>
      </w:r>
    </w:p>
    <w:p>
      <w:pPr>
        <w:spacing w:after="8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05  </w:t>
      </w:r>
      <w:r>
        <w:rPr>
          <w:rFonts w:ascii="Carlito" w:hAnsi="Carlito"/>
          <w:b/>
          <w:i w:val="0"/>
          <w:color w:val="17283F"/>
          <w:sz w:val="22"/>
        </w:rPr>
        <w:t>Zulässige Handlungen</w:t>
      </w:r>
    </w:p>
    <w:p>
      <w:pPr>
        <w:pStyle w:val="Small"/>
        <w:spacing w:after="120"/>
      </w:pPr>
      <w:r>
        <w:rPr>
          <w:rFonts w:ascii="Carlito" w:hAnsi="Carlito"/>
          <w:b w:val="0"/>
          <w:i w:val="0"/>
          <w:sz w:val="16"/>
        </w:rPr>
        <w:t>Nur angekreuzte und vom oben genannten Zweck gedeckte Befugnisse werden erteilt.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w="82" w:type="dxa"/>
              <w:start w:w="85" w:type="dxa"/>
              <w:bottom w:w="70" w:type="dxa"/>
              <w:end w:w="80" w:type="dxa"/>
            </w:tcMar>
            <w:shd w:fill="F3F6F9"/>
          </w:tcPr>
          <w:p>
            <w:pPr>
              <w:pStyle w:val="Small"/>
              <w:spacing w:after="50"/>
              <w:ind w:left="0"/>
            </w:pPr>
            <w:sdt>
              <w:sdtPr>
                <w:alias w:val="Auskünfte einholen und Unterlagen einsehen, soweit zulässig"/>
                <w:tag w:val="bef1"/>
                <w:id w:val="200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Auskünfte einholen und Unterlagen einsehen, soweit zulässig</w:t>
            </w:r>
          </w:p>
        </w:tc>
        <w:tc>
          <w:tcPr>
            <w:tcW w:type="dxa" w:w="4819"/>
            <w:tcMar>
              <w:top w:w="82" w:type="dxa"/>
              <w:start w:w="85" w:type="dxa"/>
              <w:bottom w:w="70" w:type="dxa"/>
              <w:end w:w="80" w:type="dxa"/>
            </w:tcMar>
            <w:shd w:fill="F3F6F9"/>
          </w:tcPr>
          <w:p>
            <w:pPr>
              <w:pStyle w:val="Small"/>
              <w:spacing w:after="50"/>
              <w:ind w:left="0"/>
            </w:pPr>
            <w:sdt>
              <w:sdtPr>
                <w:alias w:val="Unterlagen einreichen oder abholen"/>
                <w:tag w:val="bef2"/>
                <w:id w:val="200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Unterlagen einreichen oder abholen</w:t>
            </w:r>
          </w:p>
        </w:tc>
      </w:tr>
      <w:tr>
        <w:trPr>
          <w:cantSplit/>
        </w:trPr>
        <w:tc>
          <w:tcPr>
            <w:tcW w:type="dxa" w:w="4819"/>
            <w:tcMar>
              <w:top w:w="82" w:type="dxa"/>
              <w:start w:w="85" w:type="dxa"/>
              <w:bottom w:w="70" w:type="dxa"/>
              <w:end w:w="80" w:type="dxa"/>
            </w:tcMar>
          </w:tcPr>
          <w:p>
            <w:pPr>
              <w:pStyle w:val="Small"/>
              <w:spacing w:after="50"/>
              <w:ind w:left="0"/>
            </w:pPr>
            <w:sdt>
              <w:sdtPr>
                <w:alias w:val="Anträge stellen und Erklärungen abgeben"/>
                <w:tag w:val="bef3"/>
                <w:id w:val="200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Anträge stellen und Erklärungen abgeben</w:t>
            </w:r>
          </w:p>
        </w:tc>
        <w:tc>
          <w:tcPr>
            <w:tcW w:type="dxa" w:w="4819"/>
            <w:tcMar>
              <w:top w:w="82" w:type="dxa"/>
              <w:start w:w="85" w:type="dxa"/>
              <w:bottom w:w="70" w:type="dxa"/>
              <w:end w:w="80" w:type="dxa"/>
            </w:tcMar>
          </w:tcPr>
          <w:p>
            <w:pPr>
              <w:pStyle w:val="Small"/>
              <w:spacing w:after="50"/>
              <w:ind w:left="0"/>
            </w:pPr>
            <w:sdt>
              <w:sdtPr>
                <w:alias w:val="Schreiben und Bescheide entgegennehmen"/>
                <w:tag w:val="bef4"/>
                <w:id w:val="200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Schreiben und Bescheide entgegennehmen</w:t>
            </w:r>
          </w:p>
        </w:tc>
      </w:tr>
      <w:tr>
        <w:trPr>
          <w:cantSplit/>
        </w:trPr>
        <w:tc>
          <w:tcPr>
            <w:tcW w:type="dxa" w:w="4819"/>
            <w:tcMar>
              <w:top w:w="82" w:type="dxa"/>
              <w:start w:w="85" w:type="dxa"/>
              <w:bottom w:w="70" w:type="dxa"/>
              <w:end w:w="80" w:type="dxa"/>
            </w:tcMar>
            <w:shd w:fill="F3F6F9"/>
          </w:tcPr>
          <w:p>
            <w:pPr>
              <w:pStyle w:val="Small"/>
              <w:spacing w:after="50"/>
              <w:ind w:left="0"/>
            </w:pPr>
            <w:sdt>
              <w:sdtPr>
                <w:alias w:val="Termine vereinbaren und Anliegen abstimmen"/>
                <w:tag w:val="bef5"/>
                <w:id w:val="200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Termine vereinbaren und Anliegen abstimmen</w:t>
            </w:r>
          </w:p>
        </w:tc>
        <w:tc>
          <w:tcPr>
            <w:tcW w:type="dxa" w:w="4819"/>
            <w:tcMar>
              <w:top w:w="82" w:type="dxa"/>
              <w:start w:w="85" w:type="dxa"/>
              <w:bottom w:w="70" w:type="dxa"/>
              <w:end w:w="80" w:type="dxa"/>
            </w:tcMar>
            <w:shd w:fill="F3F6F9"/>
          </w:tcPr>
          <w:p>
            <w:pPr>
              <w:pStyle w:val="Small"/>
              <w:spacing w:after="50"/>
              <w:ind w:left="0"/>
            </w:pPr>
            <w:sdt>
              <w:sdtPr>
                <w:alias w:val="Genau bezeichnete Verträge / Erklärungen vornehmen"/>
                <w:tag w:val="bef6"/>
                <w:id w:val="200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Genau bezeichnete Verträge / Erklärungen vornehmen</w:t>
            </w:r>
          </w:p>
        </w:tc>
      </w:tr>
    </w:tbl>
    <w:p>
      <w:pPr>
        <w:spacing w:after="80" w:line="84" w:lineRule="auto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635" w:hRule="atLeast"/>
          <w:cantSplit/>
        </w:trPr>
        <w:tc>
          <w:tcPr>
            <w:tcW w:type="dxa" w:w="9638"/>
            <w:shd w:fill="F3F6F9"/>
            <w:tcMar>
              <w:top w:w="87" w:type="dxa"/>
              <w:start w:w="145" w:type="dxa"/>
              <w:bottom w:w="87" w:type="dxa"/>
              <w:end w:w="145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KONKRETE VERTRAGSHANDLUNGEN / WEITERE BEFUGNISSE (FALLS AUSGEWÄHLT)</w:t>
            </w:r>
          </w:p>
          <w:p>
            <w:pPr>
              <w:pStyle w:val="Small"/>
            </w:pPr>
            <w:sdt>
              <w:sdtPr>
                <w:alias w:val="Weitere Befugnisse"/>
                <w:tag w:val="weitere_befugnisse"/>
                <w:id w:val="1016"/>
                <w:text w:multiLine="1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Gegenstand, Grenzen und ggf. Höchstbetrag eintragen ...</w:t>
                </w:r>
              </w:sdtContent>
            </w:sdt>
          </w:p>
        </w:tc>
      </w:tr>
    </w:tbl>
    <w:p>
      <w:pPr>
        <w:spacing w:after="80" w:line="84" w:lineRule="auto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635" w:hRule="atLeast"/>
          <w:cantSplit/>
        </w:trPr>
        <w:tc>
          <w:tcPr>
            <w:tcW w:type="dxa" w:w="9638"/>
            <w:shd w:fill="F3F6F9"/>
            <w:tcMar>
              <w:top w:w="87" w:type="dxa"/>
              <w:start w:w="145" w:type="dxa"/>
              <w:bottom w:w="87" w:type="dxa"/>
              <w:end w:w="145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ABWEICHENDE ZUSTÄNDIGKEITEN ODER AUSDRÜCKLICHE AUSSCHLÜSSE (OPTIONAL)</w:t>
            </w:r>
          </w:p>
          <w:p>
            <w:pPr>
              <w:pStyle w:val="Small"/>
            </w:pPr>
            <w:sdt>
              <w:sdtPr>
                <w:alias w:val="Ausschluesse"/>
                <w:tag w:val="ausschluesse"/>
                <w:id w:val="1017"/>
                <w:text w:multiLine="1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Zum Beispiel: Nur B1 darf ..., B2 und B3 nur gemeinsam ...</w:t>
                </w:r>
              </w:sdtContent>
            </w:sdt>
          </w:p>
        </w:tc>
      </w:tr>
    </w:tbl>
    <w:p>
      <w:r>
        <w:br w:type="page"/>
      </w:r>
    </w:p>
    <w:p>
      <w:pPr>
        <w:pStyle w:val="DocTitle"/>
      </w:pPr>
      <w:r>
        <w:rPr>
          <w:rFonts w:ascii="Carlito" w:hAnsi="Carlito"/>
          <w:b/>
          <w:i w:val="0"/>
          <w:color w:val="17283F"/>
          <w:sz w:val="43"/>
        </w:rPr>
        <w:t>Geltung &amp; Unterschriften</w:t>
      </w:r>
    </w:p>
    <w:p>
      <w:pPr>
        <w:pStyle w:val="Subtitle"/>
      </w:pPr>
      <w:r>
        <w:rPr>
          <w:rFonts w:ascii="Carlito" w:hAnsi="Carlito"/>
          <w:b w:val="0"/>
          <w:i w:val="0"/>
        </w:rPr>
        <w:t>Die Vollmacht wird erst mit der Unterschrift der jeweiligen vollmachtgebenden Person erteilt.</w:t>
      </w:r>
    </w:p>
    <w:p>
      <w:pPr>
        <w:spacing w:after="12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06  </w:t>
      </w:r>
      <w:r>
        <w:rPr>
          <w:rFonts w:ascii="Carlito" w:hAnsi="Carlito"/>
          <w:b/>
          <w:i w:val="0"/>
          <w:color w:val="17283F"/>
          <w:sz w:val="22"/>
        </w:rPr>
        <w:t>Beginn und Ende</w:t>
      </w:r>
    </w:p>
    <w:p>
      <w:pPr>
        <w:pStyle w:val="Small"/>
        <w:spacing w:after="120"/>
      </w:pPr>
      <w:r>
        <w:rPr>
          <w:rFonts w:ascii="Carlito" w:hAnsi="Carlito"/>
          <w:b w:val="0"/>
          <w:i w:val="0"/>
          <w:sz w:val="16"/>
        </w:rPr>
        <w:t>Jeweils eine Option für den Beginn und für das Ende auswählen.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F3F6F9"/>
            <w:tcMar>
              <w:top w:w="110" w:type="dxa"/>
              <w:start w:w="140" w:type="dxa"/>
              <w:bottom w:w="115" w:type="dxa"/>
              <w:end w:w="140" w:type="dxa"/>
            </w:tcMar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176D72"/>
                <w:sz w:val="15"/>
              </w:rPr>
              <w:t>BEGINN DER VOLLMACHT</w:t>
            </w:r>
          </w:p>
          <w:p>
            <w:pPr>
              <w:pStyle w:val="Small"/>
              <w:spacing w:after="50"/>
              <w:ind w:left="0"/>
            </w:pPr>
            <w:sdt>
              <w:sdtPr>
                <w:alias w:val="Mit Unterzeichnung"/>
                <w:tag w:val="start_unterzeichnung"/>
                <w:id w:val="20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Mit Unterzeichnung</w:t>
            </w:r>
            <w:r>
              <w:rPr>
                <w:rFonts w:ascii="Carlito" w:hAnsi="Carlito"/>
                <w:b w:val="0"/>
                <w:i w:val="0"/>
                <w:sz w:val="16"/>
              </w:rPr>
              <w:t xml:space="preserve">     </w:t>
            </w:r>
            <w:sdt>
              <w:sdtPr>
                <w:alias w:val="Ab Datum: "/>
                <w:tag w:val="start_ab"/>
                <w:id w:val="20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Ab Datum: </w:t>
            </w:r>
            <w:sdt>
              <w:sdtPr>
                <w:alias w:val="Start Ab Wert"/>
                <w:tag w:val="start_ab_wert"/>
                <w:id w:val="1018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9638"/>
            <w:shd w:fill="F3F6F9"/>
            <w:tcMar>
              <w:top w:w="110" w:type="dxa"/>
              <w:start w:w="140" w:type="dxa"/>
              <w:bottom w:w="115" w:type="dxa"/>
              <w:end w:w="140" w:type="dxa"/>
            </w:tcMar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176D72"/>
                <w:sz w:val="15"/>
              </w:rPr>
              <w:t>ENDE DER VOLLMACHT</w:t>
            </w:r>
          </w:p>
          <w:p>
            <w:pPr>
              <w:pStyle w:val="Small"/>
              <w:spacing w:after="50"/>
              <w:ind w:left="0"/>
            </w:pPr>
            <w:sdt>
              <w:sdtPr>
                <w:alias w:val="Nach Erledigung des bezeichneten Anliegens"/>
                <w:tag w:val="end_erledigung"/>
                <w:id w:val="201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Nach Erledigung des bezeichneten Anliegens</w:t>
            </w:r>
            <w:r>
              <w:rPr>
                <w:rFonts w:ascii="Carlito" w:hAnsi="Carlito"/>
                <w:b w:val="0"/>
                <w:i w:val="0"/>
                <w:sz w:val="16"/>
              </w:rPr>
              <w:t xml:space="preserve">     </w:t>
            </w:r>
            <w:sdt>
              <w:sdtPr>
                <w:alias w:val="Am Datum: "/>
                <w:tag w:val="end_datum"/>
                <w:id w:val="20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Am Datum: </w:t>
            </w:r>
            <w:sdt>
              <w:sdtPr>
                <w:alias w:val="End Datum Wert"/>
                <w:tag w:val="end_datum_wert"/>
                <w:id w:val="1019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TT.MM.JJJJ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6"/>
              </w:rPr>
              <w:t xml:space="preserve">     </w:t>
            </w:r>
            <w:sdt>
              <w:sdtPr>
                <w:alias w:val="Bis auf Widerruf"/>
                <w:tag w:val="end_widerruf"/>
                <w:id w:val="20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76D72"/>
                    <w:sz w:val="19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sz w:val="17"/>
              </w:rPr>
              <w:t xml:space="preserve">  Bis auf Widerruf</w:t>
            </w:r>
          </w:p>
        </w:tc>
      </w:tr>
    </w:tbl>
    <w:p>
      <w:pPr>
        <w:spacing w:after="16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07  </w:t>
      </w:r>
      <w:r>
        <w:rPr>
          <w:rFonts w:ascii="Carlito" w:hAnsi="Carlito"/>
          <w:b/>
          <w:i w:val="0"/>
          <w:color w:val="17283F"/>
          <w:sz w:val="22"/>
        </w:rPr>
        <w:t>Weitere Bedingungen</w:t>
      </w:r>
    </w:p>
    <w:p>
      <w:pPr>
        <w:pStyle w:val="Legal"/>
        <w:spacing w:after="160"/>
      </w:pPr>
      <w:r>
        <w:rPr>
          <w:rFonts w:ascii="Carlito" w:hAnsi="Carlito"/>
          <w:b w:val="0"/>
          <w:i w:val="0"/>
          <w:sz w:val="17"/>
        </w:rPr>
        <w:t xml:space="preserve">Die Vollmacht ist widerruflich. Jede vollmachtgebende Person kann die von ihr erteilte Vollmacht mit Wirkung für sich widerrufen. </w:t>
      </w:r>
      <w:r>
        <w:rPr>
          <w:rFonts w:ascii="Carlito" w:hAnsi="Carlito"/>
          <w:b w:val="0"/>
          <w:i w:val="0"/>
          <w:sz w:val="17"/>
        </w:rPr>
        <w:t xml:space="preserve">Eine Unterbevollmächtigung und eine Befreiung von den Beschränkungen des § 181 BGB werden nicht erteilt. </w:t>
      </w:r>
      <w:r>
        <w:rPr>
          <w:rFonts w:ascii="Carlito" w:hAnsi="Carlito"/>
          <w:b w:val="0"/>
          <w:i w:val="0"/>
          <w:sz w:val="17"/>
        </w:rPr>
        <w:t>Die Bevollmächtigten dürfen nur im bezeichneten Rahmen tätig werden.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646" w:hRule="atLeast"/>
          <w:cantSplit/>
        </w:trPr>
        <w:tc>
          <w:tcPr>
            <w:tcW w:type="dxa" w:w="9638"/>
            <w:shd w:fill="F3F6F9"/>
            <w:tcMar>
              <w:top w:w="87" w:type="dxa"/>
              <w:start w:w="145" w:type="dxa"/>
              <w:bottom w:w="87" w:type="dxa"/>
              <w:end w:w="145" w:type="dxa"/>
            </w:tcMar>
            <w:tcBorders>
              <w:bottom w:val="single" w:sz="5" w:color="CFD8E2"/>
            </w:tcBorders>
          </w:tcPr>
          <w:p>
            <w:pPr>
              <w:pStyle w:val="FieldLabel"/>
            </w:pPr>
            <w:r>
              <w:rPr>
                <w:rFonts w:ascii="Carlito" w:hAnsi="Carlito"/>
                <w:b/>
                <w:i w:val="0"/>
                <w:color w:val="526174"/>
                <w:sz w:val="14"/>
              </w:rPr>
              <w:t>SONSTIGE VEREINBARUNGEN (OPTIONAL)</w:t>
            </w:r>
          </w:p>
          <w:p>
            <w:pPr>
              <w:pStyle w:val="Small"/>
            </w:pPr>
            <w:sdt>
              <w:sdtPr>
                <w:alias w:val="Zusatz"/>
                <w:tag w:val="zusatz"/>
                <w:id w:val="1020"/>
                <w:text w:multiLine="1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Weitere sachliche Einschränkungen oder Vorgaben ...</w:t>
                </w:r>
              </w:sdtContent>
            </w:sdt>
          </w:p>
        </w:tc>
      </w:tr>
    </w:tbl>
    <w:p>
      <w:pPr>
        <w:spacing w:after="14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08  </w:t>
      </w:r>
      <w:r>
        <w:rPr>
          <w:rFonts w:ascii="Carlito" w:hAnsi="Carlito"/>
          <w:b/>
          <w:i w:val="0"/>
          <w:color w:val="17283F"/>
          <w:sz w:val="22"/>
        </w:rPr>
        <w:t>Unterschriften der Vollmachtgeber</w:t>
      </w:r>
    </w:p>
    <w:p>
      <w:pPr>
        <w:pStyle w:val="Small"/>
        <w:spacing w:after="120"/>
      </w:pPr>
      <w:r>
        <w:rPr>
          <w:rFonts w:ascii="Carlito" w:hAnsi="Carlito"/>
          <w:b w:val="0"/>
          <w:i w:val="0"/>
          <w:sz w:val="16"/>
        </w:rPr>
        <w:t>Alle Personen, die vertreten werden sollen, müssen selbst unterschreiben. Nicht belegte Zeilen können entfernt werden.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rPr>
          <w:cantSplit/>
        </w:trPr>
        <w:tc>
          <w:tcPr>
            <w:tcW w:type="dxa" w:w="4819"/>
            <w:tcMar>
              <w:top w:w="115" w:type="dxa"/>
              <w:start w:w="80" w:type="dxa"/>
              <w:bottom w:w="115" w:type="dxa"/>
              <w:end w:w="170" w:type="dxa"/>
            </w:tcMar>
            <w:tcBorders>
              <w:bottom w:val="single" w:sz="5" w:color="CFD8E2"/>
            </w:tcBorders>
          </w:tcPr>
          <w:p>
            <w:pPr>
              <w:pStyle w:val="Small"/>
            </w:pPr>
            <w:r>
              <w:rPr>
                <w:rFonts w:ascii="Carlito" w:hAnsi="Carlito"/>
                <w:b/>
                <w:i w:val="0"/>
                <w:color w:val="176D72"/>
                <w:sz w:val="16"/>
              </w:rPr>
              <w:t>A1  ·  Ort, Datum</w:t>
            </w:r>
          </w:p>
          <w:p>
            <w:pPr>
              <w:pStyle w:val="Small"/>
            </w:pPr>
            <w:sdt>
              <w:sdtPr>
                <w:alias w:val="Unterschrift Ort Datum 1"/>
                <w:tag w:val="unterschrift_ort_datum_1"/>
                <w:id w:val="1021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Ort, TT.MM.JJJJ</w:t>
                </w:r>
              </w:sdtContent>
            </w:sdt>
          </w:p>
        </w:tc>
        <w:tc>
          <w:tcPr>
            <w:tcW w:type="dxa" w:w="4819"/>
            <w:tcMar>
              <w:top w:w="115" w:type="dxa"/>
              <w:start w:w="80" w:type="dxa"/>
              <w:bottom w:w="115" w:type="dxa"/>
              <w:end w:w="170" w:type="dxa"/>
            </w:tcMar>
            <w:tcBorders>
              <w:bottom w:val="single" w:sz="7" w:color="526174"/>
            </w:tcBorders>
          </w:tcPr>
          <w:p>
            <w:pPr>
              <w:pStyle w:val="Small"/>
            </w:pPr>
            <w:r>
              <w:rPr>
                <w:rFonts w:ascii="Carlito" w:hAnsi="Carlito"/>
                <w:b/>
                <w:i w:val="0"/>
                <w:color w:val="526174"/>
                <w:sz w:val="16"/>
              </w:rPr>
              <w:t>Unterschrift A1</w:t>
            </w:r>
          </w:p>
          <w:p>
            <w:pPr>
              <w:pStyle w:val="Small"/>
            </w:pPr>
            <w:r>
              <w:rPr>
                <w:rFonts w:ascii="Carlito" w:hAnsi="Carlito"/>
                <w:b w:val="0"/>
                <w:i w:val="0"/>
                <w:sz w:val="24"/>
              </w:rPr>
              <w:t xml:space="preserve"> </w:t>
            </w:r>
          </w:p>
        </w:tc>
      </w:tr>
    </w:tbl>
    <w:p>
      <w:pPr>
        <w:spacing w:after="80" w:line="8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rPr>
          <w:cantSplit/>
        </w:trPr>
        <w:tc>
          <w:tcPr>
            <w:tcW w:type="dxa" w:w="4819"/>
            <w:tcMar>
              <w:top w:w="115" w:type="dxa"/>
              <w:start w:w="80" w:type="dxa"/>
              <w:bottom w:w="115" w:type="dxa"/>
              <w:end w:w="170" w:type="dxa"/>
            </w:tcMar>
            <w:tcBorders>
              <w:bottom w:val="single" w:sz="5" w:color="CFD8E2"/>
            </w:tcBorders>
          </w:tcPr>
          <w:p>
            <w:pPr>
              <w:pStyle w:val="Small"/>
            </w:pPr>
            <w:r>
              <w:rPr>
                <w:rFonts w:ascii="Carlito" w:hAnsi="Carlito"/>
                <w:b/>
                <w:i w:val="0"/>
                <w:color w:val="176D72"/>
                <w:sz w:val="16"/>
              </w:rPr>
              <w:t>A2  ·  Ort, Datum</w:t>
            </w:r>
          </w:p>
          <w:p>
            <w:pPr>
              <w:pStyle w:val="Small"/>
            </w:pPr>
            <w:sdt>
              <w:sdtPr>
                <w:alias w:val="Unterschrift Ort Datum 2"/>
                <w:tag w:val="unterschrift_ort_datum_2"/>
                <w:id w:val="1022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Ort, TT.MM.JJJJ</w:t>
                </w:r>
              </w:sdtContent>
            </w:sdt>
          </w:p>
        </w:tc>
        <w:tc>
          <w:tcPr>
            <w:tcW w:type="dxa" w:w="4819"/>
            <w:tcMar>
              <w:top w:w="115" w:type="dxa"/>
              <w:start w:w="80" w:type="dxa"/>
              <w:bottom w:w="115" w:type="dxa"/>
              <w:end w:w="170" w:type="dxa"/>
            </w:tcMar>
            <w:tcBorders>
              <w:bottom w:val="single" w:sz="7" w:color="526174"/>
            </w:tcBorders>
          </w:tcPr>
          <w:p>
            <w:pPr>
              <w:pStyle w:val="Small"/>
            </w:pPr>
            <w:r>
              <w:rPr>
                <w:rFonts w:ascii="Carlito" w:hAnsi="Carlito"/>
                <w:b/>
                <w:i w:val="0"/>
                <w:color w:val="526174"/>
                <w:sz w:val="16"/>
              </w:rPr>
              <w:t>Unterschrift A2</w:t>
            </w:r>
          </w:p>
          <w:p>
            <w:pPr>
              <w:pStyle w:val="Small"/>
            </w:pPr>
            <w:r>
              <w:rPr>
                <w:rFonts w:ascii="Carlito" w:hAnsi="Carlito"/>
                <w:b w:val="0"/>
                <w:i w:val="0"/>
                <w:sz w:val="24"/>
              </w:rPr>
              <w:t xml:space="preserve"> </w:t>
            </w:r>
          </w:p>
        </w:tc>
      </w:tr>
    </w:tbl>
    <w:p>
      <w:pPr>
        <w:spacing w:after="80" w:line="84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rPr>
          <w:cantSplit/>
        </w:trPr>
        <w:tc>
          <w:tcPr>
            <w:tcW w:type="dxa" w:w="4819"/>
            <w:tcMar>
              <w:top w:w="115" w:type="dxa"/>
              <w:start w:w="80" w:type="dxa"/>
              <w:bottom w:w="115" w:type="dxa"/>
              <w:end w:w="170" w:type="dxa"/>
            </w:tcMar>
            <w:tcBorders>
              <w:bottom w:val="single" w:sz="5" w:color="CFD8E2"/>
            </w:tcBorders>
          </w:tcPr>
          <w:p>
            <w:pPr>
              <w:pStyle w:val="Small"/>
            </w:pPr>
            <w:r>
              <w:rPr>
                <w:rFonts w:ascii="Carlito" w:hAnsi="Carlito"/>
                <w:b/>
                <w:i w:val="0"/>
                <w:color w:val="176D72"/>
                <w:sz w:val="16"/>
              </w:rPr>
              <w:t>A3  ·  Ort, Datum</w:t>
            </w:r>
          </w:p>
          <w:p>
            <w:pPr>
              <w:pStyle w:val="Small"/>
            </w:pPr>
            <w:sdt>
              <w:sdtPr>
                <w:alias w:val="Unterschrift Ort Datum 3"/>
                <w:tag w:val="unterschrift_ort_datum_3"/>
                <w:id w:val="1023"/>
                <w:text w:multiLine="0"/>
              </w:sdtPr>
              <w:sdtContent>
                <w:r>
                  <w:rPr>
                    <w:color w:val="647C8B"/>
                    <w:rFonts w:ascii="Carlito" w:hAnsi="Carlito"/>
                    <w:i/>
                  </w:rPr>
                  <w:t>Ort, TT.MM.JJJJ</w:t>
                </w:r>
              </w:sdtContent>
            </w:sdt>
          </w:p>
        </w:tc>
        <w:tc>
          <w:tcPr>
            <w:tcW w:type="dxa" w:w="4819"/>
            <w:tcMar>
              <w:top w:w="115" w:type="dxa"/>
              <w:start w:w="80" w:type="dxa"/>
              <w:bottom w:w="115" w:type="dxa"/>
              <w:end w:w="170" w:type="dxa"/>
            </w:tcMar>
            <w:tcBorders>
              <w:bottom w:val="single" w:sz="7" w:color="526174"/>
            </w:tcBorders>
          </w:tcPr>
          <w:p>
            <w:pPr>
              <w:pStyle w:val="Small"/>
            </w:pPr>
            <w:r>
              <w:rPr>
                <w:rFonts w:ascii="Carlito" w:hAnsi="Carlito"/>
                <w:b/>
                <w:i w:val="0"/>
                <w:color w:val="526174"/>
                <w:sz w:val="16"/>
              </w:rPr>
              <w:t>Unterschrift A3</w:t>
            </w:r>
          </w:p>
          <w:p>
            <w:pPr>
              <w:pStyle w:val="Small"/>
            </w:pPr>
            <w:r>
              <w:rPr>
                <w:rFonts w:ascii="Carlito" w:hAnsi="Carlito"/>
                <w:b w:val="0"/>
                <w:i w:val="0"/>
                <w:sz w:val="24"/>
              </w:rPr>
              <w:t xml:space="preserve"> </w:t>
            </w:r>
          </w:p>
        </w:tc>
      </w:tr>
    </w:tbl>
    <w:p>
      <w:pPr>
        <w:spacing w:after="80" w:line="84" w:lineRule="auto"/>
      </w:pPr>
    </w:p>
    <w:p>
      <w:pPr>
        <w:spacing w:after="100" w:line="84" w:lineRule="auto"/>
      </w:pPr>
    </w:p>
    <w:p>
      <w:pPr>
        <w:pStyle w:val="SectionHead"/>
        <w:keepNext/>
      </w:pPr>
      <w:r>
        <w:rPr>
          <w:rFonts w:ascii="Carlito" w:hAnsi="Carlito"/>
          <w:b/>
          <w:i w:val="0"/>
          <w:color w:val="176D72"/>
          <w:sz w:val="20"/>
        </w:rPr>
        <w:t xml:space="preserve">  </w:t>
      </w:r>
      <w:r>
        <w:rPr>
          <w:rFonts w:ascii="Carlito" w:hAnsi="Carlito"/>
          <w:b/>
          <w:i w:val="0"/>
          <w:color w:val="17283F"/>
          <w:sz w:val="22"/>
        </w:rPr>
        <w:t>Hinweise zur Verwendung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F3F6F9"/>
            <w:tcMar>
              <w:top w:w="120" w:type="dxa"/>
              <w:start w:w="170" w:type="dxa"/>
              <w:bottom w:w="118" w:type="dxa"/>
              <w:end w:w="170" w:type="dxa"/>
            </w:tcMar>
            <w:tcBorders>
              <w:start w:val="single" w:sz="20" w:color="526174"/>
            </w:tcBorders>
          </w:tcPr>
          <w:p>
            <w:pPr>
              <w:pStyle w:val="Small"/>
            </w:pPr>
            <w:r>
              <w:rPr>
                <w:rFonts w:ascii="Carlito" w:hAnsi="Carlito"/>
                <w:b w:val="0"/>
                <w:i w:val="0"/>
                <w:color w:val="526174"/>
                <w:sz w:val="17"/>
              </w:rPr>
              <w:t>Dieses Muster eignet sich für klar bezeichnete allgemeine Anliegen. Besondere Anforderungen können unter anderem für Bank-, Immobilien-, Handelsregister-, Gerichts- und Vorsorgeangelegenheiten gelten. Für medizinische Entscheidungen und freiheitsentziehende Maßnahmen ist diese allgemeine Vorlage nicht vorgesehen. Vor Verwendung die Anforderungen der empfangenden Stelle prüfen.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52" w:right="1134" w:bottom="879" w:left="113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rlito" w:hAnsi="Carlito"/>
        <w:b w:val="0"/>
        <w:i w:val="0"/>
        <w:color w:val="768494"/>
        <w:sz w:val="15"/>
      </w:rPr>
      <w:t xml:space="preserve">Vollmacht für mehrere Personen   ·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rlito" w:hAnsi="Carlito"/>
        <w:b/>
        <w:i w:val="0"/>
        <w:color w:val="176D72"/>
        <w:sz w:val="14"/>
      </w:rPr>
      <w:t>FORMULAR  /  VOLLMACHT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2" w:lineRule="auto"/>
    </w:pPr>
    <w:rPr>
      <w:rFonts w:ascii="Carlito" w:hAnsi="Carlito"/>
      <w:color w:val="2632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/>
    </w:pPr>
    <w:rPr>
      <w:rFonts w:asciiTheme="majorHAnsi" w:eastAsiaTheme="majorEastAsia" w:hAnsiTheme="majorHAnsi" w:cstheme="majorBidi" w:ascii="Carlito" w:hAnsi="Carlito"/>
      <w:b w:val="0"/>
      <w:i/>
      <w:iCs/>
      <w:color w:val="526174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basedOn w:val="Normal"/>
    <w:pPr>
      <w:spacing w:before="0" w:after="80"/>
    </w:pPr>
    <w:rPr>
      <w:rFonts w:ascii="Carlito" w:hAnsi="Carlito"/>
      <w:b/>
      <w:color w:val="17283F"/>
      <w:sz w:val="43"/>
    </w:rPr>
  </w:style>
  <w:style w:type="paragraph" w:customStyle="1" w:styleId="SectionHead">
    <w:name w:val="SectionHead"/>
    <w:basedOn w:val="Normal"/>
    <w:pPr>
      <w:spacing w:before="120" w:after="120"/>
    </w:pPr>
    <w:rPr>
      <w:rFonts w:ascii="Carlito" w:hAnsi="Carlito"/>
      <w:b/>
      <w:color w:val="17283F"/>
      <w:sz w:val="22"/>
    </w:rPr>
  </w:style>
  <w:style w:type="paragraph" w:customStyle="1" w:styleId="Small">
    <w:name w:val="Small"/>
    <w:basedOn w:val="Normal"/>
    <w:pPr>
      <w:spacing w:before="0" w:after="0"/>
    </w:pPr>
    <w:rPr>
      <w:rFonts w:ascii="Carlito" w:hAnsi="Carlito"/>
      <w:b w:val="0"/>
      <w:color w:val="526174"/>
      <w:sz w:val="16"/>
    </w:rPr>
  </w:style>
  <w:style w:type="paragraph" w:customStyle="1" w:styleId="Tiny">
    <w:name w:val="Tiny"/>
    <w:basedOn w:val="Normal"/>
    <w:pPr>
      <w:spacing w:before="0" w:after="0"/>
    </w:pPr>
    <w:rPr>
      <w:rFonts w:ascii="Carlito" w:hAnsi="Carlito"/>
      <w:b w:val="0"/>
      <w:color w:val="526174"/>
      <w:sz w:val="14"/>
    </w:rPr>
  </w:style>
  <w:style w:type="paragraph" w:customStyle="1" w:styleId="FieldLabel">
    <w:name w:val="FieldLabel"/>
    <w:basedOn w:val="Normal"/>
    <w:pPr>
      <w:spacing w:before="0" w:after="60"/>
    </w:pPr>
    <w:rPr>
      <w:rFonts w:ascii="Carlito" w:hAnsi="Carlito"/>
      <w:b/>
      <w:color w:val="526174"/>
      <w:sz w:val="14"/>
    </w:rPr>
  </w:style>
  <w:style w:type="paragraph" w:customStyle="1" w:styleId="CardHead">
    <w:name w:val="CardHead"/>
    <w:basedOn w:val="Normal"/>
    <w:pPr>
      <w:spacing w:before="0" w:after="0"/>
    </w:pPr>
    <w:rPr>
      <w:rFonts w:ascii="Carlito" w:hAnsi="Carlito"/>
      <w:b/>
      <w:color w:val="17283F"/>
      <w:sz w:val="18"/>
    </w:rPr>
  </w:style>
  <w:style w:type="paragraph" w:customStyle="1" w:styleId="Legal">
    <w:name w:val="Legal"/>
    <w:basedOn w:val="Normal"/>
    <w:pPr>
      <w:spacing w:before="0" w:after="0"/>
    </w:pPr>
    <w:rPr>
      <w:rFonts w:ascii="Carlito" w:hAnsi="Carlito"/>
      <w:b w:val="0"/>
      <w:color w:val="26324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mehrere Personen – bearbeitbare Word-Vorlage</dc:title>
  <dc:subject>Allgemeine Vollmacht mit mehreren Vollmachtgebern und Bevollmächtigten</dc:subject>
  <dc:creator/>
  <cp:keywords>Vollmacht, mehrere Personen, Vorlage,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