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880"/>
        <w:gridCol w:w="1984"/>
      </w:tblGrid>
      <w:tr>
        <w:tc>
          <w:tcPr>
            <w:tcW w:type="dxa" w:w="4933"/>
            <w:shd w:fill="1B2E3F"/>
            <w:tcMar>
              <w:top w:w="140" w:type="dxa"/>
              <w:start w:w="200" w:type="dxa"/>
              <w:bottom w:w="150" w:type="dxa"/>
              <w:end w:w="200" w:type="dxa"/>
            </w:tcMar>
          </w:tcPr>
          <w:p>
            <w:pPr>
              <w:spacing w:after="0"/>
            </w:pPr>
            <w:r>
              <w:rPr>
                <w:rFonts w:ascii="Carlito" w:hAnsi="Carlito"/>
                <w:b/>
                <w:color w:val="DCEDEC"/>
                <w:sz w:val="16"/>
              </w:rPr>
              <w:t>VOLLMACHT  /  MEHRERE PERSONEN</w:t>
            </w:r>
          </w:p>
        </w:tc>
        <w:tc>
          <w:tcPr>
            <w:tcW w:type="dxa" w:w="4933"/>
            <w:shd w:fill="1B2E3F"/>
            <w:tcMar>
              <w:top w:w="140" w:type="dxa"/>
              <w:start w:w="200" w:type="dxa"/>
              <w:bottom w:w="150" w:type="dxa"/>
              <w:end w:w="200" w:type="dxa"/>
            </w:tcMar>
          </w:tcPr>
          <w:p>
            <w:pPr>
              <w:jc w:val="right"/>
            </w:pPr>
            <w:r>
              <w:rPr>
                <w:rFonts w:ascii="Carlito" w:hAnsi="Carlito"/>
                <w:b/>
                <w:color w:val="EFC49F"/>
                <w:sz w:val="16"/>
              </w:rPr>
              <w:t>01  /  03</w:t>
            </w:r>
          </w:p>
        </w:tc>
      </w:tr>
    </w:tbl>
    <w:p>
      <w:pPr>
        <w:spacing w:before="280" w:after="60"/>
      </w:pPr>
      <w:r>
        <w:rPr>
          <w:rFonts w:ascii="Carlito" w:hAnsi="Carlito"/>
          <w:b/>
          <w:color w:val="1B2E3F"/>
          <w:sz w:val="46"/>
        </w:rPr>
        <w:t>Vollmacht für mehrere Personen</w:t>
      </w:r>
    </w:p>
    <w:p>
      <w:pPr>
        <w:spacing w:after="180"/>
      </w:pPr>
      <w:r>
        <w:rPr>
          <w:rFonts w:ascii="Carlito" w:hAnsi="Carlito"/>
          <w:b w:val="0"/>
          <w:color w:val="687781"/>
          <w:sz w:val="18"/>
        </w:rPr>
        <w:t>Beteiligte erfassen und eindeutig festlegen, wie die Vertretung ausgeübt werden darf.</w:t>
      </w:r>
    </w:p>
    <w:p>
      <w:pPr>
        <w:spacing w:before="120" w:after="80"/>
        <w:keepNext/>
      </w:pPr>
      <w:r>
        <w:rPr>
          <w:rFonts w:ascii="Carlito" w:hAnsi="Carlito"/>
          <w:b/>
          <w:color w:val="CC794C"/>
          <w:sz w:val="18"/>
        </w:rPr>
        <w:t xml:space="preserve">01  </w:t>
      </w:r>
      <w:r>
        <w:rPr>
          <w:rFonts w:ascii="Carlito" w:hAnsi="Carlito"/>
          <w:b/>
          <w:color w:val="1B2E3F"/>
          <w:sz w:val="22"/>
        </w:rPr>
        <w:t>Vollmachtgebende Personen</w:t>
      </w:r>
      <w:r>
        <w:rPr>
          <w:rFonts w:ascii="Carlito" w:hAnsi="Carlito"/>
          <w:b w:val="0"/>
          <w:color w:val="687781"/>
          <w:sz w:val="14"/>
        </w:rPr>
        <w:t xml:space="preserve">   Person 2 nur bei gemeinsamer Erteilung ausfüllen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9"/>
        <w:gridCol w:w="4706"/>
      </w:tblGrid>
      <w:tr>
        <w:trPr>
          <w:cantSplit/>
        </w:trPr>
        <w:tc>
          <w:tcPr>
            <w:tcW w:type="dxa" w:w="4933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VOLLMACHTGEBER / IN 1 · NAME, VORNAME</w:t>
            </w:r>
          </w:p>
          <w:p>
            <w:pPr>
              <w:spacing w:before="40" w:after="0" w:line="240" w:lineRule="auto"/>
            </w:pPr>
            <w:sdt>
              <w:sdtPr>
                <w:alias w:val="G1 NAME"/>
                <w:tag w:val="G1_NAME"/>
                <w:id w:val="71001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  <w:tc>
          <w:tcPr>
            <w:tcW w:type="dxa" w:w="4933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GEBURTSDATUM</w:t>
            </w:r>
          </w:p>
          <w:p>
            <w:pPr>
              <w:spacing w:before="40" w:after="0" w:line="240" w:lineRule="auto"/>
            </w:pPr>
            <w:sdt>
              <w:sdtPr>
                <w:alias w:val="G1 GEBURT"/>
                <w:tag w:val="G1_GEBURT"/>
                <w:id w:val="71002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Hier eintragen</w:t>
                </w:r>
              </w:sdtContent>
            </w:sdt>
          </w:p>
        </w:tc>
      </w:tr>
      <w:tr>
        <w:trPr>
          <w:cantSplit/>
        </w:trPr>
        <w:tc>
          <w:tcPr>
            <w:tcW w:type="dxa" w:w="9866"/>
            <w:gridSpan w:val="2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ANSCHRIFT (STRASSE, HAUSNUMMER, PLZ, ORT)</w:t>
            </w:r>
          </w:p>
          <w:p>
            <w:pPr>
              <w:spacing w:before="40" w:after="0" w:line="240" w:lineRule="auto"/>
            </w:pPr>
            <w:sdt>
              <w:sdtPr>
                <w:alias w:val="G1 ANSCHRIFT"/>
                <w:tag w:val="G1_ANSCHRIFT"/>
                <w:id w:val="71003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</w:tr>
    </w:tbl>
    <w:p>
      <w:pPr>
        <w:spacing w:after="0" w:before="0"/>
      </w:pPr>
      <w:r>
        <w:rPr>
          <w:sz w:val="8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9"/>
        <w:gridCol w:w="4706"/>
      </w:tblGrid>
      <w:tr>
        <w:trPr>
          <w:cantSplit/>
        </w:trPr>
        <w:tc>
          <w:tcPr>
            <w:tcW w:type="dxa" w:w="4933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VOLLMACHTGEBER / IN 2 · OPTIONAL · NAME, VORNAME</w:t>
            </w:r>
          </w:p>
          <w:p>
            <w:pPr>
              <w:spacing w:before="40" w:after="0" w:line="240" w:lineRule="auto"/>
            </w:pPr>
            <w:sdt>
              <w:sdtPr>
                <w:alias w:val="G2 NAME"/>
                <w:tag w:val="G2_NAME"/>
                <w:id w:val="71004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  <w:tc>
          <w:tcPr>
            <w:tcW w:type="dxa" w:w="4933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GEBURTSDATUM</w:t>
            </w:r>
          </w:p>
          <w:p>
            <w:pPr>
              <w:spacing w:before="40" w:after="0" w:line="240" w:lineRule="auto"/>
            </w:pPr>
            <w:sdt>
              <w:sdtPr>
                <w:alias w:val="G2 GEBURT"/>
                <w:tag w:val="G2_GEBURT"/>
                <w:id w:val="71005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Hier eintragen</w:t>
                </w:r>
              </w:sdtContent>
            </w:sdt>
          </w:p>
        </w:tc>
      </w:tr>
      <w:tr>
        <w:trPr>
          <w:cantSplit/>
        </w:trPr>
        <w:tc>
          <w:tcPr>
            <w:tcW w:type="dxa" w:w="9866"/>
            <w:gridSpan w:val="2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ANSCHRIFT (STRASSE, HAUSNUMMER, PLZ, ORT)</w:t>
            </w:r>
          </w:p>
          <w:p>
            <w:pPr>
              <w:spacing w:before="40" w:after="0" w:line="240" w:lineRule="auto"/>
            </w:pPr>
            <w:sdt>
              <w:sdtPr>
                <w:alias w:val="G2 ANSCHRIFT"/>
                <w:tag w:val="G2_ANSCHRIFT"/>
                <w:id w:val="71006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</w:tr>
    </w:tbl>
    <w:p>
      <w:pPr>
        <w:spacing w:after="0" w:before="0"/>
      </w:pPr>
      <w:r>
        <w:rPr>
          <w:sz w:val="8"/>
        </w:rPr>
        <w:t xml:space="preserve"> </w:t>
      </w:r>
    </w:p>
    <w:p>
      <w:pPr>
        <w:spacing w:before="120" w:after="80"/>
        <w:keepNext/>
      </w:pPr>
      <w:r>
        <w:rPr>
          <w:rFonts w:ascii="Carlito" w:hAnsi="Carlito"/>
          <w:b/>
          <w:color w:val="CC794C"/>
          <w:sz w:val="18"/>
        </w:rPr>
        <w:t xml:space="preserve">02  </w:t>
      </w:r>
      <w:r>
        <w:rPr>
          <w:rFonts w:ascii="Carlito" w:hAnsi="Carlito"/>
          <w:b/>
          <w:color w:val="1B2E3F"/>
          <w:sz w:val="22"/>
        </w:rPr>
        <w:t>Bevollmächtigte Personen</w:t>
      </w:r>
      <w:r>
        <w:rPr>
          <w:rFonts w:ascii="Carlito" w:hAnsi="Carlito"/>
          <w:b w:val="0"/>
          <w:color w:val="687781"/>
          <w:sz w:val="14"/>
        </w:rPr>
        <w:t xml:space="preserve">   Mindestens zwei Personen benennen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9"/>
        <w:gridCol w:w="4706"/>
      </w:tblGrid>
      <w:tr>
        <w:trPr>
          <w:cantSplit/>
        </w:trPr>
        <w:tc>
          <w:tcPr>
            <w:tcW w:type="dxa" w:w="4933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PERSON A · NAME, VORNAME</w:t>
            </w:r>
          </w:p>
          <w:p>
            <w:pPr>
              <w:spacing w:before="40" w:after="0" w:line="240" w:lineRule="auto"/>
            </w:pPr>
            <w:sdt>
              <w:sdtPr>
                <w:alias w:val="A NAME"/>
                <w:tag w:val="A_NAME"/>
                <w:id w:val="71007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  <w:tc>
          <w:tcPr>
            <w:tcW w:type="dxa" w:w="4933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GEBURTSDATUM</w:t>
            </w:r>
          </w:p>
          <w:p>
            <w:pPr>
              <w:spacing w:before="40" w:after="0" w:line="240" w:lineRule="auto"/>
            </w:pPr>
            <w:sdt>
              <w:sdtPr>
                <w:alias w:val="A GEBURT"/>
                <w:tag w:val="A_GEBURT"/>
                <w:id w:val="71008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Hier eintragen</w:t>
                </w:r>
              </w:sdtContent>
            </w:sdt>
          </w:p>
        </w:tc>
      </w:tr>
      <w:tr>
        <w:trPr>
          <w:cantSplit/>
        </w:trPr>
        <w:tc>
          <w:tcPr>
            <w:tcW w:type="dxa" w:w="9866"/>
            <w:gridSpan w:val="2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ANSCHRIFT (STRASSE, HAUSNUMMER, PLZ, ORT)</w:t>
            </w:r>
          </w:p>
          <w:p>
            <w:pPr>
              <w:spacing w:before="40" w:after="0" w:line="240" w:lineRule="auto"/>
            </w:pPr>
            <w:sdt>
              <w:sdtPr>
                <w:alias w:val="A ANSCHRIFT"/>
                <w:tag w:val="A_ANSCHRIFT"/>
                <w:id w:val="71009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</w:tr>
    </w:tbl>
    <w:p>
      <w:pPr>
        <w:spacing w:after="0" w:before="0"/>
      </w:pPr>
      <w:r>
        <w:rPr>
          <w:sz w:val="8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9"/>
        <w:gridCol w:w="4706"/>
      </w:tblGrid>
      <w:tr>
        <w:trPr>
          <w:cantSplit/>
        </w:trPr>
        <w:tc>
          <w:tcPr>
            <w:tcW w:type="dxa" w:w="4933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PERSON B · NAME, VORNAME</w:t>
            </w:r>
          </w:p>
          <w:p>
            <w:pPr>
              <w:spacing w:before="40" w:after="0" w:line="240" w:lineRule="auto"/>
            </w:pPr>
            <w:sdt>
              <w:sdtPr>
                <w:alias w:val="B NAME"/>
                <w:tag w:val="B_NAME"/>
                <w:id w:val="71010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  <w:tc>
          <w:tcPr>
            <w:tcW w:type="dxa" w:w="4933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GEBURTSDATUM</w:t>
            </w:r>
          </w:p>
          <w:p>
            <w:pPr>
              <w:spacing w:before="40" w:after="0" w:line="240" w:lineRule="auto"/>
            </w:pPr>
            <w:sdt>
              <w:sdtPr>
                <w:alias w:val="B GEBURT"/>
                <w:tag w:val="B_GEBURT"/>
                <w:id w:val="71011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Hier eintragen</w:t>
                </w:r>
              </w:sdtContent>
            </w:sdt>
          </w:p>
        </w:tc>
      </w:tr>
      <w:tr>
        <w:trPr>
          <w:cantSplit/>
        </w:trPr>
        <w:tc>
          <w:tcPr>
            <w:tcW w:type="dxa" w:w="9866"/>
            <w:gridSpan w:val="2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ANSCHRIFT (STRASSE, HAUSNUMMER, PLZ, ORT)</w:t>
            </w:r>
          </w:p>
          <w:p>
            <w:pPr>
              <w:spacing w:before="40" w:after="0" w:line="240" w:lineRule="auto"/>
            </w:pPr>
            <w:sdt>
              <w:sdtPr>
                <w:alias w:val="B ANSCHRIFT"/>
                <w:tag w:val="B_ANSCHRIFT"/>
                <w:id w:val="71012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</w:tr>
    </w:tbl>
    <w:p>
      <w:pPr>
        <w:spacing w:after="0" w:before="0"/>
      </w:pPr>
      <w:r>
        <w:rPr>
          <w:sz w:val="8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9"/>
        <w:gridCol w:w="4706"/>
      </w:tblGrid>
      <w:tr>
        <w:trPr>
          <w:cantSplit/>
        </w:trPr>
        <w:tc>
          <w:tcPr>
            <w:tcW w:type="dxa" w:w="4933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PERSON C · OPTIONAL · NAME, VORNAME</w:t>
            </w:r>
          </w:p>
          <w:p>
            <w:pPr>
              <w:spacing w:before="40" w:after="0" w:line="240" w:lineRule="auto"/>
            </w:pPr>
            <w:sdt>
              <w:sdtPr>
                <w:alias w:val="C NAME"/>
                <w:tag w:val="C_NAME"/>
                <w:id w:val="71013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  <w:tc>
          <w:tcPr>
            <w:tcW w:type="dxa" w:w="4933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GEBURTSDATUM</w:t>
            </w:r>
          </w:p>
          <w:p>
            <w:pPr>
              <w:spacing w:before="40" w:after="0" w:line="240" w:lineRule="auto"/>
            </w:pPr>
            <w:sdt>
              <w:sdtPr>
                <w:alias w:val="C GEBURT"/>
                <w:tag w:val="C_GEBURT"/>
                <w:id w:val="71014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Hier eintragen</w:t>
                </w:r>
              </w:sdtContent>
            </w:sdt>
          </w:p>
        </w:tc>
      </w:tr>
      <w:tr>
        <w:trPr>
          <w:cantSplit/>
        </w:trPr>
        <w:tc>
          <w:tcPr>
            <w:tcW w:type="dxa" w:w="9866"/>
            <w:gridSpan w:val="2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ANSCHRIFT (STRASSE, HAUSNUMMER, PLZ, ORT)</w:t>
            </w:r>
          </w:p>
          <w:p>
            <w:pPr>
              <w:spacing w:before="40" w:after="0" w:line="240" w:lineRule="auto"/>
            </w:pPr>
            <w:sdt>
              <w:sdtPr>
                <w:alias w:val="C ANSCHRIFT"/>
                <w:tag w:val="C_ANSCHRIFT"/>
                <w:id w:val="71015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</w:tr>
    </w:tbl>
    <w:p>
      <w:pPr>
        <w:spacing w:after="0" w:before="0"/>
      </w:pPr>
      <w:r>
        <w:rPr>
          <w:sz w:val="8"/>
        </w:rPr>
        <w:t xml:space="preserve"> </w:t>
      </w:r>
    </w:p>
    <w:p>
      <w:pPr>
        <w:spacing w:before="120" w:after="80"/>
        <w:keepNext/>
      </w:pPr>
      <w:r>
        <w:rPr>
          <w:rFonts w:ascii="Carlito" w:hAnsi="Carlito"/>
          <w:b/>
          <w:color w:val="CC794C"/>
          <w:sz w:val="18"/>
        </w:rPr>
        <w:t xml:space="preserve">03  </w:t>
      </w:r>
      <w:r>
        <w:rPr>
          <w:rFonts w:ascii="Carlito" w:hAnsi="Carlito"/>
          <w:b/>
          <w:color w:val="1B2E3F"/>
          <w:sz w:val="22"/>
        </w:rPr>
        <w:t>Wie dürfen die Personen handeln?</w:t>
      </w:r>
      <w:r>
        <w:rPr>
          <w:rFonts w:ascii="Carlito" w:hAnsi="Carlito"/>
          <w:b w:val="0"/>
          <w:color w:val="687781"/>
          <w:sz w:val="14"/>
        </w:rPr>
        <w:t xml:space="preserve">   Genau eine Regelung auswählen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F9FAF9"/>
            <w:tcMar>
              <w:top w:w="90" w:type="dxa"/>
              <w:start w:w="130" w:type="dxa"/>
              <w:bottom w:w="90" w:type="dxa"/>
              <w:end w:w="130" w:type="dxa"/>
            </w:tcMar>
            <w:tcBorders>
              <w:bottom w:val="single" w:sz="8" w:color="D6E1E3"/>
            </w:tcBorders>
          </w:tcPr>
          <w:p>
            <w:pPr>
              <w:spacing w:after="0"/>
            </w:pPr>
            <w:sdt>
              <w:sdtPr>
                <w:alias w:val="MODUS EINZEL"/>
                <w:tag w:val="MODUS_EINZEL"/>
                <w:id w:val="91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146A73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color w:val="24384A"/>
                <w:sz w:val="17"/>
              </w:rPr>
              <w:t xml:space="preserve">  Einzelvertretung</w:t>
            </w:r>
            <w:r>
              <w:rPr>
                <w:rFonts w:ascii="Carlito" w:hAnsi="Carlito"/>
                <w:b w:val="0"/>
                <w:color w:val="687781"/>
                <w:sz w:val="15"/>
              </w:rPr>
              <w:t xml:space="preserve">   Jede genannte Person darf selbstständig handeln.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F3F6F7"/>
            <w:tcMar>
              <w:top w:w="90" w:type="dxa"/>
              <w:start w:w="130" w:type="dxa"/>
              <w:bottom w:w="90" w:type="dxa"/>
              <w:end w:w="130" w:type="dxa"/>
            </w:tcMar>
            <w:tcBorders>
              <w:bottom w:val="single" w:sz="8" w:color="D6E1E3"/>
            </w:tcBorders>
          </w:tcPr>
          <w:p>
            <w:pPr>
              <w:spacing w:after="0"/>
            </w:pPr>
            <w:sdt>
              <w:sdtPr>
                <w:alias w:val="MODUS GESAMT"/>
                <w:tag w:val="MODUS_GESAMT"/>
                <w:id w:val="91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146A73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color w:val="24384A"/>
                <w:sz w:val="17"/>
              </w:rPr>
              <w:t xml:space="preserve">  Gesamtvertretung</w:t>
            </w:r>
            <w:r>
              <w:rPr>
                <w:rFonts w:ascii="Carlito" w:hAnsi="Carlito"/>
                <w:b w:val="0"/>
                <w:color w:val="687781"/>
                <w:sz w:val="15"/>
              </w:rPr>
              <w:t xml:space="preserve">   Alle genannten Personen müssen gemeinsam handeln.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F9FAF9"/>
            <w:tcMar>
              <w:top w:w="90" w:type="dxa"/>
              <w:start w:w="130" w:type="dxa"/>
              <w:bottom w:w="90" w:type="dxa"/>
              <w:end w:w="130" w:type="dxa"/>
            </w:tcMar>
            <w:tcBorders>
              <w:bottom w:val="single" w:sz="8" w:color="D6E1E3"/>
            </w:tcBorders>
          </w:tcPr>
          <w:p>
            <w:pPr>
              <w:spacing w:after="0"/>
            </w:pPr>
            <w:sdt>
              <w:sdtPr>
                <w:alias w:val="MODUS AUFGABE"/>
                <w:tag w:val="MODUS_AUFGABE"/>
                <w:id w:val="91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146A73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color w:val="24384A"/>
                <w:sz w:val="17"/>
              </w:rPr>
              <w:t xml:space="preserve">  Aufgabenteilung</w:t>
            </w:r>
            <w:r>
              <w:rPr>
                <w:rFonts w:ascii="Carlito" w:hAnsi="Carlito"/>
                <w:b w:val="0"/>
                <w:color w:val="687781"/>
                <w:sz w:val="15"/>
              </w:rPr>
              <w:t xml:space="preserve">   Nur gemäß der ausdrücklich zugeordneten Aufgaben auf Seite 2.</w:t>
            </w:r>
          </w:p>
        </w:tc>
      </w:tr>
    </w:tbl>
    <w:p>
      <w:pPr>
        <w:spacing w:after="0" w:before="0"/>
      </w:pPr>
      <w:r>
        <w:rPr>
          <w:sz w:val="10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EAF2F1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83" w:lineRule="auto"/>
            </w:pPr>
            <w:r>
              <w:rPr>
                <w:rFonts w:ascii="Carlito" w:hAnsi="Carlito"/>
                <w:b/>
                <w:color w:val="146A73"/>
                <w:sz w:val="16"/>
              </w:rPr>
              <w:t xml:space="preserve">HINWEIS  </w:t>
            </w:r>
            <w:r>
              <w:rPr>
                <w:rFonts w:ascii="Carlito" w:hAnsi="Carlito"/>
                <w:b w:val="0"/>
                <w:color w:val="24384A"/>
                <w:sz w:val="16"/>
              </w:rPr>
              <w:t>Bei mehreren Vollmachtgebenden erteilt jede Person die Vollmacht nur für ihre eigenen Angelegenheiten. Weitere Bevollmächtigte können über das optionale Zusatzblatt auf Seite 3 aufgenommen werden.</w:t>
            </w:r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880"/>
        <w:gridCol w:w="1984"/>
      </w:tblGrid>
      <w:tr>
        <w:tc>
          <w:tcPr>
            <w:tcW w:type="dxa" w:w="4933"/>
            <w:shd w:fill="1B2E3F"/>
            <w:tcMar>
              <w:top w:w="140" w:type="dxa"/>
              <w:start w:w="200" w:type="dxa"/>
              <w:bottom w:w="150" w:type="dxa"/>
              <w:end w:w="200" w:type="dxa"/>
            </w:tcMar>
          </w:tcPr>
          <w:p>
            <w:pPr>
              <w:spacing w:after="0"/>
            </w:pPr>
            <w:r>
              <w:rPr>
                <w:rFonts w:ascii="Carlito" w:hAnsi="Carlito"/>
                <w:b/>
                <w:color w:val="DCEDEC"/>
                <w:sz w:val="16"/>
              </w:rPr>
              <w:t>VOLLMACHT  /  MEHRERE PERSONEN</w:t>
            </w:r>
          </w:p>
        </w:tc>
        <w:tc>
          <w:tcPr>
            <w:tcW w:type="dxa" w:w="4933"/>
            <w:shd w:fill="1B2E3F"/>
            <w:tcMar>
              <w:top w:w="140" w:type="dxa"/>
              <w:start w:w="200" w:type="dxa"/>
              <w:bottom w:w="150" w:type="dxa"/>
              <w:end w:w="200" w:type="dxa"/>
            </w:tcMar>
          </w:tcPr>
          <w:p>
            <w:pPr>
              <w:jc w:val="right"/>
            </w:pPr>
            <w:r>
              <w:rPr>
                <w:rFonts w:ascii="Carlito" w:hAnsi="Carlito"/>
                <w:b/>
                <w:color w:val="EFC49F"/>
                <w:sz w:val="16"/>
              </w:rPr>
              <w:t>02  /  03</w:t>
            </w:r>
          </w:p>
        </w:tc>
      </w:tr>
    </w:tbl>
    <w:p>
      <w:pPr>
        <w:spacing w:before="280" w:after="60"/>
      </w:pPr>
      <w:r>
        <w:rPr>
          <w:rFonts w:ascii="Carlito" w:hAnsi="Carlito"/>
          <w:b/>
          <w:color w:val="1B2E3F"/>
          <w:sz w:val="46"/>
        </w:rPr>
        <w:t>Auftrag &amp; Geltung</w:t>
      </w:r>
    </w:p>
    <w:p>
      <w:pPr>
        <w:spacing w:after="180"/>
      </w:pPr>
      <w:r>
        <w:rPr>
          <w:rFonts w:ascii="Carlito" w:hAnsi="Carlito"/>
          <w:b w:val="0"/>
          <w:color w:val="687781"/>
          <w:sz w:val="18"/>
        </w:rPr>
        <w:t>Den Umfang bewusst eingrenzen, anschließend durch alle Vollmachtgebenden unterschreiben lassen.</w:t>
      </w:r>
    </w:p>
    <w:p>
      <w:pPr>
        <w:spacing w:before="120" w:after="80"/>
        <w:keepNext/>
      </w:pPr>
      <w:r>
        <w:rPr>
          <w:rFonts w:ascii="Carlito" w:hAnsi="Carlito"/>
          <w:b/>
          <w:color w:val="CC794C"/>
          <w:sz w:val="18"/>
        </w:rPr>
        <w:t xml:space="preserve">04  </w:t>
      </w:r>
      <w:r>
        <w:rPr>
          <w:rFonts w:ascii="Carlito" w:hAnsi="Carlito"/>
          <w:b/>
          <w:color w:val="1B2E3F"/>
          <w:sz w:val="22"/>
        </w:rPr>
        <w:t>Gegenstand und Aufgabenbereich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KONKRETES ANLIEGEN / VORGANG</w:t>
            </w:r>
          </w:p>
          <w:p>
            <w:pPr>
              <w:spacing w:before="40" w:after="0" w:line="240" w:lineRule="auto"/>
            </w:pPr>
            <w:sdt>
              <w:sdtPr>
                <w:alias w:val="ANLIEGEN"/>
                <w:tag w:val="ANLIEGEN"/>
                <w:id w:val="71019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</w:tr>
    </w:tbl>
    <w:p>
      <w:pPr>
        <w:spacing w:after="0" w:before="0"/>
      </w:pPr>
      <w:r>
        <w:rPr>
          <w:sz w:val="8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STELLE / UNTERNEHMEN / EMPFÄNGER (OPTIONAL)</w:t>
            </w:r>
          </w:p>
          <w:p>
            <w:pPr>
              <w:spacing w:before="40" w:after="0" w:line="240" w:lineRule="auto"/>
            </w:pPr>
            <w:sdt>
              <w:sdtPr>
                <w:alias w:val="EMPFAENGER"/>
                <w:tag w:val="EMPFAENGER"/>
                <w:id w:val="71020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</w:tr>
    </w:tbl>
    <w:p>
      <w:pPr>
        <w:spacing w:after="0" w:before="0"/>
      </w:pPr>
      <w:r>
        <w:rPr>
          <w:sz w:val="8"/>
        </w:rPr>
        <w:t xml:space="preserve"> </w:t>
      </w:r>
    </w:p>
    <w:p>
      <w:pPr>
        <w:spacing w:after="140"/>
      </w:pPr>
      <w:r>
        <w:rPr>
          <w:rFonts w:ascii="Carlito" w:hAnsi="Carlito"/>
          <w:b w:val="0"/>
          <w:color w:val="24384A"/>
          <w:sz w:val="17"/>
        </w:rPr>
        <w:t>Die auf Seite 1 aufgeführten und gegebenenfalls auf Seite 3 ergänzten Personen dürfen mich/uns ausschließlich im beschriebenen Anliegen und nur im nachstehend ausgewählten Umfang vertreten: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3"/>
            <w:shd w:fill="F9FAF9"/>
            <w:tcMar>
              <w:top w:w="78" w:type="dxa"/>
              <w:start w:w="110" w:type="dxa"/>
              <w:bottom w:w="75" w:type="dxa"/>
              <w:end w:w="110" w:type="dxa"/>
            </w:tcMar>
            <w:tcBorders>
              <w:bottom w:val="single" w:sz="8" w:color="D6E1E3"/>
            </w:tcBorders>
          </w:tcPr>
          <w:p>
            <w:pPr>
              <w:spacing w:after="0"/>
            </w:pPr>
            <w:sdt>
              <w:sdtPr>
                <w:alias w:val="RECHTE AUSKUNFT"/>
                <w:tag w:val="RECHTE_AUSKUNFT"/>
                <w:id w:val="9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146A73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color w:val="24384A"/>
                <w:sz w:val="16"/>
              </w:rPr>
              <w:t xml:space="preserve">  Auskünfte einholen und Termine wahrnehmen</w:t>
            </w:r>
          </w:p>
        </w:tc>
        <w:tc>
          <w:tcPr>
            <w:tcW w:type="dxa" w:w="4933"/>
            <w:shd w:fill="F9FAF9"/>
            <w:tcMar>
              <w:top w:w="78" w:type="dxa"/>
              <w:start w:w="110" w:type="dxa"/>
              <w:bottom w:w="75" w:type="dxa"/>
              <w:end w:w="110" w:type="dxa"/>
            </w:tcMar>
            <w:tcBorders>
              <w:bottom w:val="single" w:sz="8" w:color="D6E1E3"/>
            </w:tcBorders>
          </w:tcPr>
          <w:p>
            <w:pPr>
              <w:spacing w:after="0"/>
            </w:pPr>
            <w:sdt>
              <w:sdtPr>
                <w:alias w:val="RECHTE DOKU"/>
                <w:tag w:val="RECHTE_DOKU"/>
                <w:id w:val="91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146A73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color w:val="24384A"/>
                <w:sz w:val="16"/>
              </w:rPr>
              <w:t xml:space="preserve">  Unterlagen abgeben, entgegennehmen und abholen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3"/>
            <w:shd w:fill="F9FAF9"/>
            <w:tcMar>
              <w:top w:w="78" w:type="dxa"/>
              <w:start w:w="110" w:type="dxa"/>
              <w:bottom w:w="75" w:type="dxa"/>
              <w:end w:w="110" w:type="dxa"/>
            </w:tcMar>
            <w:tcBorders>
              <w:bottom w:val="single" w:sz="8" w:color="D6E1E3"/>
            </w:tcBorders>
          </w:tcPr>
          <w:p>
            <w:pPr>
              <w:spacing w:after="0"/>
            </w:pPr>
            <w:sdt>
              <w:sdtPr>
                <w:alias w:val="RECHTE ANTRAEGE"/>
                <w:tag w:val="RECHTE_ANTRAEGE"/>
                <w:id w:val="91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146A73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color w:val="24384A"/>
                <w:sz w:val="16"/>
              </w:rPr>
              <w:t xml:space="preserve">  Anträge und Erklärungen für diesen Vorgang einreichen</w:t>
            </w:r>
          </w:p>
        </w:tc>
        <w:tc>
          <w:tcPr>
            <w:tcW w:type="dxa" w:w="4933"/>
            <w:shd w:fill="F9FAF9"/>
            <w:tcMar>
              <w:top w:w="78" w:type="dxa"/>
              <w:start w:w="110" w:type="dxa"/>
              <w:bottom w:w="75" w:type="dxa"/>
              <w:end w:w="110" w:type="dxa"/>
            </w:tcMar>
            <w:tcBorders>
              <w:bottom w:val="single" w:sz="8" w:color="D6E1E3"/>
            </w:tcBorders>
          </w:tcPr>
          <w:p>
            <w:pPr>
              <w:spacing w:after="0"/>
            </w:pPr>
            <w:sdt>
              <w:sdtPr>
                <w:alias w:val="RECHTE VERTRAG"/>
                <w:tag w:val="RECHTE_VERTRAG"/>
                <w:id w:val="9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146A73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color w:val="24384A"/>
                <w:sz w:val="16"/>
              </w:rPr>
              <w:t xml:space="preserve">  Verträge im bezeichneten Vorgang unterschreiben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3"/>
            <w:shd w:fill="F9FAF9"/>
            <w:tcMar>
              <w:top w:w="78" w:type="dxa"/>
              <w:start w:w="110" w:type="dxa"/>
              <w:bottom w:w="75" w:type="dxa"/>
              <w:end w:w="110" w:type="dxa"/>
            </w:tcMar>
            <w:tcBorders>
              <w:bottom w:val="single" w:sz="8" w:color="D6E1E3"/>
            </w:tcBorders>
          </w:tcPr>
          <w:p>
            <w:pPr>
              <w:spacing w:after="0"/>
            </w:pPr>
            <w:sdt>
              <w:sdtPr>
                <w:alias w:val="RECHTE ZAHLUNG"/>
                <w:tag w:val="RECHTE_ZAHLUNG"/>
                <w:id w:val="91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146A73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color w:val="24384A"/>
                <w:sz w:val="16"/>
              </w:rPr>
              <w:t xml:space="preserve">  Zahlungen für diesen Vorgang entgegennehmen</w:t>
            </w:r>
          </w:p>
        </w:tc>
        <w:tc>
          <w:tcPr>
            <w:tcW w:type="dxa" w:w="4933"/>
            <w:shd w:fill="F9FAF9"/>
            <w:tcMar>
              <w:top w:w="78" w:type="dxa"/>
              <w:start w:w="110" w:type="dxa"/>
              <w:bottom w:w="75" w:type="dxa"/>
              <w:end w:w="110" w:type="dxa"/>
            </w:tcMar>
            <w:tcBorders>
              <w:bottom w:val="single" w:sz="8" w:color="D6E1E3"/>
            </w:tcBorders>
          </w:tcPr>
          <w:p/>
        </w:tc>
      </w:tr>
    </w:tbl>
    <w:p>
      <w:pPr>
        <w:spacing w:after="0" w:before="0"/>
      </w:pPr>
      <w:r>
        <w:rPr>
          <w:sz w:val="8"/>
        </w:rPr>
        <w:t xml:space="preserve"> </w:t>
      </w:r>
    </w:p>
    <w:p>
      <w:pPr>
        <w:spacing w:after="60"/>
      </w:pPr>
      <w:r>
        <w:rPr>
          <w:rFonts w:ascii="Carlito" w:hAnsi="Carlito"/>
          <w:b/>
          <w:color w:val="146A73"/>
          <w:sz w:val="15"/>
        </w:rPr>
        <w:t>NUR BEI AUFGABENTEILUNG: Zuordnung nach Person (A / B / C / ggf. D–F)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WER ÜBERNIMMT WELCHE DER OBEN GENANNTEN AUFGABEN?</w:t>
            </w:r>
          </w:p>
          <w:p>
            <w:pPr>
              <w:spacing w:before="40" w:after="0" w:line="240" w:lineRule="auto"/>
            </w:pPr>
            <w:sdt>
              <w:sdtPr>
                <w:alias w:val="AUFGABEN ZUORDNUNG"/>
                <w:tag w:val="AUFGABEN_ZUORDNUNG"/>
                <w:id w:val="71026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</w:tr>
    </w:tbl>
    <w:p>
      <w:pPr>
        <w:spacing w:before="120" w:after="80"/>
        <w:keepNext/>
      </w:pPr>
      <w:r>
        <w:rPr>
          <w:rFonts w:ascii="Carlito" w:hAnsi="Carlito"/>
          <w:b/>
          <w:color w:val="CC794C"/>
          <w:sz w:val="18"/>
        </w:rPr>
        <w:t xml:space="preserve">05  </w:t>
      </w:r>
      <w:r>
        <w:rPr>
          <w:rFonts w:ascii="Carlito" w:hAnsi="Carlito"/>
          <w:b/>
          <w:color w:val="1B2E3F"/>
          <w:sz w:val="22"/>
        </w:rPr>
        <w:t>Schutz &amp; Grenzen</w:t>
      </w:r>
    </w:p>
    <w:p>
      <w:pPr>
        <w:spacing w:after="120" w:line="264" w:lineRule="auto"/>
      </w:pPr>
      <w:r>
        <w:rPr>
          <w:rFonts w:ascii="Carlito" w:hAnsi="Carlito"/>
          <w:b w:val="0"/>
          <w:color w:val="24384A"/>
          <w:sz w:val="16"/>
        </w:rPr>
        <w:t>Keine Untervollmacht. Keine Befreiung von § 181 BGB. Keine Verfügungen über Immobilien, Darlehen, Konten oder medizinische Entscheidungen durch diese Vorlage; besondere Formvorschriften bleiben unberührt.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3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BETRAGSGRENZE (FALLS RELEVANT) IN EUR</w:t>
            </w:r>
          </w:p>
          <w:p>
            <w:pPr>
              <w:spacing w:before="40" w:after="0" w:line="240" w:lineRule="auto"/>
            </w:pPr>
            <w:sdt>
              <w:sdtPr>
                <w:alias w:val="BETRAG"/>
                <w:tag w:val="BETRAG"/>
                <w:id w:val="71027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  <w:tc>
          <w:tcPr>
            <w:tcW w:type="dxa" w:w="4933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WEITERE BESCHRÄNKUNGEN (OPTIONAL)</w:t>
            </w:r>
          </w:p>
          <w:p>
            <w:pPr>
              <w:spacing w:before="40" w:after="0" w:line="240" w:lineRule="auto"/>
            </w:pPr>
            <w:sdt>
              <w:sdtPr>
                <w:alias w:val="BESCHRAENKUNG"/>
                <w:tag w:val="BESCHRAENKUNG"/>
                <w:id w:val="71028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</w:tr>
    </w:tbl>
    <w:p>
      <w:pPr>
        <w:spacing w:before="120" w:after="80"/>
        <w:keepNext/>
      </w:pPr>
      <w:r>
        <w:rPr>
          <w:rFonts w:ascii="Carlito" w:hAnsi="Carlito"/>
          <w:b/>
          <w:color w:val="CC794C"/>
          <w:sz w:val="18"/>
        </w:rPr>
        <w:t xml:space="preserve">06  </w:t>
      </w:r>
      <w:r>
        <w:rPr>
          <w:rFonts w:ascii="Carlito" w:hAnsi="Carlito"/>
          <w:b/>
          <w:color w:val="1B2E3F"/>
          <w:sz w:val="22"/>
        </w:rPr>
        <w:t>Gültigkeitsdauer</w:t>
      </w:r>
      <w:r>
        <w:rPr>
          <w:rFonts w:ascii="Carlito" w:hAnsi="Carlito"/>
          <w:b w:val="0"/>
          <w:color w:val="687781"/>
          <w:sz w:val="14"/>
        </w:rPr>
        <w:t xml:space="preserve">   Eine Möglichkeit auswählen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fill="F9FAF9"/>
            <w:tcMar>
              <w:top w:w="88" w:type="dxa"/>
              <w:start w:w="110" w:type="dxa"/>
              <w:bottom w:w="88" w:type="dxa"/>
              <w:end w:w="110" w:type="dxa"/>
            </w:tcMar>
          </w:tcPr>
          <w:p>
            <w:sdt>
              <w:sdtPr>
                <w:alias w:val="DAUER EINMAL"/>
                <w:tag w:val="DAUER_EINMAL"/>
                <w:id w:val="91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146A73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color w:val="24384A"/>
                <w:sz w:val="15"/>
              </w:rPr>
              <w:t xml:space="preserve">  Nur für diesen Vorgang</w:t>
            </w:r>
          </w:p>
        </w:tc>
        <w:tc>
          <w:tcPr>
            <w:tcW w:type="dxa" w:w="3289"/>
            <w:shd w:fill="F9FAF9"/>
            <w:tcMar>
              <w:top w:w="88" w:type="dxa"/>
              <w:start w:w="110" w:type="dxa"/>
              <w:bottom w:w="88" w:type="dxa"/>
              <w:end w:w="110" w:type="dxa"/>
            </w:tcMar>
          </w:tcPr>
          <w:p>
            <w:sdt>
              <w:sdtPr>
                <w:alias w:val="DAUER DATUM"/>
                <w:tag w:val="DAUER_DATUM"/>
                <w:id w:val="9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146A73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color w:val="24384A"/>
                <w:sz w:val="15"/>
              </w:rPr>
              <w:t xml:space="preserve">  Bis zum Datum unten</w:t>
            </w:r>
          </w:p>
        </w:tc>
        <w:tc>
          <w:tcPr>
            <w:tcW w:type="dxa" w:w="3289"/>
            <w:shd w:fill="F9FAF9"/>
            <w:tcMar>
              <w:top w:w="88" w:type="dxa"/>
              <w:start w:w="110" w:type="dxa"/>
              <w:bottom w:w="88" w:type="dxa"/>
              <w:end w:w="110" w:type="dxa"/>
            </w:tcMar>
          </w:tcPr>
          <w:p>
            <w:sdt>
              <w:sdtPr>
                <w:alias w:val="DAUER WIDERRUF"/>
                <w:tag w:val="DAUER_WIDERRUF"/>
                <w:id w:val="91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DejaVu Sans" w:hAnsi="DejaVu Sans"/>
                    <w:color w:val="146A73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color w:val="24384A"/>
                <w:sz w:val="15"/>
              </w:rPr>
              <w:t xml:space="preserve">  Bis auf Widerruf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BEGINN (OPTIONAL)</w:t>
            </w:r>
          </w:p>
          <w:p>
            <w:pPr>
              <w:spacing w:before="40" w:after="0" w:line="240" w:lineRule="auto"/>
            </w:pPr>
            <w:sdt>
              <w:sdtPr>
                <w:alias w:val="BEGINN"/>
                <w:tag w:val="BEGINN"/>
                <w:id w:val="71032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  <w:tc>
          <w:tcPr>
            <w:tcW w:type="dxa" w:w="4933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ENDDATUM (FALLS GEWÄHLT)</w:t>
            </w:r>
          </w:p>
          <w:p>
            <w:pPr>
              <w:spacing w:before="40" w:after="0" w:line="240" w:lineRule="auto"/>
            </w:pPr>
            <w:sdt>
              <w:sdtPr>
                <w:alias w:val="ENDE"/>
                <w:tag w:val="ENDE"/>
                <w:id w:val="71033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</w:tr>
    </w:tbl>
    <w:p>
      <w:pPr>
        <w:spacing w:before="120" w:after="80"/>
        <w:keepNext/>
      </w:pPr>
      <w:r>
        <w:rPr>
          <w:rFonts w:ascii="Carlito" w:hAnsi="Carlito"/>
          <w:b/>
          <w:color w:val="CC794C"/>
          <w:sz w:val="18"/>
        </w:rPr>
        <w:t xml:space="preserve">07  </w:t>
      </w:r>
      <w:r>
        <w:rPr>
          <w:rFonts w:ascii="Carlito" w:hAnsi="Carlito"/>
          <w:b/>
          <w:color w:val="1B2E3F"/>
          <w:sz w:val="22"/>
        </w:rPr>
        <w:t>Erklärung &amp; Unterschriften</w:t>
      </w:r>
    </w:p>
    <w:p>
      <w:pPr>
        <w:spacing w:after="140"/>
      </w:pPr>
      <w:r>
        <w:rPr>
          <w:rFonts w:ascii="Carlito" w:hAnsi="Carlito"/>
          <w:b w:val="0"/>
          <w:color w:val="24384A"/>
          <w:sz w:val="16"/>
        </w:rPr>
        <w:t>Mit der Unterschrift erteilen die unten genannten Vollmachtgebenden diese Vollmacht im jeweils eigenen Namen. Eine Änderung oder ein Widerruf ist den betroffenen Personen und gegebenenfalls Dritten mitzuteilen.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ORT</w:t>
            </w:r>
          </w:p>
          <w:p>
            <w:pPr>
              <w:spacing w:before="40" w:after="0" w:line="240" w:lineRule="auto"/>
            </w:pPr>
            <w:sdt>
              <w:sdtPr>
                <w:alias w:val="ORT"/>
                <w:tag w:val="ORT"/>
                <w:id w:val="71034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  <w:tc>
          <w:tcPr>
            <w:tcW w:type="dxa" w:w="4933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DATUM</w:t>
            </w:r>
          </w:p>
          <w:p>
            <w:pPr>
              <w:spacing w:before="40" w:after="0" w:line="240" w:lineRule="auto"/>
            </w:pPr>
            <w:sdt>
              <w:sdtPr>
                <w:alias w:val="DATUM"/>
                <w:tag w:val="DATUM"/>
                <w:id w:val="71035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</w:tr>
    </w:tbl>
    <w:p>
      <w:pPr>
        <w:spacing w:after="0" w:before="0"/>
      </w:pPr>
      <w:r>
        <w:rPr>
          <w:sz w:val="8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fill="F9FAF9"/>
            <w:tcMar>
              <w:top w:w="220" w:type="dxa"/>
              <w:start w:w="120" w:type="dxa"/>
              <w:bottom w:w="110" w:type="dxa"/>
              <w:end w:w="120" w:type="dxa"/>
            </w:tcMar>
          </w:tcPr>
          <w:p>
            <w:pPr>
              <w:spacing w:after="120"/>
            </w:pPr>
            <w:r>
              <w:rPr>
                <w:rFonts w:ascii="Carlito" w:hAnsi="Carlito"/>
                <w:b w:val="0"/>
                <w:color w:val="687781"/>
                <w:sz w:val="18"/>
              </w:rPr>
              <w:t>_____________________________________</w:t>
            </w:r>
          </w:p>
          <w:p>
            <w:r>
              <w:rPr>
                <w:rFonts w:ascii="Carlito" w:hAnsi="Carlito"/>
                <w:b/>
                <w:color w:val="1B2E3F"/>
                <w:sz w:val="14"/>
              </w:rPr>
              <w:t>Unterschrift Vollmachtgeber/in 1</w:t>
            </w:r>
          </w:p>
        </w:tc>
        <w:tc>
          <w:tcPr>
            <w:tcW w:type="dxa" w:w="4933"/>
            <w:shd w:fill="F9FAF9"/>
            <w:tcMar>
              <w:top w:w="220" w:type="dxa"/>
              <w:start w:w="120" w:type="dxa"/>
              <w:bottom w:w="110" w:type="dxa"/>
              <w:end w:w="120" w:type="dxa"/>
            </w:tcMar>
          </w:tcPr>
          <w:p>
            <w:pPr>
              <w:spacing w:after="120"/>
            </w:pPr>
            <w:r>
              <w:rPr>
                <w:rFonts w:ascii="Carlito" w:hAnsi="Carlito"/>
                <w:b w:val="0"/>
                <w:color w:val="687781"/>
                <w:sz w:val="18"/>
              </w:rPr>
              <w:t>_____________________________________</w:t>
            </w:r>
          </w:p>
          <w:p>
            <w:r>
              <w:rPr>
                <w:rFonts w:ascii="Carlito" w:hAnsi="Carlito"/>
                <w:b/>
                <w:color w:val="1B2E3F"/>
                <w:sz w:val="14"/>
              </w:rPr>
              <w:t>Unterschrift Vollmachtgeber/in 2 (falls vorhanden)</w:t>
            </w:r>
          </w:p>
        </w:tc>
      </w:tr>
    </w:tbl>
    <w:p>
      <w:pPr>
        <w:spacing w:after="0" w:before="0"/>
      </w:pPr>
      <w:r>
        <w:rPr>
          <w:sz w:val="4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EAF2F1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83" w:lineRule="auto"/>
            </w:pPr>
            <w:r>
              <w:rPr>
                <w:rFonts w:ascii="Carlito" w:hAnsi="Carlito"/>
                <w:b/>
                <w:color w:val="146A73"/>
                <w:sz w:val="16"/>
              </w:rPr>
              <w:t xml:space="preserve">WICHTIG  </w:t>
            </w:r>
            <w:r>
              <w:rPr>
                <w:rFonts w:ascii="Carlito" w:hAnsi="Carlito"/>
                <w:b w:val="0"/>
                <w:color w:val="24384A"/>
                <w:sz w:val="16"/>
              </w:rPr>
              <w:t>Diese Seiten 1 und 2 bilden die Hauptvollmacht und sollten zusammen vorgelegt werden. Manche Empfänger verlangen eigene Vollmachtsformulare oder einen Identitätsnachweis.</w:t>
            </w:r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880"/>
        <w:gridCol w:w="1984"/>
      </w:tblGrid>
      <w:tr>
        <w:tc>
          <w:tcPr>
            <w:tcW w:type="dxa" w:w="4933"/>
            <w:shd w:fill="1B2E3F"/>
            <w:tcMar>
              <w:top w:w="140" w:type="dxa"/>
              <w:start w:w="200" w:type="dxa"/>
              <w:bottom w:w="150" w:type="dxa"/>
              <w:end w:w="200" w:type="dxa"/>
            </w:tcMar>
          </w:tcPr>
          <w:p>
            <w:pPr>
              <w:spacing w:after="0"/>
            </w:pPr>
            <w:r>
              <w:rPr>
                <w:rFonts w:ascii="Carlito" w:hAnsi="Carlito"/>
                <w:b/>
                <w:color w:val="DCEDEC"/>
                <w:sz w:val="16"/>
              </w:rPr>
              <w:t>VOLLMACHT  /  MEHRERE PERSONEN</w:t>
            </w:r>
          </w:p>
        </w:tc>
        <w:tc>
          <w:tcPr>
            <w:tcW w:type="dxa" w:w="4933"/>
            <w:shd w:fill="1B2E3F"/>
            <w:tcMar>
              <w:top w:w="140" w:type="dxa"/>
              <w:start w:w="200" w:type="dxa"/>
              <w:bottom w:w="150" w:type="dxa"/>
              <w:end w:w="200" w:type="dxa"/>
            </w:tcMar>
          </w:tcPr>
          <w:p>
            <w:pPr>
              <w:jc w:val="right"/>
            </w:pPr>
            <w:r>
              <w:rPr>
                <w:rFonts w:ascii="Carlito" w:hAnsi="Carlito"/>
                <w:b/>
                <w:color w:val="EFC49F"/>
                <w:sz w:val="16"/>
              </w:rPr>
              <w:t>03  /  03</w:t>
            </w:r>
          </w:p>
        </w:tc>
      </w:tr>
    </w:tbl>
    <w:p>
      <w:pPr>
        <w:spacing w:before="280" w:after="60"/>
      </w:pPr>
      <w:r>
        <w:rPr>
          <w:rFonts w:ascii="Carlito" w:hAnsi="Carlito"/>
          <w:b/>
          <w:color w:val="1B2E3F"/>
          <w:sz w:val="46"/>
        </w:rPr>
        <w:t>Weitere Bevollmächtigte</w:t>
      </w:r>
    </w:p>
    <w:p>
      <w:pPr>
        <w:spacing w:after="180"/>
      </w:pPr>
      <w:r>
        <w:rPr>
          <w:rFonts w:ascii="Carlito" w:hAnsi="Carlito"/>
          <w:b w:val="0"/>
          <w:color w:val="687781"/>
          <w:sz w:val="18"/>
        </w:rPr>
        <w:t>Optionales Ergänzungsblatt – nur verwenden, wenn mehr als drei Personen bevollmächtigt werden.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EAF2F1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83" w:lineRule="auto"/>
            </w:pPr>
            <w:r>
              <w:rPr>
                <w:rFonts w:ascii="Carlito" w:hAnsi="Carlito"/>
                <w:b/>
                <w:color w:val="146A73"/>
                <w:sz w:val="16"/>
              </w:rPr>
              <w:t xml:space="preserve">GELTUNG  </w:t>
            </w:r>
            <w:r>
              <w:rPr>
                <w:rFonts w:ascii="Carlito" w:hAnsi="Carlito"/>
                <w:b w:val="0"/>
                <w:color w:val="24384A"/>
                <w:sz w:val="16"/>
              </w:rPr>
              <w:t>Die hier zusätzlich eingetragenen Personen D–F sind nur bei Unterzeichnung dieses Blattes durch die Vollmachtgebenden einbezogen. Sie unterliegen derselben Regel zur Einzelvertretung, Gesamtvertretung oder Aufgabenteilung wie auf Seite 1.</w:t>
            </w:r>
          </w:p>
        </w:tc>
      </w:tr>
    </w:tbl>
    <w:p>
      <w:pPr>
        <w:spacing w:before="120" w:after="80"/>
        <w:keepNext/>
      </w:pPr>
      <w:r>
        <w:rPr>
          <w:rFonts w:ascii="Carlito" w:hAnsi="Carlito"/>
          <w:b/>
          <w:color w:val="CC794C"/>
          <w:sz w:val="18"/>
        </w:rPr>
        <w:t xml:space="preserve">08  </w:t>
      </w:r>
      <w:r>
        <w:rPr>
          <w:rFonts w:ascii="Carlito" w:hAnsi="Carlito"/>
          <w:b/>
          <w:color w:val="1B2E3F"/>
          <w:sz w:val="22"/>
        </w:rPr>
        <w:t>Zusätzliche Personen</w:t>
      </w:r>
      <w:r>
        <w:rPr>
          <w:rFonts w:ascii="Carlito" w:hAnsi="Carlito"/>
          <w:b w:val="0"/>
          <w:color w:val="687781"/>
          <w:sz w:val="14"/>
        </w:rPr>
        <w:t xml:space="preserve">   Nicht benötigte Felder leer lassen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9"/>
        <w:gridCol w:w="4706"/>
      </w:tblGrid>
      <w:tr>
        <w:trPr>
          <w:cantSplit/>
        </w:trPr>
        <w:tc>
          <w:tcPr>
            <w:tcW w:type="dxa" w:w="4933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PERSON D · OPTIONAL · NAME, VORNAME</w:t>
            </w:r>
          </w:p>
          <w:p>
            <w:pPr>
              <w:spacing w:before="40" w:after="0" w:line="240" w:lineRule="auto"/>
            </w:pPr>
            <w:sdt>
              <w:sdtPr>
                <w:alias w:val="D NAME"/>
                <w:tag w:val="D_NAME"/>
                <w:id w:val="71036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  <w:tc>
          <w:tcPr>
            <w:tcW w:type="dxa" w:w="4933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GEBURTSDATUM</w:t>
            </w:r>
          </w:p>
          <w:p>
            <w:pPr>
              <w:spacing w:before="40" w:after="0" w:line="240" w:lineRule="auto"/>
            </w:pPr>
            <w:sdt>
              <w:sdtPr>
                <w:alias w:val="D GEBURT"/>
                <w:tag w:val="D_GEBURT"/>
                <w:id w:val="71037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Hier eintragen</w:t>
                </w:r>
              </w:sdtContent>
            </w:sdt>
          </w:p>
        </w:tc>
      </w:tr>
      <w:tr>
        <w:trPr>
          <w:cantSplit/>
        </w:trPr>
        <w:tc>
          <w:tcPr>
            <w:tcW w:type="dxa" w:w="9866"/>
            <w:gridSpan w:val="2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ANSCHRIFT (STRASSE, HAUSNUMMER, PLZ, ORT)</w:t>
            </w:r>
          </w:p>
          <w:p>
            <w:pPr>
              <w:spacing w:before="40" w:after="0" w:line="240" w:lineRule="auto"/>
            </w:pPr>
            <w:sdt>
              <w:sdtPr>
                <w:alias w:val="D ANSCHRIFT"/>
                <w:tag w:val="D_ANSCHRIFT"/>
                <w:id w:val="71038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</w:tr>
    </w:tbl>
    <w:p>
      <w:pPr>
        <w:spacing w:after="0" w:before="0"/>
      </w:pPr>
      <w:r>
        <w:rPr>
          <w:sz w:val="8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9"/>
        <w:gridCol w:w="4706"/>
      </w:tblGrid>
      <w:tr>
        <w:trPr>
          <w:cantSplit/>
        </w:trPr>
        <w:tc>
          <w:tcPr>
            <w:tcW w:type="dxa" w:w="4933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PERSON E · OPTIONAL · NAME, VORNAME</w:t>
            </w:r>
          </w:p>
          <w:p>
            <w:pPr>
              <w:spacing w:before="40" w:after="0" w:line="240" w:lineRule="auto"/>
            </w:pPr>
            <w:sdt>
              <w:sdtPr>
                <w:alias w:val="E NAME"/>
                <w:tag w:val="E_NAME"/>
                <w:id w:val="71039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  <w:tc>
          <w:tcPr>
            <w:tcW w:type="dxa" w:w="4933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GEBURTSDATUM</w:t>
            </w:r>
          </w:p>
          <w:p>
            <w:pPr>
              <w:spacing w:before="40" w:after="0" w:line="240" w:lineRule="auto"/>
            </w:pPr>
            <w:sdt>
              <w:sdtPr>
                <w:alias w:val="E GEBURT"/>
                <w:tag w:val="E_GEBURT"/>
                <w:id w:val="71040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Hier eintragen</w:t>
                </w:r>
              </w:sdtContent>
            </w:sdt>
          </w:p>
        </w:tc>
      </w:tr>
      <w:tr>
        <w:trPr>
          <w:cantSplit/>
        </w:trPr>
        <w:tc>
          <w:tcPr>
            <w:tcW w:type="dxa" w:w="9866"/>
            <w:gridSpan w:val="2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ANSCHRIFT (STRASSE, HAUSNUMMER, PLZ, ORT)</w:t>
            </w:r>
          </w:p>
          <w:p>
            <w:pPr>
              <w:spacing w:before="40" w:after="0" w:line="240" w:lineRule="auto"/>
            </w:pPr>
            <w:sdt>
              <w:sdtPr>
                <w:alias w:val="E ANSCHRIFT"/>
                <w:tag w:val="E_ANSCHRIFT"/>
                <w:id w:val="71041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</w:tr>
    </w:tbl>
    <w:p>
      <w:pPr>
        <w:spacing w:after="0" w:before="0"/>
      </w:pPr>
      <w:r>
        <w:rPr>
          <w:sz w:val="8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9"/>
        <w:gridCol w:w="4706"/>
      </w:tblGrid>
      <w:tr>
        <w:trPr>
          <w:cantSplit/>
        </w:trPr>
        <w:tc>
          <w:tcPr>
            <w:tcW w:type="dxa" w:w="4933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PERSON F · OPTIONAL · NAME, VORNAME</w:t>
            </w:r>
          </w:p>
          <w:p>
            <w:pPr>
              <w:spacing w:before="40" w:after="0" w:line="240" w:lineRule="auto"/>
            </w:pPr>
            <w:sdt>
              <w:sdtPr>
                <w:alias w:val="F NAME"/>
                <w:tag w:val="F_NAME"/>
                <w:id w:val="71042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  <w:tc>
          <w:tcPr>
            <w:tcW w:type="dxa" w:w="4933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GEBURTSDATUM</w:t>
            </w:r>
          </w:p>
          <w:p>
            <w:pPr>
              <w:spacing w:before="40" w:after="0" w:line="240" w:lineRule="auto"/>
            </w:pPr>
            <w:sdt>
              <w:sdtPr>
                <w:alias w:val="F GEBURT"/>
                <w:tag w:val="F_GEBURT"/>
                <w:id w:val="71043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Hier eintragen</w:t>
                </w:r>
              </w:sdtContent>
            </w:sdt>
          </w:p>
        </w:tc>
      </w:tr>
      <w:tr>
        <w:trPr>
          <w:cantSplit/>
        </w:trPr>
        <w:tc>
          <w:tcPr>
            <w:tcW w:type="dxa" w:w="9866"/>
            <w:gridSpan w:val="2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ANSCHRIFT (STRASSE, HAUSNUMMER, PLZ, ORT)</w:t>
            </w:r>
          </w:p>
          <w:p>
            <w:pPr>
              <w:spacing w:before="40" w:after="0" w:line="240" w:lineRule="auto"/>
            </w:pPr>
            <w:sdt>
              <w:sdtPr>
                <w:alias w:val="F ANSCHRIFT"/>
                <w:tag w:val="F_ANSCHRIFT"/>
                <w:id w:val="71044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</w:tr>
    </w:tbl>
    <w:p>
      <w:pPr>
        <w:spacing w:after="0" w:before="0"/>
      </w:pPr>
      <w:r>
        <w:rPr>
          <w:sz w:val="8"/>
        </w:rPr>
        <w:t xml:space="preserve"> </w:t>
      </w:r>
    </w:p>
    <w:p>
      <w:pPr>
        <w:spacing w:before="120" w:after="80"/>
        <w:keepNext/>
      </w:pPr>
      <w:r>
        <w:rPr>
          <w:rFonts w:ascii="Carlito" w:hAnsi="Carlito"/>
          <w:b/>
          <w:color w:val="CC794C"/>
          <w:sz w:val="18"/>
        </w:rPr>
        <w:t xml:space="preserve">09  </w:t>
      </w:r>
      <w:r>
        <w:rPr>
          <w:rFonts w:ascii="Carlito" w:hAnsi="Carlito"/>
          <w:b/>
          <w:color w:val="1B2E3F"/>
          <w:sz w:val="22"/>
        </w:rPr>
        <w:t>Ergänzende Aufgabenverteilung</w:t>
      </w:r>
      <w:r>
        <w:rPr>
          <w:rFonts w:ascii="Carlito" w:hAnsi="Carlito"/>
          <w:b w:val="0"/>
          <w:color w:val="687781"/>
          <w:sz w:val="14"/>
        </w:rPr>
        <w:t xml:space="preserve">   Nur falls Aufgabenteilung gewählt wurde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PERSON D / E / F: KONKRETE ZUSTÄNDIGKEITEN</w:t>
            </w:r>
          </w:p>
          <w:p>
            <w:pPr>
              <w:spacing w:before="40" w:after="0" w:line="240" w:lineRule="auto"/>
            </w:pPr>
            <w:sdt>
              <w:sdtPr>
                <w:alias w:val="ZUORDNUNG ZUSATZ"/>
                <w:tag w:val="ZUORDNUNG_ZUSATZ"/>
                <w:id w:val="71045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</w:tr>
    </w:tbl>
    <w:p>
      <w:pPr>
        <w:spacing w:after="0" w:before="0"/>
      </w:pPr>
      <w:r>
        <w:rPr>
          <w:sz w:val="6"/>
        </w:rPr>
        <w:t xml:space="preserve"> </w:t>
      </w:r>
    </w:p>
    <w:p>
      <w:pPr>
        <w:spacing w:after="140"/>
      </w:pPr>
      <w:r>
        <w:rPr>
          <w:rFonts w:ascii="Carlito" w:hAnsi="Carlito"/>
          <w:b w:val="0"/>
          <w:color w:val="24384A"/>
          <w:sz w:val="16"/>
        </w:rPr>
        <w:t>Diese Ergänzung gehört ausschließlich zur auf den Seiten 1 und 2 bezeichneten Vollmacht. Im Übrigen bleiben deren Umfang, Beschränkungen und Gültigkeit unverändert.</w:t>
      </w:r>
    </w:p>
    <w:p>
      <w:pPr>
        <w:spacing w:before="120" w:after="80"/>
        <w:keepNext/>
      </w:pPr>
      <w:r>
        <w:rPr>
          <w:rFonts w:ascii="Carlito" w:hAnsi="Carlito"/>
          <w:b/>
          <w:color w:val="CC794C"/>
          <w:sz w:val="18"/>
        </w:rPr>
        <w:t xml:space="preserve">10  </w:t>
      </w:r>
      <w:r>
        <w:rPr>
          <w:rFonts w:ascii="Carlito" w:hAnsi="Carlito"/>
          <w:b/>
          <w:color w:val="1B2E3F"/>
          <w:sz w:val="22"/>
        </w:rPr>
        <w:t>Bestätigung der Vollmachtgebenden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ORT</w:t>
            </w:r>
          </w:p>
          <w:p>
            <w:pPr>
              <w:spacing w:before="40" w:after="0" w:line="240" w:lineRule="auto"/>
            </w:pPr>
            <w:sdt>
              <w:sdtPr>
                <w:alias w:val="ORT ZUSATZ"/>
                <w:tag w:val="ORT_ZUSATZ"/>
                <w:id w:val="71046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  <w:tc>
          <w:tcPr>
            <w:tcW w:type="dxa" w:w="4933"/>
            <w:vAlign w:val="center"/>
            <w:tcMar>
              <w:top w:w="85" w:type="dxa"/>
              <w:start w:w="130" w:type="dxa"/>
              <w:bottom w:w="90" w:type="dxa"/>
              <w:end w:w="130" w:type="dxa"/>
            </w:tcMar>
            <w:shd w:fill="F9FAF9"/>
            <w:tcBorders>
              <w:bottom w:val="single" w:sz="8" w:color="D6E1E3"/>
            </w:tcBorders>
          </w:tcPr>
          <w:p>
            <w:pPr>
              <w:spacing w:after="0" w:line="240" w:lineRule="auto"/>
            </w:pPr>
            <w:r>
              <w:rPr>
                <w:rFonts w:ascii="Carlito" w:hAnsi="Carlito"/>
                <w:b/>
                <w:color w:val="687781"/>
                <w:sz w:val="14"/>
              </w:rPr>
              <w:t>DATUM</w:t>
            </w:r>
          </w:p>
          <w:p>
            <w:pPr>
              <w:spacing w:before="40" w:after="0" w:line="240" w:lineRule="auto"/>
            </w:pPr>
            <w:sdt>
              <w:sdtPr>
                <w:alias w:val="DATUM ZUSATZ"/>
                <w:tag w:val="DATUM_ZUSATZ"/>
                <w:id w:val="71047"/>
                <w:text/>
                <w:showingPlcHdr/>
              </w:sdtPr>
              <w:sdtContent>
                <w:r>
                  <w:rPr>
                    <w:rFonts w:ascii="Carlito" w:hAnsi="Carlito"/>
                    <w:color w:val="72858D"/>
                    <w:i/>
                    <w:sz w:val="17.0"/>
                  </w:rPr>
                  <w:t>Zum Ausfüllen anklicken</w:t>
                </w:r>
              </w:sdtContent>
            </w:sdt>
          </w:p>
        </w:tc>
      </w:tr>
    </w:tbl>
    <w:p>
      <w:pPr>
        <w:spacing w:after="0" w:before="0"/>
      </w:pPr>
      <w:r>
        <w:rPr>
          <w:sz w:val="12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fill="F9FAF9"/>
            <w:tcMar>
              <w:top w:w="230" w:type="dxa"/>
              <w:start w:w="120" w:type="dxa"/>
              <w:bottom w:w="120" w:type="dxa"/>
              <w:end w:w="120" w:type="dxa"/>
            </w:tcMar>
          </w:tcPr>
          <w:p>
            <w:pPr>
              <w:spacing w:after="120"/>
            </w:pPr>
            <w:r>
              <w:rPr>
                <w:rFonts w:ascii="Carlito" w:hAnsi="Carlito"/>
                <w:b w:val="0"/>
                <w:color w:val="687781"/>
                <w:sz w:val="18"/>
              </w:rPr>
              <w:t>_____________________________________</w:t>
            </w:r>
          </w:p>
          <w:p>
            <w:r>
              <w:rPr>
                <w:rFonts w:ascii="Carlito" w:hAnsi="Carlito"/>
                <w:b/>
                <w:color w:val="1B2E3F"/>
                <w:sz w:val="14"/>
              </w:rPr>
              <w:t>Unterschrift Vollmachtgeber/in 1</w:t>
            </w:r>
          </w:p>
        </w:tc>
        <w:tc>
          <w:tcPr>
            <w:tcW w:type="dxa" w:w="4933"/>
            <w:shd w:fill="F9FAF9"/>
            <w:tcMar>
              <w:top w:w="230" w:type="dxa"/>
              <w:start w:w="120" w:type="dxa"/>
              <w:bottom w:w="120" w:type="dxa"/>
              <w:end w:w="120" w:type="dxa"/>
            </w:tcMar>
          </w:tcPr>
          <w:p>
            <w:pPr>
              <w:spacing w:after="120"/>
            </w:pPr>
            <w:r>
              <w:rPr>
                <w:rFonts w:ascii="Carlito" w:hAnsi="Carlito"/>
                <w:b w:val="0"/>
                <w:color w:val="687781"/>
                <w:sz w:val="18"/>
              </w:rPr>
              <w:t>_____________________________________</w:t>
            </w:r>
          </w:p>
          <w:p>
            <w:r>
              <w:rPr>
                <w:rFonts w:ascii="Carlito" w:hAnsi="Carlito"/>
                <w:b/>
                <w:color w:val="1B2E3F"/>
                <w:sz w:val="14"/>
              </w:rPr>
              <w:t>Unterschrift Vollmachtgeber/in 2 (falls vorhanden)</w:t>
            </w:r>
          </w:p>
        </w:tc>
      </w:tr>
    </w:tbl>
    <w:p>
      <w:pPr>
        <w:spacing w:after="0" w:before="0"/>
      </w:pPr>
      <w:r>
        <w:rPr>
          <w:sz w:val="18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EAF2F1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83" w:lineRule="auto"/>
            </w:pPr>
            <w:r>
              <w:rPr>
                <w:rFonts w:ascii="Carlito" w:hAnsi="Carlito"/>
                <w:b/>
                <w:color w:val="146A73"/>
                <w:sz w:val="16"/>
              </w:rPr>
              <w:t xml:space="preserve">PRAXISTIPP  </w:t>
            </w:r>
            <w:r>
              <w:rPr>
                <w:rFonts w:ascii="Carlito" w:hAnsi="Carlito"/>
                <w:b w:val="0"/>
                <w:color w:val="24384A"/>
                <w:sz w:val="16"/>
              </w:rPr>
              <w:t>Bei Gesamtvertretung müssen alle eingetragenen Bevollmächtigten zusammen handeln. Wenn das im Alltag unpraktisch wäre, kann Einzelvertretung oder eine klare Aufgabenteilung sinnvoller sein. Für weitreichende Vollmachten ist fachliche Beratung ratsam.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22" w:right="1020" w:bottom="907" w:left="1020" w:header="34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rlito" w:hAnsi="Carlito"/>
        <w:b w:val="0"/>
        <w:color w:val="687781"/>
        <w:sz w:val="14"/>
      </w:rPr>
      <w:t>MEHRPERSONEN-VOLLMACHT     ·     AUSFÜLLBARE WORD-VORLAGE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4" w:lineRule="auto"/>
    </w:pPr>
    <w:rPr>
      <w:rFonts w:ascii="Carlito" w:hAnsi="Carlito"/>
      <w:color w:val="24384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für mehrere Personen – editierbare Vorlage</dc:title>
  <dc:subject>Mehrpersonen-Vollmacht</dc:subject>
  <dc:creator/>
  <cp:keywords>Vollmacht mehrere Personen Vorlage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