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6973"/>
        <w:gridCol w:w="3061"/>
      </w:tblGrid>
      <w:tr>
        <w:tc>
          <w:tcPr>
            <w:tcW w:type="dxa" w:w="5018"/>
            <w:tcMar>
              <w:top w:w="10" w:type="dxa"/>
              <w:start w:w="0" w:type="dxa"/>
              <w:bottom w:w="10" w:type="dxa"/>
              <w:end w:w="0" w:type="dxa"/>
            </w:tcMar>
          </w:tcPr>
          <w:p>
            <w:pPr>
              <w:spacing w:before="0" w:after="0" w:line="264" w:lineRule="auto"/>
            </w:pPr>
            <w:r/>
            <w:r>
              <w:rPr>
                <w:rFonts w:ascii="Carlito" w:hAnsi="Carlito"/>
                <w:b/>
                <w:i w:val="0"/>
                <w:color w:val="087E86"/>
                <w:sz w:val="16"/>
              </w:rPr>
              <w:t>VOLLMACHT  /  GROSSHANDEL</w:t>
            </w:r>
          </w:p>
        </w:tc>
        <w:tc>
          <w:tcPr>
            <w:tcW w:type="dxa" w:w="5018"/>
            <w:tcMar>
              <w:top w:w="10" w:type="dxa"/>
              <w:start w:w="0" w:type="dxa"/>
              <w:bottom w:w="10" w:type="dxa"/>
              <w:end w:w="0" w:type="dxa"/>
            </w:tcMar>
          </w:tcPr>
          <w:p>
            <w:pPr>
              <w:spacing w:before="0" w:after="0" w:line="264" w:lineRule="auto"/>
              <w:jc w:val="right"/>
            </w:pPr>
            <w:r/>
            <w:r>
              <w:rPr>
                <w:rFonts w:ascii="Carlito" w:hAnsi="Carlito"/>
                <w:b/>
                <w:i w:val="0"/>
                <w:color w:val="637285"/>
                <w:sz w:val="16"/>
              </w:rPr>
              <w:t>VORLAGE  01 / 02</w:t>
            </w:r>
          </w:p>
        </w:tc>
      </w:tr>
    </w:tbl>
    <w:p>
      <w:pPr>
        <w:spacing w:before="180" w:after="40" w:line="264" w:lineRule="auto"/>
      </w:pPr>
      <w:r>
        <w:rPr>
          <w:rFonts w:ascii="Carlito" w:hAnsi="Carlito"/>
          <w:b/>
          <w:i w:val="0"/>
          <w:color w:val="203451"/>
          <w:sz w:val="44"/>
        </w:rPr>
        <w:t>Einkaufsvollmacht</w:t>
      </w:r>
    </w:p>
    <w:p>
      <w:pPr>
        <w:spacing w:before="0" w:after="160" w:line="264" w:lineRule="auto"/>
      </w:pPr>
      <w:r>
        <w:rPr>
          <w:rFonts w:ascii="Carlito" w:hAnsi="Carlito"/>
          <w:b w:val="0"/>
          <w:i w:val="0"/>
          <w:color w:val="637285"/>
          <w:sz w:val="20"/>
        </w:rPr>
        <w:t>Einmalige Beauftragung einer Person zum Einkauf bei METRO</w:t>
      </w:r>
    </w:p>
    <w:tbl>
      <w:tblPr>
        <w:tblW w:type="auto" w:w="0"/>
        <w:tblLook w:firstColumn="1" w:firstRow="1" w:lastColumn="0" w:lastRow="0" w:noHBand="0" w:noVBand="1" w:val="04A0"/>
      </w:tblPr>
      <w:tblGrid>
        <w:gridCol w:w="10036"/>
      </w:tblGrid>
      <w:tr>
        <w:trPr>
          <w:trHeight w:val="37" w:hRule="exact"/>
        </w:trPr>
        <w:tc>
          <w:tcPr>
            <w:tcW w:type="dxa" w:w="10036"/>
            <w:shd w:fill="087E86"/>
            <w:tcMar>
              <w:top w:w="0" w:type="dxa"/>
              <w:start w:w="0" w:type="dxa"/>
              <w:bottom w:w="0" w:type="dxa"/>
              <w:end w:w="0" w:type="dxa"/>
            </w:tcMar>
          </w:tcPr>
          <w:p>
            <w:r/>
          </w:p>
        </w:tc>
      </w:tr>
    </w:tbl>
    <w:p>
      <w:pPr>
        <w:spacing w:before="0" w:after="0" w:line="240" w:lineRule="auto"/>
      </w:pPr>
      <w:r>
        <w:rPr>
          <w:sz w:val="8"/>
        </w:rPr>
        <w:t xml:space="preserve"> </w:t>
      </w:r>
    </w:p>
    <w:p>
      <w:pPr>
        <w:keepNext/>
        <w:spacing w:before="160" w:after="100" w:line="264" w:lineRule="auto"/>
      </w:pPr>
      <w:r>
        <w:rPr>
          <w:rFonts w:ascii="Carlito" w:hAnsi="Carlito"/>
          <w:b/>
          <w:i w:val="0"/>
          <w:color w:val="087E86"/>
          <w:sz w:val="18"/>
        </w:rPr>
        <w:t xml:space="preserve">01  </w:t>
      </w:r>
      <w:r>
        <w:rPr>
          <w:rFonts w:ascii="Carlito" w:hAnsi="Carlito"/>
          <w:b/>
          <w:i w:val="0"/>
          <w:color w:val="203451"/>
          <w:sz w:val="19"/>
        </w:rPr>
        <w:t>Kunde / Auftraggeber</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BETRIEB / ORGANISATION</w:t>
            </w:r>
          </w:p>
          <w:p>
            <w:pPr>
              <w:spacing w:before="0" w:after="0" w:line="247" w:lineRule="auto"/>
            </w:pPr>
            <w:sdt>
              <w:sdtPr>
                <w:alias w:val="FIRMA_1"/>
                <w:tag w:val="FIRMA_1"/>
                <w:id w:val="41000"/>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METRO-KUNDENNUMMER</w:t>
            </w:r>
          </w:p>
          <w:p>
            <w:pPr>
              <w:spacing w:before="0" w:after="0" w:line="247" w:lineRule="auto"/>
            </w:pPr>
            <w:sdt>
              <w:sdtPr>
                <w:alias w:val="KUNDENNUMMER_1"/>
                <w:tag w:val="KUNDENNUMMER_1"/>
                <w:id w:val="41001"/>
                <w:text/>
              </w:sdtPr>
              <w:sdtContent>
                <w:r>
                  <w:rPr>
                    <w:rFonts w:ascii="Carlito" w:hAnsi="Carlito"/>
                    <w:color w:val="8B99A8"/>
                    <w:i/>
                    <w:sz w:val="19"/>
                  </w:rPr>
                  <w:t>Hier eingeben</w:t>
                </w:r>
              </w:sdtContent>
            </w:sdt>
          </w:p>
        </w:tc>
      </w:tr>
    </w:tbl>
    <w:p>
      <w:pPr>
        <w:spacing w:before="0" w:after="0" w:line="240" w:lineRule="auto"/>
      </w:pPr>
      <w:r>
        <w:rPr>
          <w:sz w:val="8"/>
        </w:rPr>
        <w:t xml:space="preserve"> </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GESCHÄFTLICHE ANSCHRIFT</w:t>
            </w:r>
          </w:p>
          <w:p>
            <w:pPr>
              <w:spacing w:before="0" w:after="0" w:line="247" w:lineRule="auto"/>
            </w:pPr>
            <w:sdt>
              <w:sdtPr>
                <w:alias w:val="ANSCHRIFT_1"/>
                <w:tag w:val="ANSCHRIFT_1"/>
                <w:id w:val="41002"/>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VERTRETUNGSBERECHTIGTE PERSON</w:t>
            </w:r>
          </w:p>
          <w:p>
            <w:pPr>
              <w:spacing w:before="0" w:after="0" w:line="247" w:lineRule="auto"/>
            </w:pPr>
            <w:sdt>
              <w:sdtPr>
                <w:alias w:val="VERTRETUNG_1"/>
                <w:tag w:val="VERTRETUNG_1"/>
                <w:id w:val="41003"/>
                <w:text/>
              </w:sdtPr>
              <w:sdtContent>
                <w:r>
                  <w:rPr>
                    <w:rFonts w:ascii="Carlito" w:hAnsi="Carlito"/>
                    <w:color w:val="8B99A8"/>
                    <w:i/>
                    <w:sz w:val="19"/>
                  </w:rPr>
                  <w:t>Hier eingeben</w:t>
                </w:r>
              </w:sdtContent>
            </w:sdt>
          </w:p>
        </w:tc>
      </w:tr>
    </w:tbl>
    <w:p>
      <w:pPr>
        <w:spacing w:before="0" w:after="0" w:line="240" w:lineRule="auto"/>
      </w:pPr>
      <w:r>
        <w:rPr>
          <w:sz w:val="8"/>
        </w:rPr>
        <w:t xml:space="preserve"> </w:t>
      </w:r>
    </w:p>
    <w:p>
      <w:pPr>
        <w:keepNext/>
        <w:spacing w:before="160" w:after="100" w:line="264" w:lineRule="auto"/>
      </w:pPr>
      <w:r>
        <w:rPr>
          <w:rFonts w:ascii="Carlito" w:hAnsi="Carlito"/>
          <w:b/>
          <w:i w:val="0"/>
          <w:color w:val="087E86"/>
          <w:sz w:val="18"/>
        </w:rPr>
        <w:t xml:space="preserve">02  </w:t>
      </w:r>
      <w:r>
        <w:rPr>
          <w:rFonts w:ascii="Carlito" w:hAnsi="Carlito"/>
          <w:b/>
          <w:i w:val="0"/>
          <w:color w:val="203451"/>
          <w:sz w:val="19"/>
        </w:rPr>
        <w:t>Bevollmächtigte Person</w:t>
      </w:r>
    </w:p>
    <w:tbl>
      <w:tblPr>
        <w:tblW w:type="auto" w:w="0"/>
        <w:tblLayout w:type="fixed"/>
        <w:tblLook w:firstColumn="1" w:firstRow="1" w:lastColumn="0" w:lastRow="0" w:noHBand="0" w:noVBand="1" w:val="04A0"/>
      </w:tblPr>
      <w:tblGrid>
        <w:gridCol w:w="10035"/>
      </w:tblGrid>
      <w:tr>
        <w:tc>
          <w:tcPr>
            <w:tcW w:type="dxa" w:w="10036"/>
            <w:vAlign w:val="center"/>
            <w:shd w:fill="F3F7F8"/>
            <w:tcMar>
              <w:top w:w="110" w:type="dxa"/>
              <w:start w:w="170" w:type="dxa"/>
              <w:bottom w:w="110" w:type="dxa"/>
              <w:end w:w="170" w:type="dxa"/>
            </w:tcMar>
          </w:tcPr>
          <w:p>
            <w:pPr>
              <w:spacing w:before="0" w:after="120" w:line="264" w:lineRule="auto"/>
            </w:pPr>
            <w:r/>
            <w:r>
              <w:rPr>
                <w:rFonts w:ascii="Carlito" w:hAnsi="Carlito"/>
                <w:b/>
                <w:i w:val="0"/>
                <w:color w:val="637285"/>
                <w:sz w:val="14"/>
              </w:rPr>
              <w:t>VOR- UND NACHNAME (LAUT AUSWEISDOKUMENT)</w:t>
            </w:r>
          </w:p>
          <w:p>
            <w:pPr>
              <w:spacing w:before="0" w:after="0" w:line="247" w:lineRule="auto"/>
            </w:pPr>
            <w:sdt>
              <w:sdtPr>
                <w:alias w:val="BEVOLLMACHTIGTE_PERSON_1"/>
                <w:tag w:val="BEVOLLMACHTIGTE_PERSON_1"/>
                <w:id w:val="41004"/>
                <w:text/>
              </w:sdtPr>
              <w:sdtContent>
                <w:r>
                  <w:rPr>
                    <w:rFonts w:ascii="Carlito" w:hAnsi="Carlito"/>
                    <w:color w:val="8B99A8"/>
                    <w:i/>
                    <w:sz w:val="19"/>
                  </w:rPr>
                  <w:t>Hier eingeben</w:t>
                </w:r>
              </w:sdtContent>
            </w:sdt>
          </w:p>
        </w:tc>
      </w:tr>
    </w:tbl>
    <w:p>
      <w:pPr>
        <w:spacing w:before="0" w:after="0" w:line="240" w:lineRule="auto"/>
      </w:pPr>
      <w:r>
        <w:rPr>
          <w:sz w:val="8"/>
        </w:rPr>
        <w:t xml:space="preserve"> </w:t>
      </w:r>
    </w:p>
    <w:p>
      <w:pPr>
        <w:keepNext/>
        <w:spacing w:before="160" w:after="100" w:line="264" w:lineRule="auto"/>
      </w:pPr>
      <w:r>
        <w:rPr>
          <w:rFonts w:ascii="Carlito" w:hAnsi="Carlito"/>
          <w:b/>
          <w:i w:val="0"/>
          <w:color w:val="087E86"/>
          <w:sz w:val="18"/>
        </w:rPr>
        <w:t xml:space="preserve">03  </w:t>
      </w:r>
      <w:r>
        <w:rPr>
          <w:rFonts w:ascii="Carlito" w:hAnsi="Carlito"/>
          <w:b/>
          <w:i w:val="0"/>
          <w:color w:val="203451"/>
          <w:sz w:val="19"/>
        </w:rPr>
        <w:t>Einmaliger Einkauf</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DATUM DES EINKAUFS</w:t>
            </w:r>
          </w:p>
          <w:p>
            <w:pPr>
              <w:spacing w:before="0" w:after="0" w:line="247" w:lineRule="auto"/>
            </w:pPr>
            <w:sdt>
              <w:sdtPr>
                <w:alias w:val="EINKAUFSDATUM"/>
                <w:tag w:val="EINKAUFSDATUM"/>
                <w:id w:val="41005"/>
                <w:text/>
              </w:sdtPr>
              <w:sdtContent>
                <w:r>
                  <w:rPr>
                    <w:rFonts w:ascii="Carlito" w:hAnsi="Carlito"/>
                    <w:color w:val="8B99A8"/>
                    <w:i/>
                    <w:sz w:val="19"/>
                  </w:rPr>
                  <w:t>TT.MM.JJJJ</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METRO-MARKT / ORT (OPTIONAL)</w:t>
            </w:r>
          </w:p>
          <w:p>
            <w:pPr>
              <w:spacing w:before="0" w:after="0" w:line="247" w:lineRule="auto"/>
            </w:pPr>
            <w:sdt>
              <w:sdtPr>
                <w:alias w:val="MARKT_ORT"/>
                <w:tag w:val="MARKT_ORT"/>
                <w:id w:val="41006"/>
                <w:text/>
              </w:sdtPr>
              <w:sdtContent>
                <w:r>
                  <w:rPr>
                    <w:rFonts w:ascii="Carlito" w:hAnsi="Carlito"/>
                    <w:color w:val="8B99A8"/>
                    <w:i/>
                    <w:sz w:val="19"/>
                  </w:rPr>
                  <w:t>Standort eintragen</w:t>
                </w:r>
              </w:sdtContent>
            </w:sdt>
          </w:p>
        </w:tc>
      </w:tr>
    </w:tbl>
    <w:p>
      <w:pPr>
        <w:spacing w:before="0" w:after="0" w:line="240" w:lineRule="auto"/>
      </w:pPr>
      <w:r>
        <w:rPr>
          <w:sz w:val="8"/>
        </w:rPr>
        <w:t xml:space="preserve"> </w:t>
      </w:r>
    </w:p>
    <w:p>
      <w:pPr>
        <w:spacing w:before="40" w:after="80" w:line="288" w:lineRule="auto"/>
      </w:pPr>
      <w:r>
        <w:rPr>
          <w:rFonts w:ascii="Carlito" w:hAnsi="Carlito"/>
          <w:b/>
          <w:i w:val="0"/>
          <w:color w:val="243247"/>
          <w:sz w:val="18"/>
        </w:rPr>
        <w:t xml:space="preserve">Zahlungsweg:  </w:t>
      </w:r>
      <w:sdt>
        <w:sdtPr>
          <w:alias w:val="P1_BAR_KARTE"/>
          <w:tag w:val="P1_BAR_KARTE"/>
          <w:id w:val="41007"/>
          <w14:checkbox>
            <w14:checked w14:val="0"/>
            <w14:checkedState w14:val="2612" w14:font="DejaVu Sans"/>
            <w14:uncheckedState w14:val="2610" w14:font="DejaVu Sans"/>
          </w14:checkbox>
        </w:sdtPr>
        <w:sdtContent>
          <w:r>
            <w:rPr>
              <w:rFonts w:ascii="DejaVu Sans" w:hAnsi="DejaVu Sans"/>
              <w:color w:val="087E86"/>
            </w:rPr>
            <w:t>☐</w:t>
          </w:r>
        </w:sdtContent>
      </w:sdt>
      <w:r>
        <w:rPr>
          <w:rFonts w:ascii="Carlito" w:hAnsi="Carlito"/>
          <w:b w:val="0"/>
          <w:i w:val="0"/>
          <w:color w:val="243247"/>
          <w:sz w:val="18"/>
        </w:rPr>
        <w:t xml:space="preserve">  Bar-/Kartenzahlung vor Ort     </w:t>
      </w:r>
      <w:sdt>
        <w:sdtPr>
          <w:alias w:val="P1_KREDIT"/>
          <w:tag w:val="P1_KREDIT"/>
          <w:id w:val="41008"/>
          <w14:checkbox>
            <w14:checked w14:val="0"/>
            <w14:checkedState w14:val="2612" w14:font="DejaVu Sans"/>
            <w14:uncheckedState w14:val="2610" w14:font="DejaVu Sans"/>
          </w14:checkbox>
        </w:sdtPr>
        <w:sdtContent>
          <w:r>
            <w:rPr>
              <w:rFonts w:ascii="DejaVu Sans" w:hAnsi="DejaVu Sans"/>
              <w:color w:val="087E86"/>
            </w:rPr>
            <w:t>☐</w:t>
          </w:r>
        </w:sdtContent>
      </w:sdt>
      <w:r>
        <w:rPr>
          <w:rFonts w:ascii="Carlito" w:hAnsi="Carlito"/>
          <w:b w:val="0"/>
          <w:i w:val="0"/>
          <w:color w:val="243247"/>
          <w:sz w:val="18"/>
        </w:rPr>
        <w:t xml:space="preserve">  METRO-Kredit-Limit¹     </w:t>
      </w:r>
    </w:p>
    <w:p>
      <w:pPr>
        <w:spacing w:before="0" w:after="80" w:line="264" w:lineRule="auto"/>
      </w:pPr>
      <w:r>
        <w:rPr>
          <w:rFonts w:ascii="Carlito" w:hAnsi="Carlito"/>
          <w:b w:val="0"/>
          <w:i w:val="0"/>
          <w:color w:val="637285"/>
          <w:sz w:val="15"/>
        </w:rPr>
        <w:t>¹ Nur bei bestehender Vereinbarung und entsprechender Freigabe durch METRO.</w:t>
      </w:r>
    </w:p>
    <w:tbl>
      <w:tblPr>
        <w:tblW w:type="auto" w:w="0"/>
        <w:tblLayout w:type="fixed"/>
        <w:tblLook w:firstColumn="1" w:firstRow="1" w:lastColumn="0" w:lastRow="0" w:noHBand="0" w:noVBand="1" w:val="04A0"/>
      </w:tblPr>
      <w:tblGrid>
        <w:gridCol w:w="10035"/>
      </w:tblGrid>
      <w:tr>
        <w:tc>
          <w:tcPr>
            <w:tcW w:type="dxa" w:w="10036"/>
            <w:vAlign w:val="center"/>
            <w:shd w:fill="F3F7F8"/>
            <w:tcMar>
              <w:top w:w="110" w:type="dxa"/>
              <w:start w:w="170" w:type="dxa"/>
              <w:bottom w:w="110" w:type="dxa"/>
              <w:end w:w="170" w:type="dxa"/>
            </w:tcMar>
          </w:tcPr>
          <w:p>
            <w:pPr>
              <w:spacing w:before="0" w:after="120" w:line="264" w:lineRule="auto"/>
            </w:pPr>
            <w:r/>
            <w:r>
              <w:rPr>
                <w:rFonts w:ascii="Carlito" w:hAnsi="Carlito"/>
                <w:b/>
                <w:i w:val="0"/>
                <w:color w:val="637285"/>
                <w:sz w:val="14"/>
              </w:rPr>
              <w:t>BESONDERE EINKAUFSVORGABEN (OPTIONAL)</w:t>
            </w:r>
          </w:p>
          <w:p>
            <w:pPr>
              <w:spacing w:before="0" w:after="0" w:line="247" w:lineRule="auto"/>
            </w:pPr>
            <w:sdt>
              <w:sdtPr>
                <w:alias w:val="BESONDERE_VORGABEN"/>
                <w:tag w:val="BESONDERE_VORGABEN"/>
                <w:id w:val="41009"/>
                <w:text/>
              </w:sdtPr>
              <w:sdtContent>
                <w:r>
                  <w:rPr>
                    <w:rFonts w:ascii="Carlito" w:hAnsi="Carlito"/>
                    <w:color w:val="8B99A8"/>
                    <w:i/>
                    <w:sz w:val="19"/>
                  </w:rPr>
                  <w:t>z. B. Warenarten, Höchstbetrag oder Bestellliste</w:t>
                </w:r>
              </w:sdtContent>
            </w:sdt>
          </w:p>
        </w:tc>
      </w:tr>
    </w:tbl>
    <w:p>
      <w:pPr>
        <w:spacing w:before="0" w:after="0" w:line="240" w:lineRule="auto"/>
      </w:pPr>
      <w:r>
        <w:rPr>
          <w:sz w:val="4"/>
        </w:rPr>
        <w:t xml:space="preserve"> </w:t>
      </w:r>
    </w:p>
    <w:p>
      <w:pPr>
        <w:keepNext/>
        <w:spacing w:before="160" w:after="100" w:line="264" w:lineRule="auto"/>
      </w:pPr>
      <w:r>
        <w:rPr>
          <w:rFonts w:ascii="Carlito" w:hAnsi="Carlito"/>
          <w:b/>
          <w:i w:val="0"/>
          <w:color w:val="087E86"/>
          <w:sz w:val="18"/>
        </w:rPr>
        <w:t xml:space="preserve">04  </w:t>
      </w:r>
      <w:r>
        <w:rPr>
          <w:rFonts w:ascii="Carlito" w:hAnsi="Carlito"/>
          <w:b/>
          <w:i w:val="0"/>
          <w:color w:val="203451"/>
          <w:sz w:val="19"/>
        </w:rPr>
        <w:t>Erklärung</w:t>
      </w:r>
    </w:p>
    <w:tbl>
      <w:tblPr>
        <w:tblW w:type="auto" w:w="0"/>
        <w:tblLook w:firstColumn="1" w:firstRow="1" w:lastColumn="0" w:lastRow="0" w:noHBand="0" w:noVBand="1" w:val="04A0"/>
      </w:tblPr>
      <w:tblGrid>
        <w:gridCol w:w="10036"/>
      </w:tblGrid>
      <w:tr>
        <w:tc>
          <w:tcPr>
            <w:tcW w:type="dxa" w:w="10036"/>
            <w:shd w:fill="F1F6F6"/>
            <w:tcMar>
              <w:top w:w="130" w:type="dxa"/>
              <w:start w:w="170" w:type="dxa"/>
              <w:bottom w:w="115" w:type="dxa"/>
              <w:end w:w="170" w:type="dxa"/>
            </w:tcMar>
          </w:tcPr>
          <w:p>
            <w:pPr>
              <w:spacing w:before="0" w:after="0" w:line="293" w:lineRule="auto"/>
            </w:pPr>
            <w:r>
              <w:rPr>
                <w:rFonts w:ascii="Carlito" w:hAnsi="Carlito"/>
                <w:b w:val="0"/>
                <w:i w:val="0"/>
                <w:color w:val="243247"/>
                <w:sz w:val="17"/>
              </w:rPr>
              <w:t>Ich bevollmächtige die oben genannte Person, am angegebenen Einkaufstag im Namen und für den gewerblichen, beruflichen oder institutionellen Bedarf des genannten Kunden Waren bei METRO auszuwählen, zu erwerben und entgegenzunehmen. Die Beauftragung ist auf diesen einzelnen Einkauf begrenzt und nicht übertragbar. Die Zahlung erfolgt ausschließlich im Rahmen der bei METRO verfügbaren und für das Kundenkonto zugelassenen Möglichkeiten.</w:t>
            </w:r>
          </w:p>
        </w:tc>
      </w:tr>
    </w:tbl>
    <w:p>
      <w:pPr>
        <w:spacing w:before="0" w:after="0" w:line="240" w:lineRule="auto"/>
      </w:pPr>
      <w:r>
        <w:rPr>
          <w:sz w:val="14"/>
        </w:rPr>
        <w:t xml:space="preserve"> </w:t>
      </w:r>
    </w:p>
    <w:p>
      <w:pPr>
        <w:spacing w:before="0" w:after="80" w:line="264" w:lineRule="auto"/>
      </w:pPr>
      <w:r>
        <w:rPr>
          <w:rFonts w:ascii="Carlito" w:hAnsi="Carlito"/>
          <w:b w:val="0"/>
          <w:i w:val="0"/>
          <w:color w:val="243247"/>
          <w:sz w:val="17"/>
        </w:rPr>
        <w:t>Die bevollmächtigte Person bestätigt, ausschließlich für den Bedarf des bezeichneten Kunden einzukaufen.</w:t>
      </w:r>
    </w:p>
    <w:p>
      <w:pPr>
        <w:keepNext/>
        <w:spacing w:before="160" w:after="100" w:line="264" w:lineRule="auto"/>
      </w:pPr>
      <w:r>
        <w:rPr>
          <w:rFonts w:ascii="Carlito" w:hAnsi="Carlito"/>
          <w:b/>
          <w:i w:val="0"/>
          <w:color w:val="087E86"/>
          <w:sz w:val="18"/>
        </w:rPr>
        <w:t xml:space="preserve">05  </w:t>
      </w:r>
      <w:r>
        <w:rPr>
          <w:rFonts w:ascii="Carlito" w:hAnsi="Carlito"/>
          <w:b/>
          <w:i w:val="0"/>
          <w:color w:val="203451"/>
          <w:sz w:val="19"/>
        </w:rPr>
        <w:t>Unterschriften</w:t>
      </w:r>
    </w:p>
    <w:tbl>
      <w:tblPr>
        <w:tblW w:type="auto" w:w="0"/>
        <w:tblLayout w:type="fixed"/>
        <w:tblLook w:firstColumn="1" w:firstRow="1" w:lastColumn="0" w:lastRow="0" w:noHBand="0" w:noVBand="1" w:val="04A0"/>
      </w:tblPr>
      <w:tblGrid>
        <w:gridCol w:w="4989"/>
        <w:gridCol w:w="4989"/>
      </w:tblGrid>
      <w:tr>
        <w:tc>
          <w:tcPr>
            <w:tcW w:type="dxa" w:w="5018"/>
            <w:tcMar>
              <w:top w:w="70" w:type="dxa"/>
              <w:start w:w="0" w:type="dxa"/>
              <w:bottom w:w="20" w:type="dxa"/>
              <w:end w:w="0" w:type="dxa"/>
            </w:tcMar>
          </w:tcPr>
          <w:p>
            <w:pPr>
              <w:spacing w:before="0" w:after="80" w:line="264" w:lineRule="auto"/>
            </w:pPr>
            <w:r/>
            <w:r>
              <w:rPr>
                <w:rFonts w:ascii="Carlito" w:hAnsi="Carlito"/>
                <w:b w:val="0"/>
                <w:i w:val="0"/>
                <w:color w:val="243247"/>
                <w:sz w:val="18"/>
              </w:rPr>
              <w:t>_____________________________________</w:t>
            </w:r>
          </w:p>
          <w:p>
            <w:pPr>
              <w:spacing w:before="0" w:after="0" w:line="264" w:lineRule="auto"/>
            </w:pPr>
            <w:r>
              <w:rPr>
                <w:rFonts w:ascii="Carlito" w:hAnsi="Carlito"/>
                <w:b w:val="0"/>
                <w:i w:val="0"/>
                <w:color w:val="637285"/>
                <w:sz w:val="15"/>
              </w:rPr>
              <w:t>Unterschrift der vertretungsberechtigten Person</w:t>
            </w:r>
          </w:p>
        </w:tc>
        <w:tc>
          <w:tcPr>
            <w:tcW w:type="dxa" w:w="5018"/>
            <w:tcMar>
              <w:top w:w="70" w:type="dxa"/>
              <w:start w:w="0" w:type="dxa"/>
              <w:bottom w:w="20" w:type="dxa"/>
              <w:end w:w="0" w:type="dxa"/>
            </w:tcMar>
          </w:tcPr>
          <w:p>
            <w:pPr>
              <w:spacing w:before="0" w:after="80" w:line="264" w:lineRule="auto"/>
            </w:pPr>
            <w:r/>
            <w:r>
              <w:rPr>
                <w:rFonts w:ascii="Carlito" w:hAnsi="Carlito"/>
                <w:b w:val="0"/>
                <w:i w:val="0"/>
                <w:color w:val="243247"/>
                <w:sz w:val="18"/>
              </w:rPr>
              <w:t>_____________________________________</w:t>
            </w:r>
          </w:p>
          <w:p>
            <w:pPr>
              <w:spacing w:before="0" w:after="0" w:line="264" w:lineRule="auto"/>
            </w:pPr>
            <w:r>
              <w:rPr>
                <w:rFonts w:ascii="Carlito" w:hAnsi="Carlito"/>
                <w:b w:val="0"/>
                <w:i w:val="0"/>
                <w:color w:val="637285"/>
                <w:sz w:val="15"/>
              </w:rPr>
              <w:t>Unterschrift der bevollmächtigten Person</w:t>
            </w:r>
          </w:p>
        </w:tc>
      </w:tr>
    </w:tbl>
    <w:p>
      <w:pPr>
        <w:spacing w:before="100" w:after="0" w:line="264" w:lineRule="auto"/>
      </w:pPr>
      <w:r>
        <w:rPr>
          <w:rFonts w:ascii="Carlito" w:hAnsi="Carlito"/>
          <w:b/>
          <w:i w:val="0"/>
          <w:color w:val="637285"/>
          <w:sz w:val="16"/>
        </w:rPr>
        <w:t xml:space="preserve">Ort, Datum  </w:t>
      </w:r>
      <w:sdt>
        <w:sdtPr>
          <w:alias w:val="ORT_DATUM_1"/>
          <w:tag w:val="ORT_DATUM_1"/>
          <w:id w:val="41010"/>
          <w:text/>
        </w:sdtPr>
        <w:sdtContent>
          <w:r>
            <w:rPr>
              <w:rFonts w:ascii="Carlito" w:hAnsi="Carlito"/>
              <w:color w:val="8B99A8"/>
              <w:i/>
              <w:sz w:val="18"/>
            </w:rPr>
            <w:t>Ort und Datum eintragen</w:t>
          </w:r>
        </w:sdtContent>
      </w:sdt>
    </w:p>
    <w:p>
      <w:pPr>
        <w:spacing w:before="0" w:after="0" w:line="240" w:lineRule="auto"/>
      </w:pPr>
      <w:r>
        <w:rPr>
          <w:sz w:val="14"/>
        </w:rPr>
        <w:t xml:space="preserve"> </w:t>
      </w:r>
    </w:p>
    <w:tbl>
      <w:tblPr>
        <w:tblW w:type="auto" w:w="0"/>
        <w:tblLook w:firstColumn="1" w:firstRow="1" w:lastColumn="0" w:lastRow="0" w:noHBand="0" w:noVBand="1" w:val="04A0"/>
      </w:tblPr>
      <w:tblGrid>
        <w:gridCol w:w="10036"/>
      </w:tblGrid>
      <w:tr>
        <w:tc>
          <w:tcPr>
            <w:tcW w:type="dxa" w:w="10036"/>
            <w:shd w:fill="F5F7F9"/>
            <w:tcMar>
              <w:top w:w="105" w:type="dxa"/>
              <w:start w:w="140" w:type="dxa"/>
              <w:bottom w:w="95" w:type="dxa"/>
              <w:end w:w="140" w:type="dxa"/>
            </w:tcMar>
          </w:tcPr>
          <w:p>
            <w:pPr>
              <w:spacing w:before="0" w:after="0" w:line="281" w:lineRule="auto"/>
            </w:pPr>
            <w:r>
              <w:rPr>
                <w:rFonts w:ascii="Carlito" w:hAnsi="Carlito"/>
                <w:b/>
                <w:i w:val="0"/>
                <w:color w:val="087E86"/>
                <w:sz w:val="15"/>
              </w:rPr>
              <w:t xml:space="preserve">FÜR DEN BESUCH IM MARKT  </w:t>
            </w:r>
            <w:r>
              <w:rPr>
                <w:rFonts w:ascii="Carlito" w:hAnsi="Carlito"/>
                <w:b w:val="0"/>
                <w:i w:val="0"/>
                <w:color w:val="243247"/>
                <w:sz w:val="16"/>
              </w:rPr>
              <w:t>Unterschriebene Vollmacht, METRO-Kundenkarte und amtlichen Lichtbildausweis mitnehmen. METRO kann die Nutzung seines eigenen Formulars verlangen.</w:t>
            </w:r>
          </w:p>
        </w:tc>
      </w:tr>
    </w:tbl>
    <w:p>
      <w:r>
        <w:br w:type="page"/>
      </w:r>
    </w:p>
    <w:tbl>
      <w:tblPr>
        <w:tblW w:type="auto" w:w="0"/>
        <w:tblLayout w:type="fixed"/>
        <w:tblLook w:firstColumn="1" w:firstRow="1" w:lastColumn="0" w:lastRow="0" w:noHBand="0" w:noVBand="1" w:val="04A0"/>
      </w:tblPr>
      <w:tblGrid>
        <w:gridCol w:w="6973"/>
        <w:gridCol w:w="3061"/>
      </w:tblGrid>
      <w:tr>
        <w:tc>
          <w:tcPr>
            <w:tcW w:type="dxa" w:w="5018"/>
            <w:tcMar>
              <w:top w:w="10" w:type="dxa"/>
              <w:start w:w="0" w:type="dxa"/>
              <w:bottom w:w="10" w:type="dxa"/>
              <w:end w:w="0" w:type="dxa"/>
            </w:tcMar>
          </w:tcPr>
          <w:p>
            <w:pPr>
              <w:spacing w:before="0" w:after="0" w:line="264" w:lineRule="auto"/>
            </w:pPr>
            <w:r/>
            <w:r>
              <w:rPr>
                <w:rFonts w:ascii="Carlito" w:hAnsi="Carlito"/>
                <w:b/>
                <w:i w:val="0"/>
                <w:color w:val="087E86"/>
                <w:sz w:val="16"/>
              </w:rPr>
              <w:t>VOLLMACHT  /  GROSSHANDEL</w:t>
            </w:r>
          </w:p>
        </w:tc>
        <w:tc>
          <w:tcPr>
            <w:tcW w:type="dxa" w:w="5018"/>
            <w:tcMar>
              <w:top w:w="10" w:type="dxa"/>
              <w:start w:w="0" w:type="dxa"/>
              <w:bottom w:w="10" w:type="dxa"/>
              <w:end w:w="0" w:type="dxa"/>
            </w:tcMar>
          </w:tcPr>
          <w:p>
            <w:pPr>
              <w:spacing w:before="0" w:after="0" w:line="264" w:lineRule="auto"/>
              <w:jc w:val="right"/>
            </w:pPr>
            <w:r/>
            <w:r>
              <w:rPr>
                <w:rFonts w:ascii="Carlito" w:hAnsi="Carlito"/>
                <w:b/>
                <w:i w:val="0"/>
                <w:color w:val="637285"/>
                <w:sz w:val="16"/>
              </w:rPr>
              <w:t>VORLAGE  02 / 02</w:t>
            </w:r>
          </w:p>
        </w:tc>
      </w:tr>
    </w:tbl>
    <w:p>
      <w:pPr>
        <w:spacing w:before="180" w:after="40" w:line="264" w:lineRule="auto"/>
      </w:pPr>
      <w:r>
        <w:rPr>
          <w:rFonts w:ascii="Carlito" w:hAnsi="Carlito"/>
          <w:b/>
          <w:i w:val="0"/>
          <w:color w:val="203451"/>
          <w:sz w:val="44"/>
        </w:rPr>
        <w:t>Dauerhafte Einkaufsberechtigung</w:t>
      </w:r>
    </w:p>
    <w:p>
      <w:pPr>
        <w:spacing w:before="0" w:after="160" w:line="264" w:lineRule="auto"/>
      </w:pPr>
      <w:r>
        <w:rPr>
          <w:rFonts w:ascii="Carlito" w:hAnsi="Carlito"/>
          <w:b w:val="0"/>
          <w:i w:val="0"/>
          <w:color w:val="637285"/>
          <w:sz w:val="20"/>
        </w:rPr>
        <w:t>Vorbereitungsblatt zur Anmeldung zusätzlicher einkaufsberechtigter Personen</w:t>
      </w:r>
    </w:p>
    <w:tbl>
      <w:tblPr>
        <w:tblW w:type="auto" w:w="0"/>
        <w:tblLook w:firstColumn="1" w:firstRow="1" w:lastColumn="0" w:lastRow="0" w:noHBand="0" w:noVBand="1" w:val="04A0"/>
      </w:tblPr>
      <w:tblGrid>
        <w:gridCol w:w="10036"/>
      </w:tblGrid>
      <w:tr>
        <w:trPr>
          <w:trHeight w:val="37" w:hRule="exact"/>
        </w:trPr>
        <w:tc>
          <w:tcPr>
            <w:tcW w:type="dxa" w:w="10036"/>
            <w:shd w:fill="087E86"/>
            <w:tcMar>
              <w:top w:w="0" w:type="dxa"/>
              <w:start w:w="0" w:type="dxa"/>
              <w:bottom w:w="0" w:type="dxa"/>
              <w:end w:w="0" w:type="dxa"/>
            </w:tcMar>
          </w:tcPr>
          <w:p>
            <w:r/>
          </w:p>
        </w:tc>
      </w:tr>
    </w:tbl>
    <w:p>
      <w:pPr>
        <w:spacing w:before="0" w:after="0" w:line="240" w:lineRule="auto"/>
      </w:pPr>
      <w:r>
        <w:rPr>
          <w:sz w:val="8"/>
        </w:rPr>
        <w:t xml:space="preserve"> </w:t>
      </w:r>
    </w:p>
    <w:tbl>
      <w:tblPr>
        <w:tblW w:type="auto" w:w="0"/>
        <w:tblLook w:firstColumn="1" w:firstRow="1" w:lastColumn="0" w:lastRow="0" w:noHBand="0" w:noVBand="1" w:val="04A0"/>
      </w:tblPr>
      <w:tblGrid>
        <w:gridCol w:w="10036"/>
      </w:tblGrid>
      <w:tr>
        <w:tc>
          <w:tcPr>
            <w:tcW w:type="dxa" w:w="10036"/>
            <w:shd w:fill="EAF4F3"/>
            <w:tcMar>
              <w:top w:w="100" w:type="dxa"/>
              <w:start w:w="140" w:type="dxa"/>
              <w:bottom w:w="95" w:type="dxa"/>
              <w:end w:w="140" w:type="dxa"/>
            </w:tcMar>
          </w:tcPr>
          <w:p>
            <w:pPr>
              <w:spacing w:before="0" w:after="0" w:line="274" w:lineRule="auto"/>
            </w:pPr>
            <w:r>
              <w:rPr>
                <w:rFonts w:ascii="Carlito" w:hAnsi="Carlito"/>
                <w:b/>
                <w:i w:val="0"/>
                <w:color w:val="087E86"/>
                <w:sz w:val="16"/>
              </w:rPr>
              <w:t xml:space="preserve">WICHTIG  </w:t>
            </w:r>
            <w:r>
              <w:rPr>
                <w:rFonts w:ascii="Carlito" w:hAnsi="Carlito"/>
                <w:b w:val="0"/>
                <w:i w:val="0"/>
                <w:color w:val="243247"/>
                <w:sz w:val="16"/>
              </w:rPr>
              <w:t>Dieses Blatt dient der Vorbereitung. Eine dauerhafte Berechtigung entsteht erst nach der Registrierung und Freigabe durch METRO.</w:t>
            </w:r>
          </w:p>
        </w:tc>
      </w:tr>
    </w:tbl>
    <w:p>
      <w:pPr>
        <w:keepNext/>
        <w:spacing w:before="160" w:after="100" w:line="264" w:lineRule="auto"/>
      </w:pPr>
      <w:r>
        <w:rPr>
          <w:rFonts w:ascii="Carlito" w:hAnsi="Carlito"/>
          <w:b/>
          <w:i w:val="0"/>
          <w:color w:val="087E86"/>
          <w:sz w:val="18"/>
        </w:rPr>
        <w:t xml:space="preserve">01  </w:t>
      </w:r>
      <w:r>
        <w:rPr>
          <w:rFonts w:ascii="Carlito" w:hAnsi="Carlito"/>
          <w:b/>
          <w:i w:val="0"/>
          <w:color w:val="203451"/>
          <w:sz w:val="19"/>
        </w:rPr>
        <w:t>Angaben des Kundenkontos</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BETRIEB / ORGANISATION</w:t>
            </w:r>
          </w:p>
          <w:p>
            <w:pPr>
              <w:spacing w:before="0" w:after="0" w:line="247" w:lineRule="auto"/>
            </w:pPr>
            <w:sdt>
              <w:sdtPr>
                <w:alias w:val="FIRMA_2"/>
                <w:tag w:val="FIRMA_2"/>
                <w:id w:val="41011"/>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METRO-KUNDENNUMMER</w:t>
            </w:r>
          </w:p>
          <w:p>
            <w:pPr>
              <w:spacing w:before="0" w:after="0" w:line="247" w:lineRule="auto"/>
            </w:pPr>
            <w:sdt>
              <w:sdtPr>
                <w:alias w:val="KUNDENNUMMER_2"/>
                <w:tag w:val="KUNDENNUMMER_2"/>
                <w:id w:val="41012"/>
                <w:text/>
              </w:sdtPr>
              <w:sdtContent>
                <w:r>
                  <w:rPr>
                    <w:rFonts w:ascii="Carlito" w:hAnsi="Carlito"/>
                    <w:color w:val="8B99A8"/>
                    <w:i/>
                    <w:sz w:val="19"/>
                  </w:rPr>
                  <w:t>Hier eingeben</w:t>
                </w:r>
              </w:sdtContent>
            </w:sdt>
          </w:p>
        </w:tc>
      </w:tr>
    </w:tbl>
    <w:p>
      <w:pPr>
        <w:spacing w:before="0" w:after="0" w:line="240" w:lineRule="auto"/>
      </w:pPr>
      <w:r>
        <w:rPr>
          <w:sz w:val="8"/>
        </w:rPr>
        <w:t xml:space="preserve"> </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GESCHÄFTLICHE ANSCHRIFT</w:t>
            </w:r>
          </w:p>
          <w:p>
            <w:pPr>
              <w:spacing w:before="0" w:after="0" w:line="247" w:lineRule="auto"/>
            </w:pPr>
            <w:sdt>
              <w:sdtPr>
                <w:alias w:val="ANSCHRIFT_2"/>
                <w:tag w:val="ANSCHRIFT_2"/>
                <w:id w:val="41013"/>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VERTRETUNGSBERECHTIGTE PERSON</w:t>
            </w:r>
          </w:p>
          <w:p>
            <w:pPr>
              <w:spacing w:before="0" w:after="0" w:line="247" w:lineRule="auto"/>
            </w:pPr>
            <w:sdt>
              <w:sdtPr>
                <w:alias w:val="VERTRETUNG_2"/>
                <w:tag w:val="VERTRETUNG_2"/>
                <w:id w:val="41014"/>
                <w:text/>
              </w:sdtPr>
              <w:sdtContent>
                <w:r>
                  <w:rPr>
                    <w:rFonts w:ascii="Carlito" w:hAnsi="Carlito"/>
                    <w:color w:val="8B99A8"/>
                    <w:i/>
                    <w:sz w:val="19"/>
                  </w:rPr>
                  <w:t>Hier eingeben</w:t>
                </w:r>
              </w:sdtContent>
            </w:sdt>
          </w:p>
        </w:tc>
      </w:tr>
    </w:tbl>
    <w:p>
      <w:pPr>
        <w:spacing w:before="0" w:after="0" w:line="240" w:lineRule="auto"/>
      </w:pPr>
      <w:r>
        <w:rPr>
          <w:sz w:val="8"/>
        </w:rPr>
        <w:t xml:space="preserve"> </w:t>
      </w:r>
    </w:p>
    <w:p>
      <w:pPr>
        <w:keepNext/>
        <w:spacing w:before="160" w:after="100" w:line="264" w:lineRule="auto"/>
      </w:pPr>
      <w:r>
        <w:rPr>
          <w:rFonts w:ascii="Carlito" w:hAnsi="Carlito"/>
          <w:b/>
          <w:i w:val="0"/>
          <w:color w:val="087E86"/>
          <w:sz w:val="18"/>
        </w:rPr>
        <w:t xml:space="preserve">02  </w:t>
      </w:r>
      <w:r>
        <w:rPr>
          <w:rFonts w:ascii="Carlito" w:hAnsi="Carlito"/>
          <w:b/>
          <w:i w:val="0"/>
          <w:color w:val="203451"/>
          <w:sz w:val="19"/>
        </w:rPr>
        <w:t>Personen für die Registrierung</w:t>
      </w:r>
    </w:p>
    <w:p>
      <w:pPr>
        <w:spacing w:before="0" w:after="120" w:line="264" w:lineRule="auto"/>
      </w:pPr>
      <w:r>
        <w:rPr>
          <w:rFonts w:ascii="Carlito" w:hAnsi="Carlito"/>
          <w:b w:val="0"/>
          <w:i w:val="0"/>
          <w:color w:val="243247"/>
          <w:sz w:val="17"/>
        </w:rPr>
        <w:t>Die folgenden Personen sollen für den Einkauf im Namen des oben genannten Kunden registriert werden:</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01  VOR- UND NACHNAME</w:t>
            </w:r>
          </w:p>
          <w:p>
            <w:pPr>
              <w:spacing w:before="0" w:after="0" w:line="247" w:lineRule="auto"/>
            </w:pPr>
            <w:sdt>
              <w:sdtPr>
                <w:alias w:val="PERSON_1_NAME"/>
                <w:tag w:val="PERSON_1_NAME"/>
                <w:id w:val="41015"/>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AUFGABE IM BETRIEB (OPTIONAL)</w:t>
            </w:r>
          </w:p>
          <w:p>
            <w:pPr>
              <w:spacing w:before="0" w:after="0" w:line="247" w:lineRule="auto"/>
            </w:pPr>
            <w:sdt>
              <w:sdtPr>
                <w:alias w:val="PERSON_1_FUNKTION"/>
                <w:tag w:val="PERSON_1_FUNKTION"/>
                <w:id w:val="41016"/>
                <w:text/>
              </w:sdtPr>
              <w:sdtContent>
                <w:r>
                  <w:rPr>
                    <w:rFonts w:ascii="Carlito" w:hAnsi="Carlito"/>
                    <w:color w:val="8B99A8"/>
                    <w:i/>
                    <w:sz w:val="19"/>
                  </w:rPr>
                  <w:t>Hier eingeben</w:t>
                </w:r>
              </w:sdtContent>
            </w:sdt>
          </w:p>
        </w:tc>
      </w:tr>
    </w:tbl>
    <w:p>
      <w:pPr>
        <w:spacing w:before="0" w:after="0" w:line="240" w:lineRule="auto"/>
      </w:pPr>
      <w:r>
        <w:rPr>
          <w:sz w:val="8"/>
        </w:rPr>
        <w:t xml:space="preserve"> </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02  VOR- UND NACHNAME</w:t>
            </w:r>
          </w:p>
          <w:p>
            <w:pPr>
              <w:spacing w:before="0" w:after="0" w:line="247" w:lineRule="auto"/>
            </w:pPr>
            <w:sdt>
              <w:sdtPr>
                <w:alias w:val="PERSON_2_NAME"/>
                <w:tag w:val="PERSON_2_NAME"/>
                <w:id w:val="41017"/>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AUFGABE IM BETRIEB (OPTIONAL)</w:t>
            </w:r>
          </w:p>
          <w:p>
            <w:pPr>
              <w:spacing w:before="0" w:after="0" w:line="247" w:lineRule="auto"/>
            </w:pPr>
            <w:sdt>
              <w:sdtPr>
                <w:alias w:val="PERSON_2_FUNKTION"/>
                <w:tag w:val="PERSON_2_FUNKTION"/>
                <w:id w:val="41018"/>
                <w:text/>
              </w:sdtPr>
              <w:sdtContent>
                <w:r>
                  <w:rPr>
                    <w:rFonts w:ascii="Carlito" w:hAnsi="Carlito"/>
                    <w:color w:val="8B99A8"/>
                    <w:i/>
                    <w:sz w:val="19"/>
                  </w:rPr>
                  <w:t>Hier eingeben</w:t>
                </w:r>
              </w:sdtContent>
            </w:sdt>
          </w:p>
        </w:tc>
      </w:tr>
    </w:tbl>
    <w:p>
      <w:pPr>
        <w:spacing w:before="0" w:after="0" w:line="240" w:lineRule="auto"/>
      </w:pPr>
      <w:r>
        <w:rPr>
          <w:sz w:val="8"/>
        </w:rPr>
        <w:t xml:space="preserve"> </w:t>
      </w:r>
    </w:p>
    <w:tbl>
      <w:tblPr>
        <w:tblW w:type="auto" w:w="0"/>
        <w:jc w:val="center"/>
        <w:tblLayout w:type="fixed"/>
        <w:tblLook w:firstColumn="1" w:firstRow="1" w:lastColumn="0" w:lastRow="0" w:noHBand="0" w:noVBand="1" w:val="04A0"/>
      </w:tblPr>
      <w:tblGrid>
        <w:gridCol w:w="5017"/>
        <w:gridCol w:w="5017"/>
      </w:tblGrid>
      <w:tr>
        <w:tc>
          <w:tcPr>
            <w:tcW w:type="dxa" w:w="5017"/>
            <w:vAlign w:val="center"/>
            <w:shd w:fill="F3F7F8"/>
            <w:tcMar>
              <w:top w:w="110" w:type="dxa"/>
              <w:start w:w="170" w:type="dxa"/>
              <w:bottom w:w="110" w:type="dxa"/>
              <w:end w:w="170" w:type="dxa"/>
            </w:tcMar>
            <w:tcBorders>
              <w:right w:val="single" w:sz="18" w:color="FFFFFF"/>
            </w:tcBorders>
          </w:tcPr>
          <w:p>
            <w:pPr>
              <w:spacing w:before="0" w:after="120" w:line="264" w:lineRule="auto"/>
            </w:pPr>
            <w:r/>
            <w:r>
              <w:rPr>
                <w:rFonts w:ascii="Carlito" w:hAnsi="Carlito"/>
                <w:b/>
                <w:i w:val="0"/>
                <w:color w:val="637285"/>
                <w:sz w:val="14"/>
              </w:rPr>
              <w:t>03  VOR- UND NACHNAME</w:t>
            </w:r>
          </w:p>
          <w:p>
            <w:pPr>
              <w:spacing w:before="0" w:after="0" w:line="247" w:lineRule="auto"/>
            </w:pPr>
            <w:sdt>
              <w:sdtPr>
                <w:alias w:val="PERSON_3_NAME"/>
                <w:tag w:val="PERSON_3_NAME"/>
                <w:id w:val="41019"/>
                <w:text/>
              </w:sdtPr>
              <w:sdtContent>
                <w:r>
                  <w:rPr>
                    <w:rFonts w:ascii="Carlito" w:hAnsi="Carlito"/>
                    <w:color w:val="8B99A8"/>
                    <w:i/>
                    <w:sz w:val="19"/>
                  </w:rPr>
                  <w:t>Hier eingeben</w:t>
                </w:r>
              </w:sdtContent>
            </w:sdt>
          </w:p>
        </w:tc>
        <w:tc>
          <w:tcPr>
            <w:tcW w:type="dxa" w:w="5017"/>
            <w:vAlign w:val="center"/>
            <w:shd w:fill="F3F7F8"/>
            <w:tcMar>
              <w:top w:w="110" w:type="dxa"/>
              <w:start w:w="170" w:type="dxa"/>
              <w:bottom w:w="110" w:type="dxa"/>
              <w:end w:w="170" w:type="dxa"/>
            </w:tcMar>
            <w:tcBorders>
              <w:left w:val="single" w:sz="18" w:color="FFFFFF"/>
            </w:tcBorders>
          </w:tcPr>
          <w:p>
            <w:pPr>
              <w:spacing w:before="0" w:after="120" w:line="264" w:lineRule="auto"/>
            </w:pPr>
            <w:r/>
            <w:r>
              <w:rPr>
                <w:rFonts w:ascii="Carlito" w:hAnsi="Carlito"/>
                <w:b/>
                <w:i w:val="0"/>
                <w:color w:val="637285"/>
                <w:sz w:val="14"/>
              </w:rPr>
              <w:t>AUFGABE IM BETRIEB (OPTIONAL)</w:t>
            </w:r>
          </w:p>
          <w:p>
            <w:pPr>
              <w:spacing w:before="0" w:after="0" w:line="247" w:lineRule="auto"/>
            </w:pPr>
            <w:sdt>
              <w:sdtPr>
                <w:alias w:val="PERSON_3_FUNKTION"/>
                <w:tag w:val="PERSON_3_FUNKTION"/>
                <w:id w:val="41020"/>
                <w:text/>
              </w:sdtPr>
              <w:sdtContent>
                <w:r>
                  <w:rPr>
                    <w:rFonts w:ascii="Carlito" w:hAnsi="Carlito"/>
                    <w:color w:val="8B99A8"/>
                    <w:i/>
                    <w:sz w:val="19"/>
                  </w:rPr>
                  <w:t>Hier eingeben</w:t>
                </w:r>
              </w:sdtContent>
            </w:sdt>
          </w:p>
        </w:tc>
      </w:tr>
    </w:tbl>
    <w:p>
      <w:pPr>
        <w:spacing w:before="0" w:after="0" w:line="240" w:lineRule="auto"/>
      </w:pPr>
      <w:r>
        <w:rPr>
          <w:sz w:val="8"/>
        </w:rPr>
        <w:t xml:space="preserve"> </w:t>
      </w:r>
    </w:p>
    <w:p>
      <w:pPr>
        <w:keepNext/>
        <w:spacing w:before="160" w:after="100" w:line="264" w:lineRule="auto"/>
      </w:pPr>
      <w:r>
        <w:rPr>
          <w:rFonts w:ascii="Carlito" w:hAnsi="Carlito"/>
          <w:b/>
          <w:i w:val="0"/>
          <w:color w:val="087E86"/>
          <w:sz w:val="18"/>
        </w:rPr>
        <w:t xml:space="preserve">03  </w:t>
      </w:r>
      <w:r>
        <w:rPr>
          <w:rFonts w:ascii="Carlito" w:hAnsi="Carlito"/>
          <w:b/>
          <w:i w:val="0"/>
          <w:color w:val="203451"/>
          <w:sz w:val="19"/>
        </w:rPr>
        <w:t>Gewünschte Zahlungsberechtigung</w:t>
      </w:r>
    </w:p>
    <w:p>
      <w:pPr>
        <w:spacing w:before="40" w:after="80" w:line="288" w:lineRule="auto"/>
      </w:pPr>
      <w:r>
        <w:rPr>
          <w:rFonts w:ascii="Carlito" w:hAnsi="Carlito"/>
          <w:b/>
          <w:i w:val="0"/>
          <w:color w:val="243247"/>
          <w:sz w:val="18"/>
        </w:rPr>
        <w:t xml:space="preserve">Einkauf auf Rechnung / vereinbarte Kreditlösung:  </w:t>
      </w:r>
      <w:sdt>
        <w:sdtPr>
          <w:alias w:val="P2_JA"/>
          <w:tag w:val="P2_JA"/>
          <w:id w:val="41021"/>
          <w14:checkbox>
            <w14:checked w14:val="0"/>
            <w14:checkedState w14:val="2612" w14:font="DejaVu Sans"/>
            <w14:uncheckedState w14:val="2610" w14:font="DejaVu Sans"/>
          </w14:checkbox>
        </w:sdtPr>
        <w:sdtContent>
          <w:r>
            <w:rPr>
              <w:rFonts w:ascii="DejaVu Sans" w:hAnsi="DejaVu Sans"/>
              <w:color w:val="087E86"/>
            </w:rPr>
            <w:t>☐</w:t>
          </w:r>
        </w:sdtContent>
      </w:sdt>
      <w:r>
        <w:rPr>
          <w:rFonts w:ascii="Carlito" w:hAnsi="Carlito"/>
          <w:b w:val="0"/>
          <w:i w:val="0"/>
          <w:color w:val="243247"/>
          <w:sz w:val="18"/>
        </w:rPr>
        <w:t xml:space="preserve">  Ja, sofern zugelassen     </w:t>
      </w:r>
      <w:sdt>
        <w:sdtPr>
          <w:alias w:val="P2_NEIN"/>
          <w:tag w:val="P2_NEIN"/>
          <w:id w:val="41022"/>
          <w14:checkbox>
            <w14:checked w14:val="0"/>
            <w14:checkedState w14:val="2612" w14:font="DejaVu Sans"/>
            <w14:uncheckedState w14:val="2610" w14:font="DejaVu Sans"/>
          </w14:checkbox>
        </w:sdtPr>
        <w:sdtContent>
          <w:r>
            <w:rPr>
              <w:rFonts w:ascii="DejaVu Sans" w:hAnsi="DejaVu Sans"/>
              <w:color w:val="087E86"/>
            </w:rPr>
            <w:t>☐</w:t>
          </w:r>
        </w:sdtContent>
      </w:sdt>
      <w:r>
        <w:rPr>
          <w:rFonts w:ascii="Carlito" w:hAnsi="Carlito"/>
          <w:b w:val="0"/>
          <w:i w:val="0"/>
          <w:color w:val="243247"/>
          <w:sz w:val="18"/>
        </w:rPr>
        <w:t xml:space="preserve">  Nein     </w:t>
      </w:r>
    </w:p>
    <w:p>
      <w:pPr>
        <w:spacing w:before="0" w:after="60" w:line="264" w:lineRule="auto"/>
      </w:pPr>
      <w:r>
        <w:rPr>
          <w:rFonts w:ascii="Carlito" w:hAnsi="Carlito"/>
          <w:b w:val="0"/>
          <w:i w:val="0"/>
          <w:color w:val="637285"/>
          <w:sz w:val="16"/>
        </w:rPr>
        <w:t>Die endgültigen Berechtigungen und Zahlungsarten richten sich nach den Regelungen des Kundenkontos und der Freigabe durch METRO.</w:t>
      </w:r>
    </w:p>
    <w:p>
      <w:pPr>
        <w:keepNext/>
        <w:spacing w:before="160" w:after="100" w:line="264" w:lineRule="auto"/>
      </w:pPr>
      <w:r>
        <w:rPr>
          <w:rFonts w:ascii="Carlito" w:hAnsi="Carlito"/>
          <w:b/>
          <w:i w:val="0"/>
          <w:color w:val="087E86"/>
          <w:sz w:val="18"/>
        </w:rPr>
        <w:t xml:space="preserve">04  </w:t>
      </w:r>
      <w:r>
        <w:rPr>
          <w:rFonts w:ascii="Carlito" w:hAnsi="Carlito"/>
          <w:b/>
          <w:i w:val="0"/>
          <w:color w:val="203451"/>
          <w:sz w:val="19"/>
        </w:rPr>
        <w:t>Erklärung der Unternehmensvertretung</w:t>
      </w:r>
    </w:p>
    <w:tbl>
      <w:tblPr>
        <w:tblW w:type="auto" w:w="0"/>
        <w:tblLook w:firstColumn="1" w:firstRow="1" w:lastColumn="0" w:lastRow="0" w:noHBand="0" w:noVBand="1" w:val="04A0"/>
      </w:tblPr>
      <w:tblGrid>
        <w:gridCol w:w="10036"/>
      </w:tblGrid>
      <w:tr>
        <w:tc>
          <w:tcPr>
            <w:tcW w:type="dxa" w:w="10036"/>
            <w:shd w:fill="F1F6F6"/>
            <w:tcMar>
              <w:top w:w="130" w:type="dxa"/>
              <w:start w:w="170" w:type="dxa"/>
              <w:bottom w:w="115" w:type="dxa"/>
              <w:end w:w="170" w:type="dxa"/>
            </w:tcMar>
          </w:tcPr>
          <w:p>
            <w:pPr>
              <w:spacing w:before="0" w:after="0" w:line="293" w:lineRule="auto"/>
            </w:pPr>
            <w:r>
              <w:rPr>
                <w:rFonts w:ascii="Carlito" w:hAnsi="Carlito"/>
                <w:b w:val="0"/>
                <w:i w:val="0"/>
                <w:color w:val="243247"/>
                <w:sz w:val="16"/>
              </w:rPr>
              <w:t>Ich bestätige, zur Vertretung des oben genannten Betriebs berechtigt zu sein, und bitte um die Registrierung der aufgeführten Personen als Einkaufsberechtigte. Mir ist bekannt, dass diese Aufstellung allein weder eine Kundenkarte ersetzt noch zum Einkauf berechtigt; die Freischaltung muss durch METRO erfolgen.</w:t>
            </w:r>
          </w:p>
        </w:tc>
      </w:tr>
    </w:tbl>
    <w:p>
      <w:pPr>
        <w:keepNext/>
        <w:spacing w:before="160" w:after="100" w:line="264" w:lineRule="auto"/>
      </w:pPr>
      <w:r>
        <w:rPr>
          <w:rFonts w:ascii="Carlito" w:hAnsi="Carlito"/>
          <w:b/>
          <w:i w:val="0"/>
          <w:color w:val="087E86"/>
          <w:sz w:val="18"/>
        </w:rPr>
        <w:t xml:space="preserve">05  </w:t>
      </w:r>
      <w:r>
        <w:rPr>
          <w:rFonts w:ascii="Carlito" w:hAnsi="Carlito"/>
          <w:b/>
          <w:i w:val="0"/>
          <w:color w:val="203451"/>
          <w:sz w:val="19"/>
        </w:rPr>
        <w:t>Unterschrift</w:t>
      </w:r>
    </w:p>
    <w:tbl>
      <w:tblPr>
        <w:tblW w:type="auto" w:w="0"/>
        <w:tblLayout w:type="fixed"/>
        <w:tblLook w:firstColumn="1" w:firstRow="1" w:lastColumn="0" w:lastRow="0" w:noHBand="0" w:noVBand="1" w:val="04A0"/>
      </w:tblPr>
      <w:tblGrid>
        <w:gridCol w:w="10035"/>
      </w:tblGrid>
      <w:tr>
        <w:tc>
          <w:tcPr>
            <w:tcW w:type="dxa" w:w="10036"/>
            <w:tcMar>
              <w:top w:w="80" w:type="dxa"/>
              <w:start w:w="0" w:type="dxa"/>
              <w:bottom w:w="0" w:type="dxa"/>
              <w:end w:w="0" w:type="dxa"/>
            </w:tcMar>
          </w:tcPr>
          <w:p>
            <w:pPr>
              <w:spacing w:before="0" w:after="60" w:line="264" w:lineRule="auto"/>
            </w:pPr>
            <w:r>
              <w:rPr>
                <w:rFonts w:ascii="Carlito" w:hAnsi="Carlito"/>
                <w:b w:val="0"/>
                <w:i w:val="0"/>
                <w:color w:val="243247"/>
                <w:sz w:val="18"/>
              </w:rPr>
              <w:t>____________________________________________________________</w:t>
            </w:r>
          </w:p>
          <w:p>
            <w:pPr>
              <w:spacing w:before="0" w:after="0" w:line="264" w:lineRule="auto"/>
            </w:pPr>
            <w:r>
              <w:rPr>
                <w:rFonts w:ascii="Carlito" w:hAnsi="Carlito"/>
                <w:b w:val="0"/>
                <w:i w:val="0"/>
                <w:color w:val="637285"/>
                <w:sz w:val="15"/>
              </w:rPr>
              <w:t>Unterschrift der vertretungsberechtigten Person / ggf. Firmenstempel</w:t>
            </w:r>
          </w:p>
        </w:tc>
      </w:tr>
    </w:tbl>
    <w:p>
      <w:pPr>
        <w:spacing w:before="120" w:after="0" w:line="264" w:lineRule="auto"/>
      </w:pPr>
      <w:r>
        <w:rPr>
          <w:rFonts w:ascii="Carlito" w:hAnsi="Carlito"/>
          <w:b/>
          <w:i w:val="0"/>
          <w:color w:val="637285"/>
          <w:sz w:val="16"/>
        </w:rPr>
        <w:t xml:space="preserve">Ort, Datum  </w:t>
      </w:r>
      <w:sdt>
        <w:sdtPr>
          <w:alias w:val="ORT_DATUM_2"/>
          <w:tag w:val="ORT_DATUM_2"/>
          <w:id w:val="41023"/>
          <w:text/>
        </w:sdtPr>
        <w:sdtContent>
          <w:r>
            <w:rPr>
              <w:rFonts w:ascii="Carlito" w:hAnsi="Carlito"/>
              <w:color w:val="8B99A8"/>
              <w:i/>
              <w:sz w:val="18"/>
            </w:rPr>
            <w:t>Ort und Datum eintragen</w:t>
          </w:r>
        </w:sdtContent>
      </w:sdt>
    </w:p>
    <w:p>
      <w:pPr>
        <w:spacing w:before="0" w:after="0" w:line="240" w:lineRule="auto"/>
      </w:pPr>
      <w:r>
        <w:rPr>
          <w:sz w:val="20"/>
        </w:rPr>
        <w:t xml:space="preserve"> </w:t>
      </w:r>
    </w:p>
    <w:tbl>
      <w:tblPr>
        <w:tblW w:type="auto" w:w="0"/>
        <w:tblLook w:firstColumn="1" w:firstRow="1" w:lastColumn="0" w:lastRow="0" w:noHBand="0" w:noVBand="1" w:val="04A0"/>
      </w:tblPr>
      <w:tblGrid>
        <w:gridCol w:w="10036"/>
      </w:tblGrid>
      <w:tr>
        <w:tc>
          <w:tcPr>
            <w:tcW w:type="dxa" w:w="10036"/>
            <w:shd w:fill="F5F7F9"/>
            <w:tcMar>
              <w:top w:w="135" w:type="dxa"/>
              <w:start w:w="150" w:type="dxa"/>
              <w:bottom w:w="125" w:type="dxa"/>
              <w:end w:w="150" w:type="dxa"/>
            </w:tcMar>
          </w:tcPr>
          <w:p>
            <w:pPr>
              <w:spacing w:before="0" w:after="0" w:line="283" w:lineRule="auto"/>
            </w:pPr>
            <w:r>
              <w:rPr>
                <w:rFonts w:ascii="Carlito" w:hAnsi="Carlito"/>
                <w:b/>
                <w:i w:val="0"/>
                <w:color w:val="087E86"/>
                <w:sz w:val="16"/>
              </w:rPr>
              <w:t xml:space="preserve">NÄCHSTER SCHRITT  </w:t>
            </w:r>
            <w:r>
              <w:rPr>
                <w:rFonts w:ascii="Carlito" w:hAnsi="Carlito"/>
                <w:b w:val="0"/>
                <w:i w:val="0"/>
                <w:color w:val="243247"/>
                <w:sz w:val="16"/>
              </w:rPr>
              <w:t>Personen über das myMETRO-Kundenkonto einladen oder die Registrierung beim Kundenmanagement im METRO-Markt abschließen. Dieses Blatt ist keine offizielle Registrierung.</w:t>
            </w:r>
          </w:p>
        </w:tc>
      </w:tr>
    </w:tbl>
    <w:sectPr w:rsidR="00FC693F" w:rsidRPr="0006063C" w:rsidSect="00034616">
      <w:footerReference w:type="default" r:id="rId9"/>
      <w:pgSz w:w="11906" w:h="16838"/>
      <w:pgMar w:top="862" w:right="935" w:bottom="737" w:left="935" w:header="397"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64" w:lineRule="auto"/>
      <w:jc w:val="right"/>
    </w:pPr>
    <w:r>
      <w:rPr>
        <w:rFonts w:ascii="Carlito" w:hAnsi="Carlito"/>
        <w:b w:val="0"/>
        <w:i w:val="0"/>
        <w:color w:val="637285"/>
        <w:sz w:val="14"/>
      </w:rPr>
      <w:t>FREI EDITIERBARE VORLAGE  ·  KEIN OFFIZIELLES METRO-FORMULAR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rlito" w:hAnsi="Carlito"/>
      <w:color w:val="243247"/>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 Vollmacht Vorlage – Einmalige Einkaufsvollmacht und dauerhafte Einkaufsberechtigung</dc:title>
  <dc:subject>Ausfüllbare Einkaufsvollmacht und Vorbereitungsblatt</dc:subject>
  <dc:creator/>
  <cp:keywords>Einkaufsvollmacht; METRO; Vorlage</cp:keywords>
  <dc:description>generated by python-docx</dc:description>
  <cp:lastModifiedBy/>
  <cp:revision>1</cp:revision>
  <dcterms:created xsi:type="dcterms:W3CDTF">2013-12-23T23:15:00Z</dcterms:created>
  <dcterms:modified xsi:type="dcterms:W3CDTF">2013-12-23T23:15:00Z</dcterms:modified>
  <cp:category/>
</cp:coreProperties>
</file>