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3628"/>
      </w:tblGrid>
      <w:tr>
        <w:trPr>
          <w:cantSplit/>
        </w:trPr>
        <w:tc>
          <w:tcPr>
            <w:tcW w:type="dxa" w:w="6350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8" w:color="E2EAEF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008C86"/>
                <w:sz w:val="22"/>
              </w:rPr>
              <w:t>◼</w:t>
            </w:r>
            <w:r>
              <w:rPr>
                <w:rFonts w:ascii="Inter" w:hAnsi="Inter"/>
                <w:b/>
                <w:color w:val="102D43"/>
                <w:sz w:val="15"/>
              </w:rPr>
              <w:t xml:space="preserve">  PFLEGEVERSICHERUNG   /   VOLLMACHT</w:t>
            </w:r>
          </w:p>
        </w:tc>
        <w:tc>
          <w:tcPr>
            <w:tcW w:type="dxa" w:w="362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8" w:color="E2EAEF"/>
            </w:tcBorders>
            <w:vAlign w:val="center"/>
          </w:tcPr>
          <w:p>
            <w:pPr>
              <w:spacing w:before="0" w:after="0" w:line="252" w:lineRule="auto"/>
              <w:jc w:val="right"/>
            </w:pPr>
            <w:r>
              <w:rPr>
                <w:rFonts w:ascii="Inter" w:hAnsi="Inter"/>
                <w:b w:val="0"/>
                <w:color w:val="657783"/>
                <w:sz w:val="14"/>
              </w:rPr>
              <w:t xml:space="preserve">FORMULAR  •  </w:t>
            </w:r>
            <w:r>
              <w:rPr>
                <w:rFonts w:ascii="Inter" w:hAnsi="Inter"/>
                <w:b/>
                <w:color w:val="008C86"/>
                <w:sz w:val="14"/>
              </w:rPr>
              <w:t>01 / 02</w:t>
            </w:r>
          </w:p>
        </w:tc>
      </w:tr>
    </w:tbl>
    <w:p>
      <w:pPr>
        <w:spacing w:before="0" w:after="0" w:line="24" w:lineRule="auto"/>
      </w:pPr>
    </w:p>
    <w:p>
      <w:pPr>
        <w:spacing w:before="0" w:after="80" w:line="252" w:lineRule="auto"/>
      </w:pPr>
      <w:r>
        <w:rPr>
          <w:rFonts w:ascii="Inter" w:hAnsi="Inter"/>
          <w:b/>
          <w:color w:val="102D43"/>
          <w:sz w:val="46"/>
        </w:rPr>
        <w:t>Vollmacht für die Pflegekasse</w:t>
      </w:r>
    </w:p>
    <w:p>
      <w:pPr>
        <w:spacing w:before="0" w:after="200" w:line="283" w:lineRule="auto"/>
      </w:pPr>
      <w:r>
        <w:rPr>
          <w:rFonts w:ascii="Inter" w:hAnsi="Inter"/>
          <w:b w:val="0"/>
          <w:color w:val="657783"/>
          <w:sz w:val="17"/>
        </w:rPr>
        <w:t>Zur Vertretung in ausgewählten Angelegenheiten der Pflegeversicherung. Bitte alle benötigten Felder ausfüllen und Befugnisse ankreuzen.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7"/>
        <w:gridCol w:w="9751"/>
      </w:tblGrid>
      <w:tr>
        <w:trPr>
          <w:cantSplit/>
          <w:cantSplit/>
        </w:trPr>
        <w:tc>
          <w:tcPr>
            <w:tcW w:type="dxa" w:w="4989"/>
            <w:shd w:fill="008C86"/>
            <w:tcMar>
              <w:top w:w="100" w:type="dxa"/>
              <w:start w:w="0" w:type="dxa"/>
              <w:bottom w:w="100" w:type="dxa"/>
              <w:end w:w="0" w:type="dxa"/>
            </w:tcMar>
            <w:vAlign w:val="center"/>
          </w:tcPr>
          <w:p/>
        </w:tc>
        <w:tc>
          <w:tcPr>
            <w:tcW w:type="dxa" w:w="4989"/>
            <w:shd w:fill="F4F7F9"/>
            <w:tcMar>
              <w:top w:w="120" w:type="dxa"/>
              <w:start w:w="180" w:type="dxa"/>
              <w:bottom w:w="125" w:type="dxa"/>
              <w:end w:w="170" w:type="dxa"/>
            </w:tcMar>
            <w:vAlign w:val="center"/>
          </w:tcPr>
          <w:p>
            <w:pPr>
              <w:spacing w:before="0" w:after="60" w:line="252" w:lineRule="auto"/>
            </w:pPr>
            <w:r>
              <w:rPr>
                <w:rFonts w:ascii="Inter" w:hAnsi="Inter"/>
                <w:b/>
                <w:color w:val="008C86"/>
                <w:sz w:val="14"/>
              </w:rPr>
              <w:t>ERKLÄRUNG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/>
                <w:b w:val="0"/>
                <w:color w:val="1C3544"/>
                <w:sz w:val="16"/>
              </w:rPr>
              <w:t>Ich bevollmächtige die nachstehend bezeichnete Person, mich gegenüber meiner Pflegekasse ausschließlich im unten gewählten Umfang zu vertreten.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01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Versicherte Person</w:t>
            </w:r>
            <w:r>
              <w:rPr>
                <w:rFonts w:ascii="Inter" w:hAnsi="Inter"/>
                <w:b w:val="0"/>
                <w:color w:val="376E7A"/>
                <w:sz w:val="14"/>
              </w:rPr>
              <w:t xml:space="preserve">   Vollmachtgeberin / Vollmachtgeber</w:t>
            </w:r>
          </w:p>
        </w:tc>
      </w:tr>
    </w:tbl>
    <w:p>
      <w:pPr>
        <w:spacing w:before="0" w:after="0" w:line="6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VOR- UND NACHNAME</w:t>
            </w:r>
          </w:p>
          <w:p>
            <w:pPr>
              <w:spacing w:before="0" w:after="0" w:line="240" w:lineRule="auto"/>
            </w:pPr>
            <w:sdt>
              <w:sdtPr>
                <w:alias w:val="Vers Name"/>
                <w:tag w:val="VERS_NAME"/>
                <w:id w:val="1001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Vor- und Nachname</w:t>
                </w:r>
              </w:sdtContent>
            </w:sdt>
          </w:p>
        </w:tc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GEBURTSDATUM</w:t>
            </w:r>
          </w:p>
          <w:p>
            <w:pPr>
              <w:spacing w:before="0" w:after="0" w:line="240" w:lineRule="auto"/>
            </w:pPr>
            <w:sdt>
              <w:sdtPr>
                <w:alias w:val="Vers Geb"/>
                <w:tag w:val="VERS_GEB"/>
                <w:id w:val="1002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STRASSE, HAUSNUMMER, PLZ, ORT</w:t>
            </w:r>
          </w:p>
          <w:p>
            <w:pPr>
              <w:spacing w:before="0" w:after="0" w:line="240" w:lineRule="auto"/>
            </w:pPr>
            <w:sdt>
              <w:sdtPr>
                <w:alias w:val="Vers Adr"/>
                <w:tag w:val="VERS_ADR"/>
                <w:id w:val="1003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Anschrift vollständig eintragen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VERSICHERTENNUMMER</w:t>
            </w:r>
          </w:p>
          <w:p>
            <w:pPr>
              <w:spacing w:before="0" w:after="0" w:line="240" w:lineRule="auto"/>
            </w:pPr>
            <w:sdt>
              <w:sdtPr>
                <w:alias w:val="Vers Nr"/>
                <w:tag w:val="VERS_NR"/>
                <w:id w:val="1004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Versichertennummer</w:t>
                </w:r>
              </w:sdtContent>
            </w:sdt>
          </w:p>
        </w:tc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TELEFON (FREIWILLIG)</w:t>
            </w:r>
          </w:p>
          <w:p>
            <w:pPr>
              <w:spacing w:before="0" w:after="0" w:line="240" w:lineRule="auto"/>
            </w:pPr>
            <w:sdt>
              <w:sdtPr>
                <w:alias w:val="Vers Tel"/>
                <w:tag w:val="VERS_TEL"/>
                <w:id w:val="1005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Optional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02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Bevollmächtigte Person</w:t>
            </w:r>
            <w:r>
              <w:rPr>
                <w:rFonts w:ascii="Inter" w:hAnsi="Inter"/>
                <w:b w:val="0"/>
                <w:color w:val="376E7A"/>
                <w:sz w:val="14"/>
              </w:rPr>
              <w:t xml:space="preserve">   Diese Person darf handeln</w:t>
            </w:r>
          </w:p>
        </w:tc>
      </w:tr>
    </w:tbl>
    <w:p>
      <w:pPr>
        <w:spacing w:before="0" w:after="0" w:line="6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VOR- UND NACHNAME</w:t>
            </w:r>
          </w:p>
          <w:p>
            <w:pPr>
              <w:spacing w:before="0" w:after="0" w:line="240" w:lineRule="auto"/>
            </w:pPr>
            <w:sdt>
              <w:sdtPr>
                <w:alias w:val="Bev Name"/>
                <w:tag w:val="BEV_NAME"/>
                <w:id w:val="1006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Vor- und Nachname</w:t>
                </w:r>
              </w:sdtContent>
            </w:sdt>
          </w:p>
        </w:tc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GEBURTSDATUM</w:t>
            </w:r>
          </w:p>
          <w:p>
            <w:pPr>
              <w:spacing w:before="0" w:after="0" w:line="240" w:lineRule="auto"/>
            </w:pPr>
            <w:sdt>
              <w:sdtPr>
                <w:alias w:val="Bev Geb"/>
                <w:tag w:val="BEV_GEB"/>
                <w:id w:val="1007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STRASSE, HAUSNUMMER, PLZ, ORT</w:t>
            </w:r>
          </w:p>
          <w:p>
            <w:pPr>
              <w:spacing w:before="0" w:after="0" w:line="240" w:lineRule="auto"/>
            </w:pPr>
            <w:sdt>
              <w:sdtPr>
                <w:alias w:val="Bev Adr"/>
                <w:tag w:val="BEV_ADR"/>
                <w:id w:val="1008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Anschrift vollständig eintragen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TELEFON ODER E-MAIL (FREIWILLIG)</w:t>
            </w:r>
          </w:p>
          <w:p>
            <w:pPr>
              <w:spacing w:before="0" w:after="0" w:line="240" w:lineRule="auto"/>
            </w:pPr>
            <w:sdt>
              <w:sdtPr>
                <w:alias w:val="Bev Kont"/>
                <w:tag w:val="BEV_KONT"/>
                <w:id w:val="1009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Optional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03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Zuständige Pflegekasse</w:t>
            </w:r>
          </w:p>
        </w:tc>
      </w:tr>
    </w:tbl>
    <w:p>
      <w:pPr>
        <w:spacing w:before="0" w:after="0" w:line="6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NAME DER PFLEGEKASSE</w:t>
            </w:r>
          </w:p>
          <w:p>
            <w:pPr>
              <w:spacing w:before="0" w:after="0" w:line="240" w:lineRule="auto"/>
            </w:pPr>
            <w:sdt>
              <w:sdtPr>
                <w:alias w:val="Pfk Name"/>
                <w:tag w:val="PFK_NAME"/>
                <w:id w:val="1010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Name der Pflegekasse</w:t>
                </w:r>
              </w:sdtContent>
            </w:sdt>
          </w:p>
        </w:tc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AKTENZEICHEN (FALLS VORHANDEN)</w:t>
            </w:r>
          </w:p>
          <w:p>
            <w:pPr>
              <w:spacing w:before="0" w:after="0" w:line="240" w:lineRule="auto"/>
            </w:pPr>
            <w:sdt>
              <w:sdtPr>
                <w:alias w:val="Pfk Az"/>
                <w:tag w:val="PFK_AZ"/>
                <w:id w:val="1011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Optional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04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Welche Aufgaben umfasst die Vollmacht?</w:t>
            </w:r>
            <w:r>
              <w:rPr>
                <w:rFonts w:ascii="Inter" w:hAnsi="Inter"/>
                <w:b w:val="0"/>
                <w:color w:val="376E7A"/>
                <w:sz w:val="14"/>
              </w:rPr>
              <w:t xml:space="preserve">   Mehrfachauswahl möglich</w:t>
            </w:r>
          </w:p>
        </w:tc>
      </w:tr>
    </w:tbl>
    <w:p>
      <w:pPr>
        <w:spacing w:before="0" w:after="0" w:line="60" w:lineRule="auto"/>
      </w:pPr>
    </w:p>
    <w:p>
      <w:pPr>
        <w:spacing w:before="0" w:after="40"/>
      </w:pPr>
      <w:r>
        <w:rPr>
          <w:rFonts w:ascii="Inter" w:hAnsi="Inter"/>
          <w:b w:val="0"/>
          <w:color w:val="657783"/>
          <w:sz w:val="16"/>
        </w:rPr>
        <w:t>Die bevollmächtigte Person darf nur die angekreuzten Aufgaben wahrnehmen: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Auskünfte zu Pflegeleistungen einholen"/>
                <w:tag w:val="AU_AUSK"/>
                <w:id w:val="1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Auskünfte zu Pflegeleistungen einholen</w:t>
            </w:r>
          </w:p>
        </w:tc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Unterlagen und Gutachten anfordern"/>
                <w:tag w:val="AU_UNTER"/>
                <w:id w:val="1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Unterlagen und Gutachten anfordern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Anträge stellen und Erklärungen abgeben"/>
                <w:tag w:val="AU_ANTRAG"/>
                <w:id w:val="1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Anträge stellen und Erklärungen abgeben</w:t>
            </w:r>
          </w:p>
        </w:tc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Pflegegradverfahren begleiten"/>
                <w:tag w:val="AU_PG"/>
                <w:id w:val="1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Pflegegradverfahren begleiten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Bescheide prüfen und Rückfragen klären"/>
                <w:tag w:val="AU_BESCHEID"/>
                <w:id w:val="1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Bescheide prüfen und Rückfragen klären</w:t>
            </w:r>
          </w:p>
        </w:tc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Widersprüche einlegen und begründen"/>
                <w:tag w:val="AU_WIDER"/>
                <w:id w:val="1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Widersprüche einlegen und begründen</w:t>
            </w:r>
          </w:p>
        </w:tc>
      </w:tr>
    </w:tbl>
    <w:p>
      <w:pPr>
        <w:spacing w:before="80" w:after="0" w:line="274" w:lineRule="auto"/>
      </w:pPr>
      <w:r>
        <w:rPr>
          <w:rFonts w:ascii="Inter" w:hAnsi="Inter"/>
          <w:b w:val="0"/>
          <w:color w:val="657783"/>
          <w:sz w:val="15"/>
        </w:rPr>
        <w:t>Im Rahmen der ausgewählten Aufgaben dürfen erforderliche pflegebezogene Sozialdaten und Unterlagen an die bevollmächtigte Person übermittelt werden.</w:t>
      </w:r>
    </w:p>
    <w:p>
      <w:pPr>
        <w:spacing w:after="0"/>
      </w:pPr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3628"/>
      </w:tblGrid>
      <w:tr>
        <w:trPr>
          <w:cantSplit/>
        </w:trPr>
        <w:tc>
          <w:tcPr>
            <w:tcW w:type="dxa" w:w="6350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8" w:color="E2EAEF"/>
            </w:tcBorders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008C86"/>
                <w:sz w:val="22"/>
              </w:rPr>
              <w:t>◼</w:t>
            </w:r>
            <w:r>
              <w:rPr>
                <w:rFonts w:ascii="Inter" w:hAnsi="Inter"/>
                <w:b/>
                <w:color w:val="102D43"/>
                <w:sz w:val="15"/>
              </w:rPr>
              <w:t xml:space="preserve">  PFLEGEVERSICHERUNG   /   VOLLMACHT</w:t>
            </w:r>
          </w:p>
        </w:tc>
        <w:tc>
          <w:tcPr>
            <w:tcW w:type="dxa" w:w="362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8" w:color="E2EAEF"/>
            </w:tcBorders>
            <w:vAlign w:val="center"/>
          </w:tcPr>
          <w:p>
            <w:pPr>
              <w:spacing w:before="0" w:after="0" w:line="252" w:lineRule="auto"/>
              <w:jc w:val="right"/>
            </w:pPr>
            <w:r>
              <w:rPr>
                <w:rFonts w:ascii="Inter" w:hAnsi="Inter"/>
                <w:b w:val="0"/>
                <w:color w:val="657783"/>
                <w:sz w:val="14"/>
              </w:rPr>
              <w:t xml:space="preserve">FORMULAR  •  </w:t>
            </w:r>
            <w:r>
              <w:rPr>
                <w:rFonts w:ascii="Inter" w:hAnsi="Inter"/>
                <w:b/>
                <w:color w:val="008C86"/>
                <w:sz w:val="14"/>
              </w:rPr>
              <w:t>02 / 02</w:t>
            </w:r>
          </w:p>
        </w:tc>
      </w:tr>
    </w:tbl>
    <w:p>
      <w:pPr>
        <w:spacing w:before="0" w:after="0" w:line="24" w:lineRule="auto"/>
      </w:pPr>
    </w:p>
    <w:p>
      <w:pPr>
        <w:spacing w:before="0" w:after="80" w:line="252" w:lineRule="auto"/>
      </w:pPr>
      <w:r>
        <w:rPr>
          <w:rFonts w:ascii="Inter" w:hAnsi="Inter"/>
          <w:b/>
          <w:color w:val="102D43"/>
          <w:sz w:val="46"/>
        </w:rPr>
        <w:t>Geltung &amp; Unterschrift</w:t>
      </w:r>
    </w:p>
    <w:p>
      <w:pPr>
        <w:spacing w:before="0" w:after="200" w:line="283" w:lineRule="auto"/>
      </w:pPr>
      <w:r>
        <w:rPr>
          <w:rFonts w:ascii="Inter" w:hAnsi="Inter"/>
          <w:b w:val="0"/>
          <w:color w:val="657783"/>
          <w:sz w:val="17"/>
        </w:rPr>
        <w:t>Ergänzende Festlegungen zur oben bezeichneten Vollmacht. Diese Seite gehört zum Formular auf Seite 1.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05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Schriftverkehr und Postempfang</w:t>
            </w:r>
          </w:p>
        </w:tc>
      </w:tr>
    </w:tbl>
    <w:p>
      <w:pPr>
        <w:spacing w:before="0" w:after="0" w:line="60" w:lineRule="auto"/>
      </w:pPr>
    </w:p>
    <w:p>
      <w:pPr>
        <w:spacing w:before="0" w:after="40"/>
      </w:pPr>
      <w:r>
        <w:rPr>
          <w:rFonts w:ascii="Inter" w:hAnsi="Inter"/>
          <w:b w:val="0"/>
          <w:color w:val="657783"/>
          <w:sz w:val="16"/>
        </w:rPr>
        <w:t>Ohne besondere Anordnung bleibt die Postanschrift der versicherten Person maßgeblich.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Die Pflegekasse soll sämtliche Post zur Pflegeversicherung nur an die bevollmächtigte Person senden."/>
                <w:tag w:val="POST_AN_BE"/>
                <w:id w:val="1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Die Pflegekasse soll sämtliche Post zur Pflegeversicherung nur an die bevollmächtigte Person senden.</w:t>
            </w:r>
          </w:p>
        </w:tc>
      </w:tr>
    </w:tbl>
    <w:p>
      <w:pPr>
        <w:spacing w:before="60" w:after="120"/>
      </w:pPr>
      <w:r>
        <w:rPr>
          <w:rFonts w:ascii="Inter" w:hAnsi="Inter"/>
          <w:b w:val="0"/>
          <w:color w:val="657783"/>
          <w:sz w:val="15"/>
        </w:rPr>
        <w:t>Achtung: In diesem Fall können Bescheide und Fristsachen unmittelbar bei der bevollmächtigten Person eingehen.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06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Beginn und Ende der Vollmacht</w:t>
            </w:r>
          </w:p>
        </w:tc>
      </w:tr>
    </w:tbl>
    <w:p>
      <w:pPr>
        <w:spacing w:before="0" w:after="0" w:line="60" w:lineRule="auto"/>
      </w:pPr>
    </w:p>
    <w:p>
      <w:pPr>
        <w:spacing w:before="0" w:after="60"/>
      </w:pPr>
      <w:r>
        <w:rPr>
          <w:rFonts w:ascii="Inter" w:hAnsi="Inter"/>
          <w:b/>
          <w:color w:val="1C3544"/>
          <w:sz w:val="16"/>
        </w:rPr>
        <w:t>Beginn (eine Option auswählen)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Ab Zugang bei der Pflegekasse"/>
                <w:tag w:val="START_EING"/>
                <w:id w:val="1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Ab Zugang bei der Pflegekasse</w:t>
            </w:r>
          </w:p>
        </w:tc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Ab folgendem Datum:"/>
                <w:tag w:val="START_DAT"/>
                <w:id w:val="1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Ab folgendem Datum: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ABWEICHENDER BEGINN (NUR BEI AUSWAHL)</w:t>
            </w:r>
          </w:p>
          <w:p>
            <w:pPr>
              <w:spacing w:before="0" w:after="0" w:line="240" w:lineRule="auto"/>
            </w:pPr>
            <w:sdt>
              <w:sdtPr>
                <w:alias w:val="Start Wert"/>
                <w:tag w:val="START_WERT"/>
                <w:id w:val="1021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72" w:lineRule="auto"/>
      </w:pPr>
    </w:p>
    <w:p>
      <w:pPr>
        <w:spacing w:before="100" w:after="60"/>
      </w:pPr>
      <w:r>
        <w:rPr>
          <w:rFonts w:ascii="Inter" w:hAnsi="Inter"/>
          <w:b/>
          <w:color w:val="1C3544"/>
          <w:sz w:val="16"/>
        </w:rPr>
        <w:t>Ende (eine Option auswählen)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Unbefristet bis zum Widerruf"/>
                <w:tag w:val="ENDE_WID"/>
                <w:id w:val="1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Unbefristet bis zum Widerruf</w:t>
            </w:r>
          </w:p>
        </w:tc>
        <w:tc>
          <w:tcPr>
            <w:tcW w:type="dxa" w:w="4989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Befristet bis zum:"/>
                <w:tag w:val="ENDE_DAT"/>
                <w:id w:val="1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Befristet bis zum: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ENDDATUM (NUR BEI BEFRISTUNG)</w:t>
            </w:r>
          </w:p>
          <w:p>
            <w:pPr>
              <w:spacing w:before="0" w:after="0" w:line="240" w:lineRule="auto"/>
            </w:pPr>
            <w:sdt>
              <w:sdtPr>
                <w:alias w:val="Ende Wert"/>
                <w:tag w:val="ENDE_WERT"/>
                <w:id w:val="1024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tcMar>
              <w:top w:w="72" w:type="dxa"/>
              <w:start w:w="125" w:type="dxa"/>
              <w:bottom w:w="68" w:type="dxa"/>
              <w:end w:w="75" w:type="dxa"/>
            </w:tcMar>
            <w:vAlign w:val="center"/>
          </w:tcPr>
          <w:p>
            <w:pPr>
              <w:spacing w:before="0" w:after="0" w:line="252" w:lineRule="auto"/>
            </w:pPr>
            <w:sdt>
              <w:sdtPr>
                <w:alias w:val="Zusätzlich soll die Vollmacht mit meinem Tod enden."/>
                <w:tag w:val="ENDE_TOD"/>
                <w:id w:val="1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DejaVu Sans" w:hAnsi="DejaVu Sans"/>
                    <w:color w:val="008C86"/>
                    <w:sz w:val="23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color w:val="1C3544"/>
                <w:sz w:val="16"/>
              </w:rPr>
              <w:t xml:space="preserve">  Zusätzlich soll die Vollmacht mit meinem Tod enden.</w:t>
            </w:r>
          </w:p>
        </w:tc>
      </w:tr>
    </w:tbl>
    <w:p>
      <w:pPr>
        <w:spacing w:before="80" w:after="40"/>
      </w:pPr>
      <w:r>
        <w:rPr>
          <w:rFonts w:ascii="Inter" w:hAnsi="Inter"/>
          <w:b w:val="0"/>
          <w:color w:val="657783"/>
          <w:sz w:val="15"/>
        </w:rPr>
        <w:t>Ein Widerruf ist jederzeit möglich und sollte der Pflegekasse mitgeteilt werden.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07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Zusätzliche Beschränkungen</w:t>
            </w:r>
            <w:r>
              <w:rPr>
                <w:rFonts w:ascii="Inter" w:hAnsi="Inter"/>
                <w:b w:val="0"/>
                <w:color w:val="376E7A"/>
                <w:sz w:val="14"/>
              </w:rPr>
              <w:t xml:space="preserve">   Optional</w:t>
            </w:r>
          </w:p>
        </w:tc>
      </w:tr>
    </w:tbl>
    <w:p>
      <w:pPr>
        <w:spacing w:before="0" w:after="0" w:line="6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cantSplit/>
          <w:cantSplit/>
        </w:trPr>
        <w:tc>
          <w:tcPr>
            <w:tcW w:type="dxa" w:w="9978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NUR FÜR FOLGENDEN VORGANG / WEITERE EINSCHRÄNKUNGEN</w:t>
            </w:r>
          </w:p>
          <w:p>
            <w:pPr>
              <w:spacing w:before="0" w:after="0" w:line="240" w:lineRule="auto"/>
            </w:pPr>
            <w:sdt>
              <w:sdtPr>
                <w:alias w:val="Grenzen"/>
                <w:tag w:val="GRENZEN"/>
                <w:id w:val="1026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Optional: konkreten Vorgang oder Einschränkungen nennen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7"/>
        <w:gridCol w:w="9751"/>
      </w:tblGrid>
      <w:tr>
        <w:trPr>
          <w:cantSplit/>
          <w:cantSplit/>
        </w:trPr>
        <w:tc>
          <w:tcPr>
            <w:tcW w:type="dxa" w:w="4989"/>
            <w:shd w:fill="008C86"/>
            <w:tcMar>
              <w:top w:w="100" w:type="dxa"/>
              <w:start w:w="0" w:type="dxa"/>
              <w:bottom w:w="100" w:type="dxa"/>
              <w:end w:w="0" w:type="dxa"/>
            </w:tcMar>
            <w:vAlign w:val="center"/>
          </w:tcPr>
          <w:p/>
        </w:tc>
        <w:tc>
          <w:tcPr>
            <w:tcW w:type="dxa" w:w="4989"/>
            <w:shd w:fill="F4F7F9"/>
            <w:tcMar>
              <w:top w:w="120" w:type="dxa"/>
              <w:start w:w="180" w:type="dxa"/>
              <w:bottom w:w="125" w:type="dxa"/>
              <w:end w:w="170" w:type="dxa"/>
            </w:tcMar>
            <w:vAlign w:val="center"/>
          </w:tcPr>
          <w:p>
            <w:pPr>
              <w:spacing w:before="0" w:after="60" w:line="252" w:lineRule="auto"/>
            </w:pPr>
            <w:r>
              <w:rPr>
                <w:rFonts w:ascii="Inter" w:hAnsi="Inter"/>
                <w:b/>
                <w:color w:val="008C86"/>
                <w:sz w:val="14"/>
              </w:rPr>
              <w:t>WICHTIGE ABGRENZUNG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/>
                <w:b w:val="0"/>
                <w:color w:val="1C3544"/>
                <w:sz w:val="16"/>
              </w:rPr>
              <w:t>Diese Vollmacht betrifft nur Angelegenheiten gegenüber der genannten Pflegekasse. Sie erteilt weder eine Bankvollmacht noch die Befugnis zu medizinischen Behandlungsentscheidungen oder zum Abschluss von Pflegeverträgen.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9241"/>
      </w:tblGrid>
      <w:tr>
        <w:trPr>
          <w:cantSplit/>
          <w:cantSplit/>
        </w:trPr>
        <w:tc>
          <w:tcPr>
            <w:tcW w:type="dxa" w:w="737"/>
            <w:shd w:fill="102D43"/>
            <w:tcMar>
              <w:top w:w="8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Inter" w:hAnsi="Inter"/>
                <w:b/>
                <w:color w:val="FFFFFF"/>
                <w:sz w:val="16"/>
              </w:rPr>
              <w:t>08</w:t>
            </w:r>
          </w:p>
        </w:tc>
        <w:tc>
          <w:tcPr>
            <w:tcW w:type="dxa" w:w="9241"/>
            <w:shd w:fill="E9F6F4"/>
            <w:tcMar>
              <w:top w:w="75" w:type="dxa"/>
              <w:start w:w="155" w:type="dxa"/>
              <w:bottom w:w="65" w:type="dxa"/>
              <w:end w:w="105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Inter" w:hAnsi="Inter"/>
                <w:b/>
                <w:color w:val="102D43"/>
                <w:sz w:val="19"/>
              </w:rPr>
              <w:t>Bestätigung &amp; Unterschrift</w:t>
            </w:r>
          </w:p>
        </w:tc>
      </w:tr>
    </w:tbl>
    <w:p>
      <w:pPr>
        <w:spacing w:before="0" w:after="0" w:line="60" w:lineRule="auto"/>
      </w:pPr>
    </w:p>
    <w:p>
      <w:pPr>
        <w:spacing w:before="0" w:after="160" w:line="278" w:lineRule="auto"/>
      </w:pPr>
      <w:r>
        <w:rPr>
          <w:rFonts w:ascii="Inter" w:hAnsi="Inter"/>
          <w:b w:val="0"/>
          <w:color w:val="1C3544"/>
          <w:sz w:val="16"/>
        </w:rPr>
        <w:t>Ich erteile diese Vollmacht freiwillig. Die Angaben sind richtig und die von mir ausgewählten Befugnisse entsprechen meinem Willen.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  <w:cantSplit/>
        </w:trPr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ORT</w:t>
            </w:r>
          </w:p>
          <w:p>
            <w:pPr>
              <w:spacing w:before="0" w:after="0" w:line="240" w:lineRule="auto"/>
            </w:pPr>
            <w:sdt>
              <w:sdtPr>
                <w:alias w:val="Ort"/>
                <w:tag w:val="ORT"/>
                <w:id w:val="1027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Ort</w:t>
                </w:r>
              </w:sdtContent>
            </w:sdt>
          </w:p>
        </w:tc>
        <w:tc>
          <w:tcPr>
            <w:tcW w:type="dxa" w:w="4989"/>
            <w:shd w:fill="F4F7F9"/>
            <w:tcMar>
              <w:top w:w="95" w:type="dxa"/>
              <w:start w:w="130" w:type="dxa"/>
              <w:bottom w:w="110" w:type="dxa"/>
              <w:end w:w="105" w:type="dxa"/>
            </w:tcMar>
            <w:tcBorders>
              <w:bottom w:val="single" w:sz="10" w:color="E2EAEF"/>
            </w:tcBorders>
            <w:vAlign w:val="center"/>
          </w:tcPr>
          <w:p>
            <w:pPr>
              <w:spacing w:before="0" w:after="80" w:line="240" w:lineRule="auto"/>
            </w:pPr>
            <w:r>
              <w:rPr>
                <w:rFonts w:ascii="Inter" w:hAnsi="Inter"/>
                <w:b/>
                <w:color w:val="657783"/>
                <w:sz w:val="14"/>
              </w:rPr>
              <w:t>DATUM</w:t>
            </w:r>
          </w:p>
          <w:p>
            <w:pPr>
              <w:spacing w:before="0" w:after="0" w:line="240" w:lineRule="auto"/>
            </w:pPr>
            <w:sdt>
              <w:sdtPr>
                <w:alias w:val="Datum"/>
                <w:tag w:val="DATUM"/>
                <w:id w:val="1028"/>
                <w:text w:multiLine="0"/>
              </w:sdtPr>
              <w:sdtContent>
                <w:r>
                  <w:rPr>
                    <w:rFonts w:ascii="Inter" w:hAnsi="Inter"/>
                    <w:color w:val="82949E"/>
                    <w:sz w:val="18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72" w:lineRule="auto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rPr>
          <w:cantSplit/>
        </w:trPr>
        <w:tc>
          <w:tcPr>
            <w:tcW w:type="dxa" w:w="9978"/>
            <w:tcMar>
              <w:top w:w="135" w:type="dxa"/>
              <w:start w:w="145" w:type="dxa"/>
              <w:bottom w:w="115" w:type="dxa"/>
              <w:end w:w="120" w:type="dxa"/>
            </w:tcMar>
            <w:tcBorders>
              <w:bottom w:val="single" w:sz="13" w:color="102D43"/>
            </w:tcBorders>
            <w:vAlign w:val="center"/>
          </w:tcPr>
          <w:p>
            <w:pPr>
              <w:spacing w:before="0" w:after="60" w:line="252" w:lineRule="auto"/>
            </w:pPr>
            <w:r>
              <w:rPr>
                <w:rFonts w:ascii="Inter" w:hAnsi="Inter"/>
                <w:b w:val="0"/>
                <w:color w:val="1C3544"/>
                <w:sz w:val="40"/>
              </w:rPr>
              <w:t xml:space="preserve"> </w:t>
            </w:r>
          </w:p>
        </w:tc>
      </w:tr>
    </w:tbl>
    <w:p>
      <w:pPr>
        <w:spacing w:before="100" w:after="140"/>
      </w:pPr>
      <w:r>
        <w:rPr>
          <w:rFonts w:ascii="Inter" w:hAnsi="Inter"/>
          <w:b w:val="0"/>
          <w:color w:val="657783"/>
          <w:sz w:val="16"/>
        </w:rPr>
        <w:t>Unterschrift der vollmachtgebenden Person</w:t>
      </w:r>
    </w:p>
    <w:p>
      <w:pPr>
        <w:spacing w:before="0" w:after="0" w:line="281" w:lineRule="auto"/>
      </w:pPr>
      <w:r>
        <w:rPr>
          <w:rFonts w:ascii="Inter" w:hAnsi="Inter"/>
          <w:b w:val="0"/>
          <w:color w:val="657783"/>
          <w:sz w:val="15"/>
        </w:rPr>
        <w:t>Zur Vorlage bei der Pflegekasse unterschreiben. Die Pflegekasse kann einen Nachweis der Vollmacht verlangen oder eigene Formulare vorgeben.</w:t>
      </w:r>
    </w:p>
    <w:sectPr w:rsidR="00FC693F" w:rsidRPr="0006063C" w:rsidSect="00034616">
      <w:footerReference w:type="default" r:id="rId9"/>
      <w:pgSz w:w="11906" w:h="16838"/>
      <w:pgMar w:top="964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78" w:val="right"/>
      </w:tabs>
      <w:spacing w:before="40" w:after="0"/>
      <w:pBdr>
        <w:top w:val="single" w:sz="8" w:color="E2EAEF"/>
      </w:pBdr>
    </w:pPr>
    <w:r>
      <w:rPr>
        <w:rFonts w:ascii="Inter" w:hAnsi="Inter"/>
        <w:b/>
        <w:color w:val="657783"/>
        <w:sz w:val="13"/>
      </w:rPr>
      <w:t>VOLLMACHT  ·  PFLEGEKASSE</w:t>
    </w:r>
    <w:r>
      <w:tab/>
    </w:r>
    <w:r>
      <w:rPr>
        <w:rFonts w:ascii="Inter" w:hAnsi="Inter"/>
        <w:b w:val="0"/>
        <w:color w:val="657783"/>
        <w:sz w:val="13"/>
      </w:rPr>
      <w:t>Eigenständige Vorlage  |  Zur Einreichung unterschreiben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Inter" w:hAnsi="Inter"/>
      <w:color w:val="1C354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Pflegekasse – ausfüllbare Word-Vorlage</dc:title>
  <dc:subject>Vertretung in Pflegeversicherungsangelegenheiten</dc:subject>
  <dc:creator/>
  <cp:keywords>Pflegekasse, Vollmacht, Pflegeversicherung, Vertretung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