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83"/>
        <w:gridCol w:w="3969"/>
      </w:tblGrid>
      <w:tr>
        <w:tc>
          <w:tcPr>
            <w:tcW w:type="dxa" w:w="4921"/>
            <w:shd w:fill="193346"/>
            <w:tcMar>
              <w:top w:w="145" w:type="dxa"/>
              <w:start w:w="185" w:type="dxa"/>
              <w:bottom w:w="145" w:type="dxa"/>
              <w:end w:w="160" w:type="dxa"/>
            </w:tcMar>
          </w:tcPr>
          <w:p>
            <w:pPr>
              <w:widowControl w:val="0"/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VOLLMACHT  /  PFLEGEKASSE</w:t>
            </w:r>
          </w:p>
        </w:tc>
        <w:tc>
          <w:tcPr>
            <w:tcW w:type="dxa" w:w="4921"/>
            <w:shd w:fill="193346"/>
            <w:tcMar>
              <w:top w:w="145" w:type="dxa"/>
              <w:start w:w="185" w:type="dxa"/>
              <w:bottom w:w="145" w:type="dxa"/>
              <w:end w:w="160" w:type="dxa"/>
            </w:tcMar>
          </w:tcPr>
          <w:p>
            <w:pPr>
              <w:widowControl w:val="0"/>
              <w:spacing w:before="0" w:after="0" w:line="240" w:lineRule="auto"/>
              <w:jc w:val="right"/>
            </w:pPr>
            <w:r>
              <w:rPr>
                <w:rFonts w:ascii="Arial" w:hAnsi="Arial"/>
                <w:b/>
                <w:color w:val="8ED6D4"/>
                <w:sz w:val="14"/>
              </w:rPr>
              <w:t>STANDARDVORLAGE</w:t>
            </w:r>
          </w:p>
        </w:tc>
      </w:tr>
    </w:tbl>
    <w:p>
      <w:pPr>
        <w:spacing w:before="180" w:after="60" w:line="240" w:lineRule="auto"/>
      </w:pPr>
      <w:r>
        <w:rPr>
          <w:rFonts w:ascii="Arial" w:hAnsi="Arial"/>
          <w:b/>
          <w:color w:val="193346"/>
          <w:sz w:val="32"/>
        </w:rPr>
        <w:t>Vertretung gegenüber der Pflegekasse</w:t>
      </w:r>
    </w:p>
    <w:p>
      <w:pPr>
        <w:spacing w:before="0" w:after="80" w:line="240" w:lineRule="auto"/>
      </w:pPr>
      <w:r>
        <w:rPr>
          <w:rFonts w:ascii="Arial" w:hAnsi="Arial"/>
          <w:b w:val="0"/>
          <w:color w:val="617888"/>
          <w:sz w:val="16"/>
        </w:rPr>
        <w:t>Vollmacht für Anträge, Auskünfte und laufende Pflegeversicherungsangelegenheiten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42"/>
      </w:tblGrid>
      <w:tr>
        <w:tc>
          <w:tcPr>
            <w:tcW w:type="dxa" w:w="9842"/>
            <w:shd w:fill="EAF5F5"/>
            <w:tcMar>
              <w:top w:w="105" w:type="dxa"/>
              <w:start w:w="150" w:type="dxa"/>
              <w:bottom w:w="105" w:type="dxa"/>
              <w:end w:w="150" w:type="dxa"/>
            </w:tcMar>
          </w:tcPr>
          <w:p>
            <w:pPr>
              <w:widowControl w:val="0"/>
              <w:spacing w:before="0" w:after="0" w:line="240" w:lineRule="auto"/>
            </w:pPr>
            <w:r>
              <w:rPr>
                <w:rFonts w:ascii="Arial" w:hAnsi="Arial"/>
                <w:b/>
                <w:color w:val="007F86"/>
                <w:sz w:val="15"/>
              </w:rPr>
              <w:t xml:space="preserve">ERKLÄRUNG   </w:t>
            </w:r>
            <w:r>
              <w:rPr>
                <w:rFonts w:ascii="Arial" w:hAnsi="Arial"/>
                <w:b w:val="0"/>
                <w:color w:val="193346"/>
                <w:sz w:val="16"/>
              </w:rPr>
              <w:t>Ich ermächtige die nachfolgend benannte Person, mich gegenüber der angegebenen Pflegekasse ausschließlich im unten festgelegten Umfang zu vertreten. Hierfür darf die Pflegekasse erforderliche Versicherungs-, Leistungs- und pflegebezogene Gesundheitsdaten offenlegen.</w:t>
            </w:r>
          </w:p>
        </w:tc>
      </w:tr>
    </w:tbl>
    <w:p>
      <w:pPr>
        <w:pStyle w:val="Sect"/>
        <w:spacing w:before="220" w:after="120" w:line="240" w:lineRule="auto"/>
      </w:pPr>
      <w:r>
        <w:rPr>
          <w:rFonts w:ascii="Arial" w:hAnsi="Arial"/>
          <w:b/>
          <w:color w:val="007F86"/>
          <w:sz w:val="20"/>
        </w:rPr>
        <w:t xml:space="preserve">01  </w:t>
      </w:r>
      <w:r>
        <w:rPr>
          <w:rFonts w:ascii="Arial" w:hAnsi="Arial"/>
          <w:b/>
          <w:color w:val="193346"/>
          <w:sz w:val="20"/>
        </w:rPr>
        <w:t>Versicherte Person / Vollmachtgeber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VOR- UND NACHNAME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Versicherte Name"/>
                <w:tag w:val="versicherte_name"/>
                <w:id w:val="70101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Hier eingeben</w:t>
                </w:r>
              </w:sdtContent>
            </w:sdt>
          </w:p>
        </w:tc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GEBURTSDATUM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Versicherte Geburtsdatum"/>
                <w:tag w:val="versicherte_geburtsdatum"/>
                <w:id w:val="70102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TT.MM.JJJJ</w:t>
                </w:r>
              </w:sdtContent>
            </w:sdt>
          </w:p>
        </w:tc>
      </w:tr>
      <w:tr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STRASSE, HAUSNUMMER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Versicherte Strasse"/>
                <w:tag w:val="versicherte_strasse"/>
                <w:id w:val="70103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Hier eingeben</w:t>
                </w:r>
              </w:sdtContent>
            </w:sdt>
          </w:p>
        </w:tc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PLZ, ORT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Versicherte Plzort"/>
                <w:tag w:val="versicherte_plzort"/>
                <w:id w:val="70104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Hier eingeben</w:t>
                </w:r>
              </w:sdtContent>
            </w:sdt>
          </w:p>
        </w:tc>
      </w:tr>
      <w:tr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VERSICHERTENNUMMER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Versichertennummer"/>
                <w:tag w:val="versichertennummer"/>
                <w:id w:val="70105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Hier eingeben</w:t>
                </w:r>
              </w:sdtContent>
            </w:sdt>
          </w:p>
        </w:tc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ZUSTÄNDIGE PFLEGEKASSE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Pflegekasse"/>
                <w:tag w:val="pflegekasse"/>
                <w:id w:val="70106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Hier eingeben</w:t>
                </w:r>
              </w:sdtContent>
            </w:sdt>
          </w:p>
        </w:tc>
      </w:tr>
    </w:tbl>
    <w:p>
      <w:pPr>
        <w:pStyle w:val="Sect"/>
        <w:spacing w:before="220" w:after="120" w:line="240" w:lineRule="auto"/>
      </w:pPr>
      <w:r>
        <w:rPr>
          <w:rFonts w:ascii="Arial" w:hAnsi="Arial"/>
          <w:b/>
          <w:color w:val="007F86"/>
          <w:sz w:val="20"/>
        </w:rPr>
        <w:t xml:space="preserve">02  </w:t>
      </w:r>
      <w:r>
        <w:rPr>
          <w:rFonts w:ascii="Arial" w:hAnsi="Arial"/>
          <w:b/>
          <w:color w:val="193346"/>
          <w:sz w:val="20"/>
        </w:rPr>
        <w:t>Bevollmächtigte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VOR- UND NACHNAME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Vertretung Name"/>
                <w:tag w:val="vertretung_name"/>
                <w:id w:val="70107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Hier eingeben</w:t>
                </w:r>
              </w:sdtContent>
            </w:sdt>
          </w:p>
        </w:tc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GEBURTSDATUM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Vertretung Geburtsdatum"/>
                <w:tag w:val="vertretung_geburtsdatum"/>
                <w:id w:val="70108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TT.MM.JJJJ</w:t>
                </w:r>
              </w:sdtContent>
            </w:sdt>
          </w:p>
        </w:tc>
      </w:tr>
      <w:tr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STRASSE, HAUSNUMMER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Vertretung Strasse"/>
                <w:tag w:val="vertretung_strasse"/>
                <w:id w:val="70109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Hier eingeben</w:t>
                </w:r>
              </w:sdtContent>
            </w:sdt>
          </w:p>
        </w:tc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PLZ, ORT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Vertretung Plzort"/>
                <w:tag w:val="vertretung_plzort"/>
                <w:id w:val="70110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Hier eingeben</w:t>
                </w:r>
              </w:sdtContent>
            </w:sdt>
          </w:p>
        </w:tc>
      </w:tr>
      <w:tr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TELEFON (FREIWILLIG)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Vertretung Telefon"/>
                <w:tag w:val="vertretung_telefon"/>
                <w:id w:val="70111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Optional</w:t>
                </w:r>
              </w:sdtContent>
            </w:sdt>
          </w:p>
        </w:tc>
        <w:tc>
          <w:tcPr>
            <w:tcW w:type="dxa" w:w="4876"/>
            <w:vAlign w:val="center"/>
            <w:shd w:fill="F3F7F9"/>
            <w:tcMar>
              <w:top w:w="80" w:type="dxa"/>
              <w:start w:w="140" w:type="dxa"/>
              <w:bottom w:w="86" w:type="dxa"/>
              <w:end w:w="140" w:type="dxa"/>
            </w:tcMar>
            <w:tcBorders>
              <w:bottom w:val="single" w:sz="11" w:color="AACDD2"/>
            </w:tcBorders>
          </w:tcPr>
          <w:p>
            <w:pPr>
              <w:widowControl w:val="0"/>
              <w:spacing w:before="0" w:after="60" w:line="240" w:lineRule="auto"/>
            </w:pPr>
            <w:r>
              <w:rPr>
                <w:rFonts w:ascii="Arial" w:hAnsi="Arial"/>
                <w:b/>
                <w:color w:val="617888"/>
                <w:sz w:val="14"/>
              </w:rPr>
              <w:t>E-MAIL (FREIWILLIG)</w:t>
            </w:r>
          </w:p>
          <w:p>
            <w:pPr>
              <w:widowControl w:val="0"/>
              <w:spacing w:before="0" w:after="0" w:line="240" w:lineRule="auto"/>
            </w:pPr>
            <w:sdt>
              <w:sdtPr>
                <w:alias w:val="Vertretung Email"/>
                <w:tag w:val="vertretung_email"/>
                <w:id w:val="70112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8"/>
                  </w:rPr>
                  <w:t>Optional</w:t>
                </w:r>
              </w:sdtContent>
            </w:sdt>
          </w:p>
        </w:tc>
      </w:tr>
    </w:tbl>
    <w:p>
      <w:pPr>
        <w:pStyle w:val="Sect"/>
        <w:spacing w:before="220" w:after="120" w:line="240" w:lineRule="auto"/>
      </w:pPr>
      <w:r>
        <w:rPr>
          <w:rFonts w:ascii="Arial" w:hAnsi="Arial"/>
          <w:b/>
          <w:color w:val="007F86"/>
          <w:sz w:val="20"/>
        </w:rPr>
        <w:t xml:space="preserve">03  </w:t>
      </w:r>
      <w:r>
        <w:rPr>
          <w:rFonts w:ascii="Arial" w:hAnsi="Arial"/>
          <w:b/>
          <w:color w:val="193346"/>
          <w:sz w:val="20"/>
        </w:rPr>
        <w:t>Umfang der Bevollmächtigung</w:t>
      </w:r>
      <w:r>
        <w:rPr>
          <w:rFonts w:ascii="Arial" w:hAnsi="Arial"/>
          <w:b w:val="0"/>
          <w:color w:val="617888"/>
          <w:sz w:val="15"/>
        </w:rPr>
        <w:t xml:space="preserve">   Bitte Befugnisse ankreuzen</w:t>
      </w:r>
    </w:p>
    <w:p>
      <w:pPr>
        <w:spacing w:before="0" w:after="80" w:line="240" w:lineRule="auto"/>
      </w:pPr>
      <w:r>
        <w:rPr>
          <w:rFonts w:ascii="Arial" w:hAnsi="Arial"/>
          <w:b w:val="0"/>
          <w:color w:val="617888"/>
          <w:sz w:val="16"/>
        </w:rPr>
        <w:t>Die Bevollmächtigung umfasst nur die angekreuzten oder ergänzend eingetragenen Handlungen: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921"/>
            <w:vAlign w:val="center"/>
            <w:tcMar>
              <w:top w:w="100" w:type="dxa"/>
              <w:start w:w="110" w:type="dxa"/>
              <w:bottom w:w="100" w:type="dxa"/>
              <w:end w:w="85" w:type="dxa"/>
            </w:tcMar>
            <w:shd w:fill="F3F7F9"/>
          </w:tcPr>
          <w:p>
            <w:pPr>
              <w:widowControl w:val="0"/>
              <w:spacing w:before="0" w:after="0" w:line="240" w:lineRule="auto"/>
            </w:pPr>
            <w:sdt>
              <w:sdtPr>
                <w:alias w:val="Auskünfte einholen und Rückfragen klären"/>
                <w:tag w:val="auskunft"/>
                <w:id w:val="7011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07F86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53746"/>
                <w:sz w:val="16"/>
              </w:rPr>
              <w:t xml:space="preserve">  Auskünfte einholen und Rückfragen klären</w:t>
            </w:r>
          </w:p>
        </w:tc>
        <w:tc>
          <w:tcPr>
            <w:tcW w:type="dxa" w:w="4921"/>
            <w:vAlign w:val="center"/>
            <w:tcMar>
              <w:top w:w="100" w:type="dxa"/>
              <w:start w:w="110" w:type="dxa"/>
              <w:bottom w:w="100" w:type="dxa"/>
              <w:end w:w="85" w:type="dxa"/>
            </w:tcMar>
            <w:shd w:fill="F3F7F9"/>
          </w:tcPr>
          <w:p>
            <w:pPr>
              <w:widowControl w:val="0"/>
              <w:spacing w:before="0" w:after="0" w:line="240" w:lineRule="auto"/>
            </w:pPr>
            <w:sdt>
              <w:sdtPr>
                <w:alias w:val="Anträge stellen, ändern und Unterlagen einreichen"/>
                <w:tag w:val="antraege"/>
                <w:id w:val="7011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07F86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53746"/>
                <w:sz w:val="16"/>
              </w:rPr>
              <w:t xml:space="preserve">  Anträge stellen, ändern und Unterlagen einreichen</w:t>
            </w:r>
          </w:p>
        </w:tc>
      </w:tr>
      <w:tr>
        <w:tc>
          <w:tcPr>
            <w:tcW w:type="dxa" w:w="4921"/>
            <w:vAlign w:val="center"/>
            <w:tcMar>
              <w:top w:w="100" w:type="dxa"/>
              <w:start w:w="110" w:type="dxa"/>
              <w:bottom w:w="100" w:type="dxa"/>
              <w:end w:w="85" w:type="dxa"/>
            </w:tcMar>
            <w:shd w:fill="F3F7F9"/>
          </w:tcPr>
          <w:p>
            <w:pPr>
              <w:widowControl w:val="0"/>
              <w:spacing w:before="0" w:after="0" w:line="240" w:lineRule="auto"/>
            </w:pPr>
            <w:sdt>
              <w:sdtPr>
                <w:alias w:val="Bescheide und Schriftstücke entgegennehmen"/>
                <w:tag w:val="bescheide"/>
                <w:id w:val="7011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07F86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53746"/>
                <w:sz w:val="16"/>
              </w:rPr>
              <w:t xml:space="preserve">  Bescheide und Schriftstücke entgegennehmen</w:t>
            </w:r>
          </w:p>
        </w:tc>
        <w:tc>
          <w:tcPr>
            <w:tcW w:type="dxa" w:w="4921"/>
            <w:vAlign w:val="center"/>
            <w:tcMar>
              <w:top w:w="100" w:type="dxa"/>
              <w:start w:w="110" w:type="dxa"/>
              <w:bottom w:w="100" w:type="dxa"/>
              <w:end w:w="85" w:type="dxa"/>
            </w:tcMar>
            <w:shd w:fill="F3F7F9"/>
          </w:tcPr>
          <w:p>
            <w:pPr>
              <w:widowControl w:val="0"/>
              <w:spacing w:before="0" w:after="0" w:line="240" w:lineRule="auto"/>
            </w:pPr>
            <w:sdt>
              <w:sdtPr>
                <w:alias w:val="Akteneinsicht und Pflegegutachten anfordern"/>
                <w:tag w:val="akten"/>
                <w:id w:val="701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07F86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53746"/>
                <w:sz w:val="16"/>
              </w:rPr>
              <w:t xml:space="preserve">  Akteneinsicht und Pflegegutachten anfordern</w:t>
            </w:r>
          </w:p>
        </w:tc>
      </w:tr>
      <w:tr>
        <w:tc>
          <w:tcPr>
            <w:tcW w:type="dxa" w:w="4921"/>
            <w:vAlign w:val="center"/>
            <w:tcMar>
              <w:top w:w="100" w:type="dxa"/>
              <w:start w:w="110" w:type="dxa"/>
              <w:bottom w:w="100" w:type="dxa"/>
              <w:end w:w="85" w:type="dxa"/>
            </w:tcMar>
            <w:shd w:fill="F3F7F9"/>
          </w:tcPr>
          <w:p>
            <w:pPr>
              <w:widowControl w:val="0"/>
              <w:spacing w:before="0" w:after="0" w:line="240" w:lineRule="auto"/>
            </w:pPr>
            <w:sdt>
              <w:sdtPr>
                <w:alias w:val="Widersprüche einlegen und Verfahren führen"/>
                <w:tag w:val="widerspruch"/>
                <w:id w:val="7011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07F86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53746"/>
                <w:sz w:val="16"/>
              </w:rPr>
              <w:t xml:space="preserve">  Widersprüche einlegen und Verfahren führen</w:t>
            </w:r>
          </w:p>
        </w:tc>
        <w:tc>
          <w:tcPr>
            <w:tcW w:type="dxa" w:w="4921"/>
            <w:vAlign w:val="center"/>
            <w:tcMar>
              <w:top w:w="100" w:type="dxa"/>
              <w:start w:w="110" w:type="dxa"/>
              <w:bottom w:w="100" w:type="dxa"/>
              <w:end w:w="85" w:type="dxa"/>
            </w:tcMar>
            <w:shd w:fill="F3F7F9"/>
          </w:tcPr>
          <w:p>
            <w:pPr>
              <w:widowControl w:val="0"/>
              <w:spacing w:before="0" w:after="0" w:line="240" w:lineRule="auto"/>
            </w:pPr>
            <w:sdt>
              <w:sdtPr>
                <w:alias w:val="Pflegeberatung und Begutachtung abstimmen"/>
                <w:tag w:val="termine"/>
                <w:id w:val="701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07F86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b w:val="0"/>
                <w:color w:val="253746"/>
                <w:sz w:val="16"/>
              </w:rPr>
              <w:t xml:space="preserve">  Pflegeberatung und Begutachtung abstimmen</w:t>
            </w:r>
          </w:p>
        </w:tc>
      </w:tr>
    </w:tbl>
    <w:p>
      <w:pPr>
        <w:spacing w:before="120" w:after="20" w:line="240" w:lineRule="auto"/>
        <w:pBdr>
          <w:bottom w:val="single" w:sz="5" w:space="3" w:color="D7E4EA"/>
        </w:pBdr>
      </w:pPr>
      <w:r>
        <w:rPr>
          <w:rFonts w:ascii="Arial" w:hAnsi="Arial"/>
          <w:b/>
          <w:color w:val="617888"/>
          <w:sz w:val="14"/>
        </w:rPr>
        <w:t xml:space="preserve">WEITERE / BESCHRÄNKTE ANGELEGENHEITEN  </w:t>
      </w:r>
      <w:sdt>
        <w:sdtPr>
          <w:alias w:val="Sonstiges"/>
          <w:tag w:val="sonstiges"/>
          <w:id w:val="70119"/>
          <w:text w:multiLine="0"/>
        </w:sdtPr>
        <w:sdtContent>
          <w:r>
            <w:rPr>
              <w:rFonts w:ascii="Arial" w:hAnsi="Arial"/>
              <w:color w:val="91A8B2"/>
              <w:sz w:val="17"/>
            </w:rPr>
            <w:t>Falls erforderlich hier konkretisieren</w:t>
          </w:r>
        </w:sdtContent>
      </w:sdt>
    </w:p>
    <w:p>
      <w:pPr>
        <w:pStyle w:val="Sect"/>
        <w:spacing w:before="220" w:after="120" w:line="240" w:lineRule="auto"/>
      </w:pPr>
      <w:r>
        <w:rPr>
          <w:rFonts w:ascii="Arial" w:hAnsi="Arial"/>
          <w:b/>
          <w:color w:val="007F86"/>
          <w:sz w:val="20"/>
        </w:rPr>
        <w:t xml:space="preserve">04  </w:t>
      </w:r>
      <w:r>
        <w:rPr>
          <w:rFonts w:ascii="Arial" w:hAnsi="Arial"/>
          <w:b/>
          <w:color w:val="193346"/>
          <w:sz w:val="20"/>
        </w:rPr>
        <w:t>Schriftverkehr &amp; Geltung</w:t>
      </w:r>
    </w:p>
    <w:p>
      <w:pPr>
        <w:spacing w:before="0" w:after="120" w:line="240" w:lineRule="auto"/>
      </w:pPr>
      <w:sdt>
        <w:sdtPr>
          <w:alias w:val="Bitte zukünftige Schreiben an die bevollmächtigte Person senden (soweit möglich)."/>
          <w:tag w:val="postumleitung"/>
          <w:id w:val="7012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007F86"/>
              <w:sz w:val="22"/>
            </w:rPr>
            <w:t>☐</w:t>
          </w:r>
        </w:sdtContent>
      </w:sdt>
      <w:r>
        <w:rPr>
          <w:rFonts w:ascii="Arial" w:hAnsi="Arial"/>
          <w:b w:val="0"/>
          <w:color w:val="253746"/>
          <w:sz w:val="16"/>
        </w:rPr>
        <w:t xml:space="preserve">  Bitte zukünftige Schreiben an die bevollmächtigte Person senden (soweit möglich).</w:t>
      </w:r>
    </w:p>
    <w:p>
      <w:pPr>
        <w:spacing w:before="0" w:after="80" w:line="240" w:lineRule="auto"/>
      </w:pPr>
      <w:r>
        <w:rPr>
          <w:rFonts w:ascii="Arial" w:hAnsi="Arial"/>
          <w:b/>
          <w:color w:val="193346"/>
          <w:sz w:val="16"/>
        </w:rPr>
        <w:t xml:space="preserve">Beginn: </w:t>
      </w:r>
      <w:r>
        <w:rPr>
          <w:rFonts w:ascii="Arial" w:hAnsi="Arial"/>
          <w:b w:val="0"/>
          <w:color w:val="253746"/>
          <w:sz w:val="16"/>
        </w:rPr>
        <w:t>mit Unterzeichnung</w:t>
      </w:r>
      <w:r>
        <w:rPr>
          <w:rFonts w:ascii="Arial" w:hAnsi="Arial"/>
          <w:b/>
          <w:color w:val="193346"/>
          <w:sz w:val="16"/>
        </w:rPr>
        <w:t xml:space="preserve">     |     Befristung (optional) bis: </w:t>
      </w:r>
      <w:sdt>
        <w:sdtPr>
          <w:alias w:val="Ablaufdatum"/>
          <w:tag w:val="ablaufdatum"/>
          <w:id w:val="70121"/>
          <w:text w:multiLine="0"/>
        </w:sdtPr>
        <w:sdtContent>
          <w:r>
            <w:rPr>
              <w:rFonts w:ascii="Arial" w:hAnsi="Arial"/>
              <w:color w:val="91A8B2"/>
              <w:sz w:val="16"/>
            </w:rPr>
            <w:t>TT.MM.JJJJ oder leer lassen</w:t>
          </w:r>
        </w:sdtContent>
      </w:sdt>
    </w:p>
    <w:p>
      <w:pPr>
        <w:spacing w:before="0" w:after="0" w:line="240" w:lineRule="auto"/>
      </w:pPr>
      <w:r>
        <w:rPr>
          <w:rFonts w:ascii="Arial" w:hAnsi="Arial"/>
          <w:b w:val="0"/>
          <w:color w:val="617888"/>
          <w:sz w:val="15"/>
        </w:rPr>
        <w:t>Die Vollmacht kann jederzeit widerrufen werden; gegenüber der Pflegekasse wird der Widerruf mit Zugang wirksam.</w:t>
      </w:r>
    </w:p>
    <w:p>
      <w:pPr>
        <w:pStyle w:val="Sect"/>
        <w:spacing w:before="220" w:after="120" w:line="240" w:lineRule="auto"/>
      </w:pPr>
      <w:r>
        <w:rPr>
          <w:rFonts w:ascii="Arial" w:hAnsi="Arial"/>
          <w:b/>
          <w:color w:val="007F86"/>
          <w:sz w:val="20"/>
        </w:rPr>
        <w:t xml:space="preserve">05  </w:t>
      </w:r>
      <w:r>
        <w:rPr>
          <w:rFonts w:ascii="Arial" w:hAnsi="Arial"/>
          <w:b/>
          <w:color w:val="193346"/>
          <w:sz w:val="20"/>
        </w:rPr>
        <w:t>Ort, Datum &amp; Unterschrift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556"/>
      </w:tblGrid>
      <w:tr>
        <w:tc>
          <w:tcPr>
            <w:tcW w:type="dxa" w:w="4921"/>
            <w:tcMar>
              <w:top w:w="135" w:type="dxa"/>
              <w:start w:w="30" w:type="dxa"/>
              <w:bottom w:w="80" w:type="dxa"/>
              <w:end w:w="95" w:type="dxa"/>
            </w:tcMar>
          </w:tcPr>
          <w:p>
            <w:pPr>
              <w:widowControl w:val="0"/>
              <w:spacing w:before="0" w:after="200" w:line="240" w:lineRule="auto"/>
            </w:pPr>
            <w:r>
              <w:rPr>
                <w:rFonts w:ascii="Arial" w:hAnsi="Arial"/>
                <w:b/>
                <w:color w:val="617888"/>
                <w:sz w:val="15"/>
              </w:rPr>
              <w:t>Ort, Datum</w:t>
            </w:r>
          </w:p>
          <w:p>
            <w:pPr>
              <w:spacing w:before="0" w:after="120" w:line="240" w:lineRule="auto"/>
              <w:widowControl w:val="0"/>
              <w:pBdr>
                <w:bottom w:val="single" w:sz="5" w:space="3" w:color="007F86"/>
              </w:pBdr>
            </w:pPr>
            <w:sdt>
              <w:sdtPr>
                <w:alias w:val="Ort Datum"/>
                <w:tag w:val="ort_datum"/>
                <w:id w:val="70122"/>
                <w:text w:multiLine="0"/>
              </w:sdtPr>
              <w:sdtContent>
                <w:r>
                  <w:rPr>
                    <w:rFonts w:ascii="Arial" w:hAnsi="Arial"/>
                    <w:color w:val="91A8B2"/>
                    <w:sz w:val="17"/>
                  </w:rPr>
                  <w:t>Ort, TT.MM.JJJJ</w:t>
                </w:r>
              </w:sdtContent>
            </w:sdt>
          </w:p>
        </w:tc>
        <w:tc>
          <w:tcPr>
            <w:tcW w:type="dxa" w:w="4921"/>
            <w:tcMar>
              <w:top w:w="135" w:type="dxa"/>
              <w:start w:w="30" w:type="dxa"/>
              <w:bottom w:w="80" w:type="dxa"/>
              <w:end w:w="95" w:type="dxa"/>
            </w:tcMar>
          </w:tcPr>
          <w:p>
            <w:pPr>
              <w:widowControl w:val="0"/>
              <w:spacing w:before="0" w:after="560" w:line="240" w:lineRule="auto"/>
            </w:pPr>
            <w:r>
              <w:rPr>
                <w:rFonts w:ascii="Arial" w:hAnsi="Arial"/>
                <w:b/>
                <w:color w:val="617888"/>
                <w:sz w:val="15"/>
              </w:rPr>
              <w:t>Unterschrift der vollmachtgebenden Person</w:t>
            </w:r>
          </w:p>
          <w:p>
            <w:pPr>
              <w:spacing w:before="0" w:after="0" w:line="240" w:lineRule="auto"/>
              <w:widowControl w:val="0"/>
              <w:pBdr>
                <w:bottom w:val="single" w:sz="5" w:space="3" w:color="007F86"/>
              </w:pBdr>
            </w:pPr>
          </w:p>
        </w:tc>
      </w:tr>
    </w:tbl>
    <w:p>
      <w:pPr>
        <w:spacing w:before="120" w:after="0" w:line="240" w:lineRule="auto"/>
      </w:pPr>
      <w:r>
        <w:rPr>
          <w:rFonts w:ascii="Arial" w:hAnsi="Arial"/>
          <w:b/>
          <w:color w:val="007F86"/>
          <w:sz w:val="14"/>
        </w:rPr>
        <w:t xml:space="preserve">ABGRENZUNG  </w:t>
      </w:r>
      <w:r>
        <w:rPr>
          <w:rFonts w:ascii="Arial" w:hAnsi="Arial"/>
          <w:b w:val="0"/>
          <w:color w:val="617888"/>
          <w:sz w:val="14"/>
        </w:rPr>
        <w:t>Diese Vollmacht gilt nur für die Pflegeversicherung. Sie umfasst weder Bankgeschäfte noch medizinische Entscheidungen oder eine allgemeine Vorsorgevollmacht. Die Pflegekasse kann weitere Nachweise oder ihr eigenes Formular verlangen.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032" w:bottom="726" w:left="1032" w:header="312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pBdr>
        <w:bottom w:val="single" w:sz="5" w:space="3" w:color="D7E4EA"/>
      </w:pBdr>
      <w:jc w:val="right"/>
    </w:pPr>
    <w:r>
      <w:rPr>
        <w:rFonts w:ascii="Arial" w:hAnsi="Arial"/>
        <w:b/>
        <w:color w:val="007F86"/>
        <w:sz w:val="14"/>
      </w:rPr>
      <w:t>UNABHÄNGIGE DOKUMENTVORLAGE</w:t>
    </w:r>
    <w:r>
      <w:rPr>
        <w:rFonts w:ascii="Arial" w:hAnsi="Arial"/>
        <w:b w:val="0"/>
        <w:color w:val="617888"/>
        <w:sz w:val="14"/>
      </w:rPr>
      <w:t xml:space="preserve">     |     Für die Einreichung bei der zuständigen Pflegekasse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right"/>
    </w:pPr>
    <w:r>
      <w:rPr>
        <w:rFonts w:ascii="Arial" w:hAnsi="Arial"/>
        <w:b/>
        <w:color w:val="007F86"/>
        <w:sz w:val="14"/>
      </w:rPr>
      <w:t>PFLEGE  /  VERTRETUNG</w:t>
    </w:r>
    <w:r>
      <w:rPr>
        <w:rFonts w:ascii="Arial" w:hAnsi="Arial"/>
        <w:b w:val="0"/>
        <w:color w:val="617888"/>
        <w:sz w:val="14"/>
      </w:rPr>
      <w:t xml:space="preserve">     •     VORLAGE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25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">
    <w:name w:val="Sect"/>
    <w:pPr>
      <w:keepNext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die Pflegekasse – ausfüllbare Word-Vorlage</dc:title>
  <dc:subject>Vertretung gegenüber der Pflegekasse</dc:subject>
  <dc:creator/>
  <cp:keywords>Vollmacht, Pflegekasse, Pflegeversicherung, Vorlage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