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463"/>
        <w:gridCol w:w="3628"/>
      </w:tblGrid>
      <w:tr>
        <w:trPr>
          <w:cantSplit/>
        </w:trPr>
        <w:tc>
          <w:tcPr>
            <w:tcW w:type="dxa" w:w="5046"/>
            <w:shd w:fill="173047"/>
            <w:tcMar>
              <w:top w:w="165" w:type="dxa"/>
              <w:start w:w="210" w:type="dxa"/>
              <w:bottom w:w="150" w:type="dxa"/>
              <w:end w:w="195" w:type="dxa"/>
            </w:tcMar>
          </w:tcPr>
          <w:p>
            <w:pPr>
              <w:spacing w:before="0" w:after="120" w:line="240" w:lineRule="auto"/>
            </w:pPr>
            <w:r>
              <w:rPr>
                <w:rFonts w:ascii="Inter" w:hAnsi="Inter" w:eastAsia="Inter"/>
                <w:b/>
                <w:color w:val="9AD4D1"/>
                <w:sz w:val="14"/>
              </w:rPr>
              <w:t>BÜRGERSERVICE  /  MELDERECHT</w:t>
            </w:r>
          </w:p>
          <w:p>
            <w:pPr>
              <w:spacing w:before="0" w:after="100" w:line="240" w:lineRule="auto"/>
            </w:pPr>
            <w:r>
              <w:rPr>
                <w:rFonts w:ascii="Inter" w:hAnsi="Inter" w:eastAsia="Inter"/>
                <w:b/>
                <w:color w:val="FFFFFF"/>
                <w:sz w:val="38"/>
              </w:rPr>
              <w:t>Vollmacht zur</w:t>
            </w:r>
          </w:p>
          <w:p>
            <w:pPr>
              <w:spacing w:before="0" w:after="140" w:line="240" w:lineRule="auto"/>
            </w:pPr>
            <w:r>
              <w:rPr>
                <w:rFonts w:ascii="Inter" w:hAnsi="Inter" w:eastAsia="Inter"/>
                <w:b/>
                <w:color w:val="FFFFFF"/>
                <w:sz w:val="38"/>
              </w:rPr>
              <w:t>Wohnsitz-Ummeldung</w:t>
            </w:r>
          </w:p>
          <w:p>
            <w:pPr>
              <w:spacing w:before="0" w:after="0" w:line="240" w:lineRule="auto"/>
            </w:pPr>
            <w:r>
              <w:rPr>
                <w:rFonts w:ascii="Inter" w:hAnsi="Inter" w:eastAsia="Inter"/>
                <w:b w:val="0"/>
                <w:color w:val="D7E9ED"/>
                <w:sz w:val="16"/>
              </w:rPr>
              <w:t>Zur Vorlage bei der zuständigen Meldebehörde</w:t>
            </w:r>
          </w:p>
        </w:tc>
        <w:tc>
          <w:tcPr>
            <w:tcW w:type="dxa" w:w="5046"/>
            <w:shd w:fill="173047"/>
            <w:tcMar>
              <w:top w:w="165" w:type="dxa"/>
              <w:start w:w="210" w:type="dxa"/>
              <w:bottom w:w="150" w:type="dxa"/>
              <w:end w:w="195" w:type="dxa"/>
            </w:tcMar>
          </w:tcPr>
          <w:p>
            <w:pPr>
              <w:spacing w:before="0" w:after="480" w:line="240" w:lineRule="auto"/>
              <w:jc w:val="right"/>
            </w:pPr>
            <w:r>
              <w:rPr>
                <w:rFonts w:ascii="Inter" w:hAnsi="Inter" w:eastAsia="Inter"/>
                <w:b/>
                <w:color w:val="9AD4D1"/>
                <w:sz w:val="16"/>
              </w:rPr>
              <w:t>FORMULAR</w:t>
            </w:r>
          </w:p>
          <w:p>
            <w:pPr>
              <w:spacing w:before="0" w:after="0" w:line="240" w:lineRule="auto"/>
              <w:jc w:val="right"/>
            </w:pPr>
            <w:r>
              <w:rPr>
                <w:rFonts w:ascii="Inter" w:hAnsi="Inter" w:eastAsia="Inter"/>
                <w:b/>
                <w:color w:val="FFFFFF"/>
                <w:sz w:val="19"/>
              </w:rPr>
              <w:t>WOHNSITZ</w:t>
            </w:r>
          </w:p>
          <w:p>
            <w:pPr>
              <w:spacing w:before="0" w:after="0" w:line="240" w:lineRule="auto"/>
              <w:jc w:val="right"/>
            </w:pPr>
            <w:r>
              <w:rPr>
                <w:rFonts w:ascii="Inter" w:hAnsi="Inter" w:eastAsia="Inter"/>
                <w:b/>
                <w:color w:val="FFFFFF"/>
                <w:sz w:val="19"/>
              </w:rPr>
              <w:t>UMZUG</w:t>
            </w:r>
          </w:p>
        </w:tc>
      </w:tr>
    </w:tbl>
    <w:tbl>
      <w:tblPr>
        <w:tblW w:type="auto" w:w="0"/>
        <w:tblLayout w:type="fixed"/>
        <w:tblLook w:firstColumn="1" w:firstRow="1" w:lastColumn="0" w:lastRow="0" w:noHBand="0" w:noVBand="1" w:val="04A0"/>
      </w:tblPr>
      <w:tblGrid>
        <w:gridCol w:w="2381"/>
        <w:gridCol w:w="7710"/>
      </w:tblGrid>
      <w:tr>
        <w:trPr>
          <w:cantSplit/>
        </w:trPr>
        <w:tc>
          <w:tcPr>
            <w:tcW w:type="dxa" w:w="5046"/>
            <w:shd w:fill="057C7C"/>
            <w:tcMar>
              <w:top w:w="0" w:type="dxa"/>
              <w:start w:w="0" w:type="dxa"/>
              <w:bottom w:w="0" w:type="dxa"/>
              <w:end w:w="0" w:type="dxa"/>
            </w:tcMar>
          </w:tcPr>
          <w:p>
            <w:pPr>
              <w:spacing w:line="67" w:lineRule="auto"/>
            </w:pPr>
            <w:r>
              <w:rPr>
                <w:rFonts w:ascii="Inter" w:hAnsi="Inter" w:eastAsia="Inter"/>
                <w:b w:val="0"/>
                <w:color w:val="203849"/>
                <w:sz w:val="4"/>
              </w:rPr>
              <w:t xml:space="preserve"> </w:t>
            </w:r>
          </w:p>
        </w:tc>
        <w:tc>
          <w:tcPr>
            <w:tcW w:type="dxa" w:w="5046"/>
            <w:shd w:fill="B7DED8"/>
            <w:tcMar>
              <w:top w:w="0" w:type="dxa"/>
              <w:start w:w="0" w:type="dxa"/>
              <w:bottom w:w="0" w:type="dxa"/>
              <w:end w:w="0" w:type="dxa"/>
            </w:tcMar>
          </w:tcPr>
          <w:p>
            <w:pPr>
              <w:spacing w:line="67" w:lineRule="auto"/>
            </w:pPr>
            <w:r>
              <w:rPr>
                <w:rFonts w:ascii="Inter" w:hAnsi="Inter" w:eastAsia="Inter"/>
                <w:b w:val="0"/>
                <w:color w:val="203849"/>
                <w:sz w:val="4"/>
              </w:rPr>
              <w:t xml:space="preserve"> </w:t>
            </w:r>
          </w:p>
        </w:tc>
      </w:tr>
    </w:tbl>
    <w:p>
      <w:pPr>
        <w:spacing w:before="0" w:after="0" w:line="160" w:lineRule="auto"/>
      </w:pPr>
      <w:r>
        <w:rPr>
          <w:rFonts w:ascii="Inter" w:hAnsi="Inter" w:eastAsia="Inter"/>
          <w:b w:val="0"/>
          <w:color w:val="203849"/>
          <w:sz w:val="16"/>
        </w:rPr>
        <w:t xml:space="preserve"> </w:t>
      </w:r>
    </w:p>
    <w:tbl>
      <w:tblPr>
        <w:tblW w:type="auto" w:w="0"/>
        <w:tblLayout w:type="fixed"/>
        <w:tblLook w:firstColumn="1" w:firstRow="1" w:lastColumn="0" w:lastRow="0" w:noHBand="0" w:noVBand="1" w:val="04A0"/>
      </w:tblPr>
      <w:tblGrid>
        <w:gridCol w:w="567"/>
        <w:gridCol w:w="9524"/>
      </w:tblGrid>
      <w:tr>
        <w:trPr>
          <w:cantSplit/>
        </w:trPr>
        <w:tc>
          <w:tcPr>
            <w:tcW w:type="dxa" w:w="5046"/>
            <w:shd w:fill="057C7C"/>
            <w:tcMar>
              <w:top w:w="75" w:type="dxa"/>
              <w:start w:w="130" w:type="dxa"/>
              <w:bottom w:w="70" w:type="dxa"/>
              <w:end w:w="130" w:type="dxa"/>
            </w:tcMar>
          </w:tcPr>
          <w:p>
            <w:pPr>
              <w:spacing w:before="0" w:after="0" w:line="240" w:lineRule="auto"/>
              <w:jc w:val="center"/>
            </w:pPr>
            <w:r>
              <w:rPr>
                <w:rFonts w:ascii="Inter" w:hAnsi="Inter" w:eastAsia="Inter"/>
                <w:b/>
                <w:color w:val="FFFFFF"/>
                <w:sz w:val="18"/>
              </w:rPr>
              <w:t>01</w:t>
            </w:r>
          </w:p>
        </w:tc>
        <w:tc>
          <w:tcPr>
            <w:tcW w:type="dxa" w:w="5046"/>
            <w:shd w:fill="F4F8FA"/>
            <w:tcMar>
              <w:top w:w="75" w:type="dxa"/>
              <w:start w:w="130" w:type="dxa"/>
              <w:bottom w:w="70" w:type="dxa"/>
              <w:end w:w="130" w:type="dxa"/>
            </w:tcMar>
          </w:tcPr>
          <w:p>
            <w:pPr>
              <w:spacing w:before="0" w:after="0" w:line="240" w:lineRule="auto"/>
            </w:pPr>
            <w:r>
              <w:rPr>
                <w:rFonts w:ascii="Inter" w:hAnsi="Inter" w:eastAsia="Inter"/>
                <w:b/>
                <w:color w:val="173047"/>
                <w:sz w:val="17"/>
              </w:rPr>
              <w:t>VOLLMACHTGEBENDE PERSON</w:t>
            </w:r>
          </w:p>
        </w:tc>
      </w:tr>
    </w:tbl>
    <w:tbl>
      <w:tblPr>
        <w:tblW w:type="auto" w:w="0"/>
        <w:tblLayout w:type="fixed"/>
        <w:tblLook w:firstColumn="1" w:firstRow="1" w:lastColumn="0" w:lastRow="0" w:noHBand="0" w:noVBand="1" w:val="04A0"/>
      </w:tblPr>
      <w:tblGrid>
        <w:gridCol w:w="6860"/>
        <w:gridCol w:w="3231"/>
      </w:tblGrid>
      <w:tr>
        <w:trPr>
          <w:cantSplit/>
        </w:trPr>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VOR- UND FAMILIENNAME</w:t>
            </w:r>
          </w:p>
          <w:p>
            <w:pPr>
              <w:spacing w:before="0" w:after="0" w:line="240" w:lineRule="auto"/>
            </w:pPr>
            <w:sdt>
              <w:sdtPr>
                <w:alias w:val="Geber Name"/>
                <w:tag w:val="geber_name"/>
                <w:id w:val="13001"/>
                <w:text/>
              </w:sdtPr>
              <w:sdtContent>
                <w:r>
                  <w:rPr>
                    <w:rFonts w:ascii="Inter" w:hAnsi="Inter"/>
                    <w:color w:val="91A3AD"/>
                    <w:sz w:val="18"/>
                  </w:rPr>
                  <w:t>Vor- und Familienname</w:t>
                </w:r>
              </w:sdtContent>
            </w:sdt>
          </w:p>
        </w:tc>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GEBURTSDATUM</w:t>
            </w:r>
          </w:p>
          <w:p>
            <w:pPr>
              <w:spacing w:before="0" w:after="0" w:line="240" w:lineRule="auto"/>
            </w:pPr>
            <w:sdt>
              <w:sdtPr>
                <w:alias w:val="Geber Geburt"/>
                <w:tag w:val="geber_geburt"/>
                <w:id w:val="13002"/>
                <w:text/>
              </w:sdtPr>
              <w:sdtContent>
                <w:r>
                  <w:rPr>
                    <w:rFonts w:ascii="Inter" w:hAnsi="Inter"/>
                    <w:color w:val="91A3AD"/>
                    <w:sz w:val="18"/>
                  </w:rPr>
                  <w:t>TT.MM.JJJJ</w:t>
                </w:r>
              </w:sdtContent>
            </w:sdt>
          </w:p>
        </w:tc>
      </w:tr>
    </w:tbl>
    <w:tbl>
      <w:tblPr>
        <w:tblW w:type="auto" w:w="0"/>
        <w:tblLayout w:type="fixed"/>
        <w:tblLook w:firstColumn="1" w:firstRow="1" w:lastColumn="0" w:lastRow="0" w:noHBand="0" w:noVBand="1" w:val="04A0"/>
      </w:tblPr>
      <w:tblGrid>
        <w:gridCol w:w="10091"/>
      </w:tblGrid>
      <w:tr>
        <w:trPr>
          <w:cantSplit/>
        </w:trPr>
        <w:tc>
          <w:tcPr>
            <w:tcW w:type="dxa" w:w="10092"/>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BISHERIGE WOHNANSCHRIFT (STRASSE, HAUSNUMMER, PLZ, ORT)</w:t>
            </w:r>
          </w:p>
          <w:p>
            <w:pPr>
              <w:spacing w:before="0" w:after="0" w:line="240" w:lineRule="auto"/>
            </w:pPr>
            <w:sdt>
              <w:sdtPr>
                <w:alias w:val="Alte Adresse"/>
                <w:tag w:val="alte_adresse"/>
                <w:id w:val="13003"/>
                <w:text/>
              </w:sdtPr>
              <w:sdtContent>
                <w:r>
                  <w:rPr>
                    <w:rFonts w:ascii="Inter" w:hAnsi="Inter"/>
                    <w:color w:val="91A3AD"/>
                    <w:sz w:val="18"/>
                  </w:rPr>
                  <w:t>Straße, Hausnummer, Postleitzahl und Ort</w:t>
                </w:r>
              </w:sdtContent>
            </w:sdt>
          </w:p>
        </w:tc>
      </w:tr>
    </w:tbl>
    <w:p>
      <w:pPr>
        <w:spacing w:before="0" w:after="0" w:line="120" w:lineRule="auto"/>
      </w:pPr>
      <w:r>
        <w:rPr>
          <w:rFonts w:ascii="Inter" w:hAnsi="Inter" w:eastAsia="Inter"/>
          <w:b w:val="0"/>
          <w:color w:val="203849"/>
          <w:sz w:val="12"/>
        </w:rPr>
        <w:t xml:space="preserve"> </w:t>
      </w:r>
    </w:p>
    <w:tbl>
      <w:tblPr>
        <w:tblW w:type="auto" w:w="0"/>
        <w:tblLayout w:type="fixed"/>
        <w:tblLook w:firstColumn="1" w:firstRow="1" w:lastColumn="0" w:lastRow="0" w:noHBand="0" w:noVBand="1" w:val="04A0"/>
      </w:tblPr>
      <w:tblGrid>
        <w:gridCol w:w="567"/>
        <w:gridCol w:w="9524"/>
      </w:tblGrid>
      <w:tr>
        <w:trPr>
          <w:cantSplit/>
        </w:trPr>
        <w:tc>
          <w:tcPr>
            <w:tcW w:type="dxa" w:w="5046"/>
            <w:shd w:fill="057C7C"/>
            <w:tcMar>
              <w:top w:w="75" w:type="dxa"/>
              <w:start w:w="130" w:type="dxa"/>
              <w:bottom w:w="70" w:type="dxa"/>
              <w:end w:w="130" w:type="dxa"/>
            </w:tcMar>
          </w:tcPr>
          <w:p>
            <w:pPr>
              <w:spacing w:before="0" w:after="0" w:line="240" w:lineRule="auto"/>
              <w:jc w:val="center"/>
            </w:pPr>
            <w:r>
              <w:rPr>
                <w:rFonts w:ascii="Inter" w:hAnsi="Inter" w:eastAsia="Inter"/>
                <w:b/>
                <w:color w:val="FFFFFF"/>
                <w:sz w:val="18"/>
              </w:rPr>
              <w:t>02</w:t>
            </w:r>
          </w:p>
        </w:tc>
        <w:tc>
          <w:tcPr>
            <w:tcW w:type="dxa" w:w="5046"/>
            <w:shd w:fill="F4F8FA"/>
            <w:tcMar>
              <w:top w:w="75" w:type="dxa"/>
              <w:start w:w="130" w:type="dxa"/>
              <w:bottom w:w="70" w:type="dxa"/>
              <w:end w:w="130" w:type="dxa"/>
            </w:tcMar>
          </w:tcPr>
          <w:p>
            <w:pPr>
              <w:spacing w:before="0" w:after="0" w:line="240" w:lineRule="auto"/>
            </w:pPr>
            <w:r>
              <w:rPr>
                <w:rFonts w:ascii="Inter" w:hAnsi="Inter" w:eastAsia="Inter"/>
                <w:b/>
                <w:color w:val="173047"/>
                <w:sz w:val="17"/>
              </w:rPr>
              <w:t>BEVOLLMÄCHTIGTE PERSON</w:t>
            </w:r>
          </w:p>
        </w:tc>
      </w:tr>
    </w:tbl>
    <w:tbl>
      <w:tblPr>
        <w:tblW w:type="auto" w:w="0"/>
        <w:tblLayout w:type="fixed"/>
        <w:tblLook w:firstColumn="1" w:firstRow="1" w:lastColumn="0" w:lastRow="0" w:noHBand="0" w:noVBand="1" w:val="04A0"/>
      </w:tblPr>
      <w:tblGrid>
        <w:gridCol w:w="6860"/>
        <w:gridCol w:w="3231"/>
      </w:tblGrid>
      <w:tr>
        <w:trPr>
          <w:cantSplit/>
        </w:trPr>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VOR- UND FAMILIENNAME</w:t>
            </w:r>
          </w:p>
          <w:p>
            <w:pPr>
              <w:spacing w:before="0" w:after="0" w:line="240" w:lineRule="auto"/>
            </w:pPr>
            <w:sdt>
              <w:sdtPr>
                <w:alias w:val="Vertreter Name"/>
                <w:tag w:val="vertreter_name"/>
                <w:id w:val="13004"/>
                <w:text/>
              </w:sdtPr>
              <w:sdtContent>
                <w:r>
                  <w:rPr>
                    <w:rFonts w:ascii="Inter" w:hAnsi="Inter"/>
                    <w:color w:val="91A3AD"/>
                    <w:sz w:val="18"/>
                  </w:rPr>
                  <w:t>Vor- und Familienname</w:t>
                </w:r>
              </w:sdtContent>
            </w:sdt>
          </w:p>
        </w:tc>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GEBURTSDATUM</w:t>
            </w:r>
          </w:p>
          <w:p>
            <w:pPr>
              <w:spacing w:before="0" w:after="0" w:line="240" w:lineRule="auto"/>
            </w:pPr>
            <w:sdt>
              <w:sdtPr>
                <w:alias w:val="Vertreter Geburt"/>
                <w:tag w:val="vertreter_geburt"/>
                <w:id w:val="13005"/>
                <w:text/>
              </w:sdtPr>
              <w:sdtContent>
                <w:r>
                  <w:rPr>
                    <w:rFonts w:ascii="Inter" w:hAnsi="Inter"/>
                    <w:color w:val="91A3AD"/>
                    <w:sz w:val="18"/>
                  </w:rPr>
                  <w:t>TT.MM.JJJJ</w:t>
                </w:r>
              </w:sdtContent>
            </w:sdt>
          </w:p>
        </w:tc>
      </w:tr>
    </w:tbl>
    <w:tbl>
      <w:tblPr>
        <w:tblW w:type="auto" w:w="0"/>
        <w:tblLayout w:type="fixed"/>
        <w:tblLook w:firstColumn="1" w:firstRow="1" w:lastColumn="0" w:lastRow="0" w:noHBand="0" w:noVBand="1" w:val="04A0"/>
      </w:tblPr>
      <w:tblGrid>
        <w:gridCol w:w="10091"/>
      </w:tblGrid>
      <w:tr>
        <w:trPr>
          <w:cantSplit/>
        </w:trPr>
        <w:tc>
          <w:tcPr>
            <w:tcW w:type="dxa" w:w="10092"/>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ANSCHRIFT DER BEVOLLMÄCHTIGTEN PERSON</w:t>
            </w:r>
          </w:p>
          <w:p>
            <w:pPr>
              <w:spacing w:before="0" w:after="0" w:line="240" w:lineRule="auto"/>
            </w:pPr>
            <w:sdt>
              <w:sdtPr>
                <w:alias w:val="Vertreter Adresse"/>
                <w:tag w:val="vertreter_adresse"/>
                <w:id w:val="13006"/>
                <w:text/>
              </w:sdtPr>
              <w:sdtContent>
                <w:r>
                  <w:rPr>
                    <w:rFonts w:ascii="Inter" w:hAnsi="Inter"/>
                    <w:color w:val="91A3AD"/>
                    <w:sz w:val="18"/>
                  </w:rPr>
                  <w:t>Straße, Hausnummer, Postleitzahl und Ort</w:t>
                </w:r>
              </w:sdtContent>
            </w:sdt>
          </w:p>
        </w:tc>
      </w:tr>
    </w:tbl>
    <w:p>
      <w:pPr>
        <w:spacing w:before="0" w:after="0" w:line="120" w:lineRule="auto"/>
      </w:pPr>
      <w:r>
        <w:rPr>
          <w:rFonts w:ascii="Inter" w:hAnsi="Inter" w:eastAsia="Inter"/>
          <w:b w:val="0"/>
          <w:color w:val="203849"/>
          <w:sz w:val="12"/>
        </w:rPr>
        <w:t xml:space="preserve"> </w:t>
      </w:r>
    </w:p>
    <w:tbl>
      <w:tblPr>
        <w:tblW w:type="auto" w:w="0"/>
        <w:tblLayout w:type="fixed"/>
        <w:tblLook w:firstColumn="1" w:firstRow="1" w:lastColumn="0" w:lastRow="0" w:noHBand="0" w:noVBand="1" w:val="04A0"/>
      </w:tblPr>
      <w:tblGrid>
        <w:gridCol w:w="567"/>
        <w:gridCol w:w="9524"/>
      </w:tblGrid>
      <w:tr>
        <w:trPr>
          <w:cantSplit/>
        </w:trPr>
        <w:tc>
          <w:tcPr>
            <w:tcW w:type="dxa" w:w="5046"/>
            <w:shd w:fill="057C7C"/>
            <w:tcMar>
              <w:top w:w="75" w:type="dxa"/>
              <w:start w:w="130" w:type="dxa"/>
              <w:bottom w:w="70" w:type="dxa"/>
              <w:end w:w="130" w:type="dxa"/>
            </w:tcMar>
          </w:tcPr>
          <w:p>
            <w:pPr>
              <w:spacing w:before="0" w:after="0" w:line="240" w:lineRule="auto"/>
              <w:jc w:val="center"/>
            </w:pPr>
            <w:r>
              <w:rPr>
                <w:rFonts w:ascii="Inter" w:hAnsi="Inter" w:eastAsia="Inter"/>
                <w:b/>
                <w:color w:val="FFFFFF"/>
                <w:sz w:val="18"/>
              </w:rPr>
              <w:t>03</w:t>
            </w:r>
          </w:p>
        </w:tc>
        <w:tc>
          <w:tcPr>
            <w:tcW w:type="dxa" w:w="5046"/>
            <w:shd w:fill="F4F8FA"/>
            <w:tcMar>
              <w:top w:w="75" w:type="dxa"/>
              <w:start w:w="130" w:type="dxa"/>
              <w:bottom w:w="70" w:type="dxa"/>
              <w:end w:w="130" w:type="dxa"/>
            </w:tcMar>
          </w:tcPr>
          <w:p>
            <w:pPr>
              <w:spacing w:before="0" w:after="0" w:line="240" w:lineRule="auto"/>
            </w:pPr>
            <w:r>
              <w:rPr>
                <w:rFonts w:ascii="Inter" w:hAnsi="Inter" w:eastAsia="Inter"/>
                <w:b/>
                <w:color w:val="173047"/>
                <w:sz w:val="17"/>
              </w:rPr>
              <w:t>ANGABEN ZUM WOHNSITZWECHSEL</w:t>
            </w:r>
          </w:p>
        </w:tc>
      </w:tr>
    </w:tbl>
    <w:tbl>
      <w:tblPr>
        <w:tblW w:type="auto" w:w="0"/>
        <w:tblLayout w:type="fixed"/>
        <w:tblLook w:firstColumn="1" w:firstRow="1" w:lastColumn="0" w:lastRow="0" w:noHBand="0" w:noVBand="1" w:val="04A0"/>
      </w:tblPr>
      <w:tblGrid>
        <w:gridCol w:w="10091"/>
      </w:tblGrid>
      <w:tr>
        <w:trPr>
          <w:cantSplit/>
        </w:trPr>
        <w:tc>
          <w:tcPr>
            <w:tcW w:type="dxa" w:w="10092"/>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NEUE WOHNANSCHRIFT (STRASSE, HAUSNUMMER, PLZ, ORT)</w:t>
            </w:r>
          </w:p>
          <w:p>
            <w:pPr>
              <w:spacing w:before="0" w:after="0" w:line="240" w:lineRule="auto"/>
            </w:pPr>
            <w:sdt>
              <w:sdtPr>
                <w:alias w:val="Neue Adresse"/>
                <w:tag w:val="neue_adresse"/>
                <w:id w:val="13007"/>
                <w:text/>
              </w:sdtPr>
              <w:sdtContent>
                <w:r>
                  <w:rPr>
                    <w:rFonts w:ascii="Inter" w:hAnsi="Inter"/>
                    <w:color w:val="91A3AD"/>
                    <w:sz w:val="18"/>
                  </w:rPr>
                  <w:t>Straße, Hausnummer, Postleitzahl und Ort</w:t>
                </w:r>
              </w:sdtContent>
            </w:sdt>
          </w:p>
        </w:tc>
      </w:tr>
    </w:tbl>
    <w:tbl>
      <w:tblPr>
        <w:tblW w:type="auto" w:w="0"/>
        <w:tblLayout w:type="fixed"/>
        <w:tblLook w:firstColumn="1" w:firstRow="1" w:lastColumn="0" w:lastRow="0" w:noHBand="0" w:noVBand="1" w:val="04A0"/>
      </w:tblPr>
      <w:tblGrid>
        <w:gridCol w:w="3288"/>
        <w:gridCol w:w="6803"/>
      </w:tblGrid>
      <w:tr>
        <w:trPr>
          <w:cantSplit/>
        </w:trPr>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EINZUGSDATUM</w:t>
            </w:r>
          </w:p>
          <w:p>
            <w:pPr>
              <w:spacing w:before="0" w:after="0" w:line="240" w:lineRule="auto"/>
            </w:pPr>
            <w:sdt>
              <w:sdtPr>
                <w:alias w:val="Einzug"/>
                <w:tag w:val="einzug"/>
                <w:id w:val="13008"/>
                <w:text/>
              </w:sdtPr>
              <w:sdtContent>
                <w:r>
                  <w:rPr>
                    <w:rFonts w:ascii="Inter" w:hAnsi="Inter"/>
                    <w:color w:val="91A3AD"/>
                    <w:sz w:val="18"/>
                  </w:rPr>
                  <w:t>TT.MM.JJJJ</w:t>
                </w:r>
              </w:sdtContent>
            </w:sdt>
          </w:p>
        </w:tc>
        <w:tc>
          <w:tcPr>
            <w:tcW w:type="dxa" w:w="5046"/>
            <w:shd w:fill="FFFFFF"/>
            <w:tcMar>
              <w:top w:w="90" w:type="dxa"/>
              <w:start w:w="160" w:type="dxa"/>
              <w:bottom w:w="80" w:type="dxa"/>
              <w:end w:w="180" w:type="dxa"/>
            </w:tcMar>
            <w:tcBorders>
              <w:bottom w:val="single" w:sz="8" w:color="CBDBE2"/>
            </w:tcBorders>
          </w:tcPr>
          <w:p>
            <w:pPr>
              <w:spacing w:before="0" w:after="100" w:line="240" w:lineRule="auto"/>
            </w:pPr>
            <w:r>
              <w:rPr>
                <w:rFonts w:ascii="Inter" w:hAnsi="Inter" w:eastAsia="Inter"/>
                <w:b/>
                <w:color w:val="526474"/>
                <w:sz w:val="14"/>
              </w:rPr>
              <w:t>ZUSTÄNDIGE MELDEBEHÖRDE (OPTIONAL)</w:t>
            </w:r>
          </w:p>
          <w:p>
            <w:pPr>
              <w:spacing w:before="0" w:after="0" w:line="240" w:lineRule="auto"/>
            </w:pPr>
            <w:sdt>
              <w:sdtPr>
                <w:alias w:val="Meldebehoerde"/>
                <w:tag w:val="meldebehoerde"/>
                <w:id w:val="13009"/>
                <w:text/>
              </w:sdtPr>
              <w:sdtContent>
                <w:r>
                  <w:rPr>
                    <w:rFonts w:ascii="Inter" w:hAnsi="Inter"/>
                    <w:color w:val="91A3AD"/>
                    <w:sz w:val="18"/>
                  </w:rPr>
                  <w:t>Stadt / Gemeinde</w:t>
                </w:r>
              </w:sdtContent>
            </w:sdt>
          </w:p>
        </w:tc>
      </w:tr>
    </w:tbl>
    <w:p>
      <w:pPr>
        <w:spacing w:before="0" w:after="0" w:line="120" w:lineRule="auto"/>
      </w:pPr>
      <w:r>
        <w:rPr>
          <w:rFonts w:ascii="Inter" w:hAnsi="Inter" w:eastAsia="Inter"/>
          <w:b w:val="0"/>
          <w:color w:val="203849"/>
          <w:sz w:val="12"/>
        </w:rPr>
        <w:t xml:space="preserve"> </w:t>
      </w:r>
    </w:p>
    <w:tbl>
      <w:tblPr>
        <w:tblW w:type="auto" w:w="0"/>
        <w:tblLayout w:type="fixed"/>
        <w:tblLook w:firstColumn="1" w:firstRow="1" w:lastColumn="0" w:lastRow="0" w:noHBand="0" w:noVBand="1" w:val="04A0"/>
      </w:tblPr>
      <w:tblGrid>
        <w:gridCol w:w="567"/>
        <w:gridCol w:w="9524"/>
      </w:tblGrid>
      <w:tr>
        <w:trPr>
          <w:cantSplit/>
        </w:trPr>
        <w:tc>
          <w:tcPr>
            <w:tcW w:type="dxa" w:w="5046"/>
            <w:shd w:fill="057C7C"/>
            <w:tcMar>
              <w:top w:w="75" w:type="dxa"/>
              <w:start w:w="130" w:type="dxa"/>
              <w:bottom w:w="70" w:type="dxa"/>
              <w:end w:w="130" w:type="dxa"/>
            </w:tcMar>
          </w:tcPr>
          <w:p>
            <w:pPr>
              <w:spacing w:before="0" w:after="0" w:line="240" w:lineRule="auto"/>
              <w:jc w:val="center"/>
            </w:pPr>
            <w:r>
              <w:rPr>
                <w:rFonts w:ascii="Inter" w:hAnsi="Inter" w:eastAsia="Inter"/>
                <w:b/>
                <w:color w:val="FFFFFF"/>
                <w:sz w:val="18"/>
              </w:rPr>
              <w:t>04</w:t>
            </w:r>
          </w:p>
        </w:tc>
        <w:tc>
          <w:tcPr>
            <w:tcW w:type="dxa" w:w="5046"/>
            <w:shd w:fill="F4F8FA"/>
            <w:tcMar>
              <w:top w:w="75" w:type="dxa"/>
              <w:start w:w="130" w:type="dxa"/>
              <w:bottom w:w="70" w:type="dxa"/>
              <w:end w:w="130" w:type="dxa"/>
            </w:tcMar>
          </w:tcPr>
          <w:p>
            <w:pPr>
              <w:spacing w:before="0" w:after="0" w:line="240" w:lineRule="auto"/>
            </w:pPr>
            <w:r>
              <w:rPr>
                <w:rFonts w:ascii="Inter" w:hAnsi="Inter" w:eastAsia="Inter"/>
                <w:b/>
                <w:color w:val="173047"/>
                <w:sz w:val="17"/>
              </w:rPr>
              <w:t>ART DER MELDUNG</w:t>
            </w:r>
            <w:r>
              <w:rPr>
                <w:rFonts w:ascii="Inter" w:hAnsi="Inter" w:eastAsia="Inter"/>
                <w:b w:val="0"/>
                <w:color w:val="526474"/>
                <w:sz w:val="14"/>
              </w:rPr>
              <w:t xml:space="preserve">    Bitte eine Option auswählen</w:t>
            </w:r>
          </w:p>
        </w:tc>
      </w:tr>
    </w:tbl>
    <w:tbl>
      <w:tblPr>
        <w:tblW w:type="auto" w:w="0"/>
        <w:tblLayout w:type="fixed"/>
        <w:tblLook w:firstColumn="1" w:firstRow="1" w:lastColumn="0" w:lastRow="0" w:noHBand="0" w:noVBand="1" w:val="04A0"/>
      </w:tblPr>
      <w:tblGrid>
        <w:gridCol w:w="5272"/>
        <w:gridCol w:w="4819"/>
      </w:tblGrid>
      <w:tr>
        <w:trPr>
          <w:cantSplit/>
        </w:trPr>
        <w:tc>
          <w:tcPr>
            <w:tcW w:type="dxa" w:w="5046"/>
            <w:tcMar>
              <w:top w:w="120" w:type="dxa"/>
              <w:start w:w="150" w:type="dxa"/>
              <w:bottom w:w="120" w:type="dxa"/>
              <w:end w:w="90" w:type="dxa"/>
            </w:tcMar>
            <w:shd w:fill="ECF5F4"/>
          </w:tcPr>
          <w:p>
            <w:pPr>
              <w:spacing w:before="0" w:after="0" w:line="240" w:lineRule="auto"/>
            </w:pPr>
            <w:sdt>
              <w:sdtPr>
                <w:alias w:val="Ummeldung innerhalb der Gemeinde"/>
                <w:tag w:val="meldung_ummeldung"/>
                <w:id w:val="35001"/>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6"/>
              </w:rPr>
              <w:t xml:space="preserve">  Ummeldung innerhalb der Gemeinde</w:t>
            </w:r>
          </w:p>
        </w:tc>
        <w:tc>
          <w:tcPr>
            <w:tcW w:type="dxa" w:w="5046"/>
            <w:tcMar>
              <w:top w:w="120" w:type="dxa"/>
              <w:start w:w="150" w:type="dxa"/>
              <w:bottom w:w="120" w:type="dxa"/>
              <w:end w:w="90" w:type="dxa"/>
            </w:tcMar>
            <w:shd w:fill="ECF5F4"/>
          </w:tcPr>
          <w:p>
            <w:pPr>
              <w:spacing w:before="0" w:after="0" w:line="240" w:lineRule="auto"/>
            </w:pPr>
            <w:sdt>
              <w:sdtPr>
                <w:alias w:val="Anmeldung nach Ortswechsel"/>
                <w:tag w:val="meldung_anmeldung"/>
                <w:id w:val="35002"/>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6"/>
              </w:rPr>
              <w:t xml:space="preserve">  Anmeldung nach Ortswechsel</w:t>
            </w:r>
          </w:p>
        </w:tc>
      </w:tr>
    </w:tbl>
    <w:tbl>
      <w:tblPr>
        <w:tblW w:type="auto" w:w="0"/>
        <w:tblLayout w:type="fixed"/>
        <w:tblLook w:firstColumn="1" w:firstRow="1" w:lastColumn="0" w:lastRow="0" w:noHBand="0" w:noVBand="1" w:val="04A0"/>
      </w:tblPr>
      <w:tblGrid>
        <w:gridCol w:w="10091"/>
      </w:tblGrid>
      <w:tr>
        <w:trPr>
          <w:cantSplit/>
        </w:trPr>
        <w:tc>
          <w:tcPr>
            <w:tcW w:type="dxa" w:w="10092"/>
            <w:tcMar>
              <w:top w:w="110" w:type="dxa"/>
              <w:start w:w="165" w:type="dxa"/>
              <w:bottom w:w="110" w:type="dxa"/>
              <w:end w:w="130" w:type="dxa"/>
            </w:tcMar>
            <w:shd w:fill="F8FAFB"/>
          </w:tcPr>
          <w:p>
            <w:pPr>
              <w:spacing w:before="0" w:after="80" w:line="240" w:lineRule="auto"/>
            </w:pPr>
            <w:r>
              <w:rPr>
                <w:rFonts w:ascii="Inter" w:hAnsi="Inter" w:eastAsia="Inter"/>
                <w:b/>
                <w:color w:val="526474"/>
                <w:sz w:val="14"/>
              </w:rPr>
              <w:t>BISHERIGE WOHNUNG (FALLS RELEVANT; EINE OPTION)</w:t>
            </w:r>
          </w:p>
          <w:p>
            <w:pPr>
              <w:spacing w:before="0" w:after="0" w:line="240" w:lineRule="auto"/>
            </w:pPr>
            <w:sdt>
              <w:sdtPr>
                <w:alias w:val="wird aufgegeben"/>
                <w:tag w:val="alte_aufgegeben"/>
                <w:id w:val="35003"/>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6"/>
              </w:rPr>
              <w:t xml:space="preserve">  wird aufgegeben</w:t>
            </w:r>
            <w:r>
              <w:rPr>
                <w:rFonts w:ascii="Inter" w:hAnsi="Inter" w:eastAsia="Inter"/>
                <w:b w:val="0"/>
                <w:color w:val="203849"/>
                <w:sz w:val="16"/>
              </w:rPr>
              <w:t xml:space="preserve">     </w:t>
            </w:r>
            <w:sdt>
              <w:sdtPr>
                <w:alias w:val="bleibt Hauptwohnung"/>
                <w:tag w:val="alte_haupt"/>
                <w:id w:val="35004"/>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6"/>
              </w:rPr>
              <w:t xml:space="preserve">  bleibt Hauptwohnung</w:t>
            </w:r>
            <w:r>
              <w:rPr>
                <w:rFonts w:ascii="Inter" w:hAnsi="Inter" w:eastAsia="Inter"/>
                <w:b w:val="0"/>
                <w:color w:val="203849"/>
                <w:sz w:val="16"/>
              </w:rPr>
              <w:t xml:space="preserve">     </w:t>
            </w:r>
            <w:sdt>
              <w:sdtPr>
                <w:alias w:val="bleibt Nebenwohnung"/>
                <w:tag w:val="alte_neben"/>
                <w:id w:val="35005"/>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6"/>
              </w:rPr>
              <w:t xml:space="preserve">  bleibt Nebenwohnung</w:t>
            </w:r>
          </w:p>
        </w:tc>
      </w:tr>
    </w:tbl>
    <w:p>
      <w:pPr>
        <w:spacing w:before="0" w:after="0" w:line="140" w:lineRule="auto"/>
      </w:pPr>
      <w:r>
        <w:rPr>
          <w:rFonts w:ascii="Inter" w:hAnsi="Inter" w:eastAsia="Inter"/>
          <w:b w:val="0"/>
          <w:color w:val="203849"/>
          <w:sz w:val="14"/>
        </w:rPr>
        <w:t xml:space="preserve"> </w:t>
      </w:r>
    </w:p>
    <w:p>
      <w:pPr>
        <w:spacing w:before="0" w:after="80" w:line="240" w:lineRule="auto"/>
      </w:pPr>
      <w:r>
        <w:rPr>
          <w:rFonts w:ascii="Inter" w:hAnsi="Inter" w:eastAsia="Inter"/>
          <w:b/>
          <w:color w:val="057C7C"/>
          <w:sz w:val="17"/>
        </w:rPr>
        <w:t>ERKLÄRUNG UND UMFANG DER VOLLMACHT</w:t>
      </w:r>
    </w:p>
    <w:tbl>
      <w:tblPr>
        <w:tblW w:type="auto" w:w="0"/>
        <w:tblLayout w:type="fixed"/>
        <w:tblLook w:firstColumn="1" w:firstRow="1" w:lastColumn="0" w:lastRow="0" w:noHBand="0" w:noVBand="1" w:val="04A0"/>
      </w:tblPr>
      <w:tblGrid>
        <w:gridCol w:w="10091"/>
      </w:tblGrid>
      <w:tr>
        <w:trPr>
          <w:cantSplit/>
        </w:trPr>
        <w:tc>
          <w:tcPr>
            <w:tcW w:type="dxa" w:w="10092"/>
            <w:shd w:fill="F4F8FA"/>
            <w:tcMar>
              <w:top w:w="125" w:type="dxa"/>
              <w:start w:w="190" w:type="dxa"/>
              <w:bottom w:w="125" w:type="dxa"/>
              <w:end w:w="190" w:type="dxa"/>
            </w:tcMar>
            <w:tcBorders>
              <w:start w:val="single" w:sz="17" w:color="057C7C"/>
            </w:tcBorders>
          </w:tcPr>
          <w:p>
            <w:pPr>
              <w:spacing w:before="0" w:after="0" w:line="271" w:lineRule="auto"/>
            </w:pPr>
            <w:r>
              <w:rPr>
                <w:rFonts w:ascii="Inter" w:hAnsi="Inter" w:eastAsia="Inter"/>
                <w:b w:val="0"/>
                <w:color w:val="203849"/>
                <w:sz w:val="17"/>
              </w:rPr>
              <w:t>Hiermit bevollmächtige ich die oben genannte Person, die ausgewählte Wohnsitzmeldung bei der zuständigen Meldebehörde für mich vorzunehmen. Die Vollmacht umfasst die Einreichung meiner unterschriebenen Meldeunterlagen, notwendige Rückfragen zu diesem Vorgang und die Entgegennahme der Meldebestätigung. Sie gilt ausschließlich für diesen Meldevorgang und endet mit dessen Erledigung.</w:t>
            </w:r>
          </w:p>
        </w:tc>
      </w:tr>
    </w:tbl>
    <w:p>
      <w:pPr>
        <w:spacing w:before="0" w:after="0" w:line="120" w:lineRule="auto"/>
      </w:pPr>
      <w:r>
        <w:rPr>
          <w:rFonts w:ascii="Inter" w:hAnsi="Inter" w:eastAsia="Inter"/>
          <w:b w:val="0"/>
          <w:color w:val="203849"/>
          <w:sz w:val="12"/>
        </w:rPr>
        <w:t xml:space="preserve"> </w:t>
      </w:r>
    </w:p>
    <w:p>
      <w:pPr>
        <w:spacing w:before="0" w:after="140" w:line="240" w:lineRule="auto"/>
      </w:pPr>
      <w:sdt>
        <w:sdtPr>
          <w:alias w:val="Zusätzlich darf die bevollmächtigte Person die Anschrift in meinen Ausweisdokumenten aktualisieren lassen, soweit die Behörde dies ermöglicht."/>
          <w:tag w:val="ausweis_anschrift"/>
          <w:id w:val="35006"/>
          <w14:checkbox>
            <w14:checked w14:val="0"/>
            <w14:checkedState w14:val="2612" w14:font="MS Gothic"/>
            <w14:uncheckedState w14:val="2610" w14:font="MS Gothic"/>
          </w14:checkbox>
        </w:sdtPr>
        <w:sdtContent>
          <w:r>
            <w:rPr>
              <w:rFonts w:ascii="DejaVu Sans" w:hAnsi="DejaVu Sans"/>
              <w:color w:val="057C7C"/>
              <w:sz w:val="20"/>
            </w:rPr>
            <w:t>☐</w:t>
          </w:r>
        </w:sdtContent>
      </w:sdt>
      <w:r>
        <w:rPr>
          <w:rFonts w:ascii="Inter" w:hAnsi="Inter" w:eastAsia="Inter"/>
          <w:b w:val="0"/>
          <w:color w:val="203849"/>
          <w:sz w:val="15"/>
        </w:rPr>
        <w:t xml:space="preserve">  Zusätzlich darf die bevollmächtigte Person die Anschrift in meinen Ausweisdokumenten aktualisieren lassen, soweit die Behörde dies ermöglicht.</w:t>
      </w:r>
    </w:p>
    <w:tbl>
      <w:tblPr>
        <w:tblW w:type="auto" w:w="0"/>
        <w:tblLayout w:type="fixed"/>
        <w:tblLook w:firstColumn="1" w:firstRow="1" w:lastColumn="0" w:lastRow="0" w:noHBand="0" w:noVBand="1" w:val="04A0"/>
      </w:tblPr>
      <w:tblGrid>
        <w:gridCol w:w="3685"/>
        <w:gridCol w:w="454"/>
        <w:gridCol w:w="5953"/>
      </w:tblGrid>
      <w:tr>
        <w:trPr>
          <w:cantSplit/>
        </w:trPr>
        <w:tc>
          <w:tcPr>
            <w:tcW w:type="dxa" w:w="3364"/>
            <w:tcMar>
              <w:top w:w="85" w:type="dxa"/>
              <w:start w:w="150" w:type="dxa"/>
              <w:bottom w:w="60" w:type="dxa"/>
              <w:end w:w="160" w:type="dxa"/>
            </w:tcMar>
            <w:tcBorders>
              <w:bottom w:val="single" w:sz="12" w:color="173047"/>
            </w:tcBorders>
          </w:tcPr>
          <w:p>
            <w:pPr>
              <w:spacing w:before="0" w:after="220" w:line="240" w:lineRule="auto"/>
            </w:pPr>
            <w:sdt>
              <w:sdtPr>
                <w:alias w:val="Ort Datum"/>
                <w:tag w:val="ort_datum"/>
                <w:id w:val="13010"/>
                <w:text/>
              </w:sdtPr>
              <w:sdtContent>
                <w:r>
                  <w:rPr>
                    <w:rFonts w:ascii="Inter" w:hAnsi="Inter"/>
                    <w:color w:val="91A3AD"/>
                    <w:sz w:val="18"/>
                  </w:rPr>
                  <w:t>Ort, Datum</w:t>
                </w:r>
              </w:sdtContent>
            </w:sdt>
          </w:p>
        </w:tc>
        <w:tc>
          <w:tcPr>
            <w:tcW w:type="dxa" w:w="3364"/>
            <w:tcMar>
              <w:top w:w="85" w:type="dxa"/>
              <w:start w:w="150" w:type="dxa"/>
              <w:bottom w:w="60" w:type="dxa"/>
              <w:end w:w="160" w:type="dxa"/>
            </w:tcMar>
          </w:tcPr>
          <w:p/>
        </w:tc>
        <w:tc>
          <w:tcPr>
            <w:tcW w:type="dxa" w:w="3364"/>
            <w:tcMar>
              <w:top w:w="85" w:type="dxa"/>
              <w:start w:w="150" w:type="dxa"/>
              <w:bottom w:w="60" w:type="dxa"/>
              <w:end w:w="160" w:type="dxa"/>
            </w:tcMar>
            <w:tcBorders>
              <w:bottom w:val="single" w:sz="12" w:color="173047"/>
            </w:tcBorders>
          </w:tcPr>
          <w:p>
            <w:pPr>
              <w:spacing w:before="0" w:after="220" w:line="240" w:lineRule="auto"/>
            </w:pPr>
            <w:r>
              <w:rPr>
                <w:rFonts w:ascii="Inter" w:hAnsi="Inter" w:eastAsia="Inter"/>
                <w:b w:val="0"/>
                <w:color w:val="203849"/>
                <w:sz w:val="20"/>
              </w:rPr>
              <w:t xml:space="preserve"> </w:t>
            </w:r>
          </w:p>
        </w:tc>
      </w:tr>
    </w:tbl>
    <w:tbl>
      <w:tblPr>
        <w:tblW w:type="auto" w:w="0"/>
        <w:tblLayout w:type="fixed"/>
        <w:tblLook w:firstColumn="1" w:firstRow="1" w:lastColumn="0" w:lastRow="0" w:noHBand="0" w:noVBand="1" w:val="04A0"/>
      </w:tblPr>
      <w:tblGrid>
        <w:gridCol w:w="3685"/>
        <w:gridCol w:w="454"/>
        <w:gridCol w:w="5953"/>
      </w:tblGrid>
      <w:tr>
        <w:trPr>
          <w:cantSplit/>
        </w:trPr>
        <w:tc>
          <w:tcPr>
            <w:tcW w:type="dxa" w:w="3364"/>
            <w:tcMar>
              <w:top w:w="70" w:type="dxa"/>
              <w:start w:w="150" w:type="dxa"/>
              <w:bottom w:w="30" w:type="dxa"/>
              <w:end w:w="100" w:type="dxa"/>
            </w:tcMar>
          </w:tcPr>
          <w:p>
            <w:r>
              <w:rPr>
                <w:rFonts w:ascii="Inter" w:hAnsi="Inter" w:eastAsia="Inter"/>
                <w:b w:val="0"/>
                <w:color w:val="526474"/>
                <w:sz w:val="14"/>
              </w:rPr>
              <w:t>Ort und Datum</w:t>
            </w:r>
          </w:p>
        </w:tc>
        <w:tc>
          <w:tcPr>
            <w:tcW w:type="dxa" w:w="3364"/>
            <w:tcMar>
              <w:top w:w="70" w:type="dxa"/>
              <w:start w:w="150" w:type="dxa"/>
              <w:bottom w:w="30" w:type="dxa"/>
              <w:end w:w="100" w:type="dxa"/>
            </w:tcMar>
          </w:tcPr>
          <w:p/>
        </w:tc>
        <w:tc>
          <w:tcPr>
            <w:tcW w:type="dxa" w:w="3364"/>
            <w:tcMar>
              <w:top w:w="70" w:type="dxa"/>
              <w:start w:w="150" w:type="dxa"/>
              <w:bottom w:w="30" w:type="dxa"/>
              <w:end w:w="100" w:type="dxa"/>
            </w:tcMar>
          </w:tcPr>
          <w:p>
            <w:r>
              <w:rPr>
                <w:rFonts w:ascii="Inter" w:hAnsi="Inter" w:eastAsia="Inter"/>
                <w:b w:val="0"/>
                <w:color w:val="526474"/>
                <w:sz w:val="14"/>
              </w:rPr>
              <w:t>Eigenhändige Unterschrift der vollmachtgebenden Person</w:t>
            </w:r>
          </w:p>
        </w:tc>
      </w:tr>
    </w:tbl>
    <w:p>
      <w:pPr>
        <w:spacing w:before="0" w:after="0" w:line="120" w:lineRule="auto"/>
      </w:pPr>
      <w:r>
        <w:rPr>
          <w:rFonts w:ascii="Inter" w:hAnsi="Inter" w:eastAsia="Inter"/>
          <w:b w:val="0"/>
          <w:color w:val="203849"/>
          <w:sz w:val="12"/>
        </w:rPr>
        <w:t xml:space="preserve"> </w:t>
      </w:r>
    </w:p>
    <w:tbl>
      <w:tblPr>
        <w:tblW w:type="auto" w:w="0"/>
        <w:tblLayout w:type="fixed"/>
        <w:tblLook w:firstColumn="1" w:firstRow="1" w:lastColumn="0" w:lastRow="0" w:noHBand="0" w:noVBand="1" w:val="04A0"/>
      </w:tblPr>
      <w:tblGrid>
        <w:gridCol w:w="1644"/>
        <w:gridCol w:w="8447"/>
      </w:tblGrid>
      <w:tr>
        <w:trPr>
          <w:cantSplit/>
        </w:trPr>
        <w:tc>
          <w:tcPr>
            <w:tcW w:type="dxa" w:w="5046"/>
            <w:shd w:fill="ECF5F4"/>
            <w:tcMar>
              <w:top w:w="100" w:type="dxa"/>
              <w:start w:w="150" w:type="dxa"/>
              <w:bottom w:w="90" w:type="dxa"/>
              <w:end w:w="140" w:type="dxa"/>
            </w:tcMar>
          </w:tcPr>
          <w:p>
            <w:pPr>
              <w:spacing w:before="0" w:after="0" w:line="240" w:lineRule="auto"/>
            </w:pPr>
            <w:r>
              <w:rPr>
                <w:rFonts w:ascii="Inter" w:hAnsi="Inter" w:eastAsia="Inter"/>
                <w:b/>
                <w:color w:val="057C7C"/>
                <w:sz w:val="15"/>
              </w:rPr>
              <w:t>WICHTIG</w:t>
            </w:r>
          </w:p>
        </w:tc>
        <w:tc>
          <w:tcPr>
            <w:tcW w:type="dxa" w:w="5046"/>
            <w:shd w:fill="ECF5F4"/>
            <w:tcMar>
              <w:top w:w="100" w:type="dxa"/>
              <w:start w:w="150" w:type="dxa"/>
              <w:bottom w:w="90" w:type="dxa"/>
              <w:end w:w="140" w:type="dxa"/>
            </w:tcMar>
          </w:tcPr>
          <w:p>
            <w:pPr>
              <w:spacing w:before="0" w:after="0" w:line="269" w:lineRule="auto"/>
            </w:pPr>
            <w:r>
              <w:rPr>
                <w:rFonts w:ascii="Inter" w:hAnsi="Inter" w:eastAsia="Inter"/>
                <w:b w:val="0"/>
                <w:color w:val="203849"/>
                <w:sz w:val="15"/>
              </w:rPr>
              <w:t>Zusätzlich erforderlich sind in der Regel der eigenhändig unterschriebene Meldeschein, die Wohnungsgeberbestätigung sowie die benötigten Ausweisdokumente. Örtliche Vorgaben und besondere Nachweise, etwa bei Minderjährigen, vorab prüfen.</w:t>
            </w:r>
          </w:p>
        </w:tc>
      </w:tr>
    </w:tbl>
    <w:sectPr w:rsidR="00FC693F" w:rsidRPr="0006063C" w:rsidSect="00034616">
      <w:footerReference w:type="default" r:id="rId9"/>
      <w:pgSz w:w="11906" w:h="16838"/>
      <w:pgMar w:top="850" w:right="907" w:bottom="737" w:left="90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right"/>
    </w:pPr>
    <w:r>
      <w:rPr>
        <w:rFonts w:ascii="Inter" w:hAnsi="Inter" w:eastAsia="Inter"/>
        <w:b/>
        <w:color w:val="97A7B1"/>
        <w:sz w:val="13"/>
      </w:rPr>
      <w:t>VOLLMACHT  ·  WOHNSITZ-UMMELDUNG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Inter" w:hAnsi="Inter"/>
      <w:color w:val="203849"/>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zur Wohnsitz-Ummeldung</dc:title>
  <dc:subject>Ausfüllbare Vorlage zur Ummeldung oder Anmeldung eines Wohnsitzes</dc:subject>
  <dc:creator/>
  <cp:keywords>Vollmacht, Ummeldung, Wohnsitz, Meldebehörde</cp:keywords>
  <dc:description>generated by python-docx</dc:description>
  <cp:lastModifiedBy/>
  <cp:revision>1</cp:revision>
  <dcterms:created xsi:type="dcterms:W3CDTF">2013-12-23T23:15:00Z</dcterms:created>
  <dcterms:modified xsi:type="dcterms:W3CDTF">2013-12-23T23:15:00Z</dcterms:modified>
  <cp:category/>
</cp:coreProperties>
</file>