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8"/>
        <w:gridCol w:w="2650"/>
      </w:tblGrid>
      <w:tr>
        <w:trPr>
          <w:cantSplit/>
        </w:trPr>
        <w:tc>
          <w:tcPr>
            <w:tcW w:type="dxa" w:w="4915"/>
            <w:shd w:fill="173044"/>
            <w:tcMar>
              <w:top w:w="105" w:type="dxa"/>
              <w:start w:w="150" w:type="dxa"/>
              <w:bottom w:w="100" w:type="dxa"/>
              <w:end w:w="9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8EE1D9"/>
                <w:sz w:val="16"/>
              </w:rPr>
              <w:t>WOHNSITZ  /  MELDEVERFAHREN</w:t>
            </w:r>
          </w:p>
        </w:tc>
        <w:tc>
          <w:tcPr>
            <w:tcW w:type="dxa" w:w="4915"/>
            <w:shd w:fill="173044"/>
            <w:tcMar>
              <w:top w:w="105" w:type="dxa"/>
              <w:start w:w="150" w:type="dxa"/>
              <w:bottom w:w="100" w:type="dxa"/>
              <w:end w:w="90" w:type="dxa"/>
            </w:tcMar>
          </w:tcPr>
          <w:p>
            <w:pPr>
              <w:widowControl w:val="0"/>
              <w:spacing w:before="0" w:after="0" w:line="259" w:lineRule="auto"/>
              <w:jc w:val="right"/>
            </w:pPr>
            <w:r>
              <w:rPr>
                <w:rFonts w:ascii="Inter" w:hAnsi="Inter"/>
                <w:b/>
                <w:i w:val="0"/>
                <w:color w:val="D6E5E9"/>
                <w:sz w:val="16"/>
              </w:rPr>
              <w:t>VOLLMACHT  /  01</w:t>
            </w:r>
          </w:p>
        </w:tc>
      </w:tr>
    </w:tbl>
    <w:p>
      <w:pPr>
        <w:pStyle w:val="FormTitle"/>
        <w:spacing w:before="220" w:after="60" w:line="259" w:lineRule="auto"/>
      </w:pPr>
      <w:r>
        <w:rPr>
          <w:rFonts w:ascii="Inter" w:hAnsi="Inter"/>
          <w:b/>
          <w:i w:val="0"/>
          <w:color w:val="173044"/>
          <w:sz w:val="44"/>
        </w:rPr>
        <w:t>Vollmacht zur Ummeldung des Wohnsitzes</w:t>
      </w:r>
    </w:p>
    <w:p>
      <w:pPr>
        <w:pStyle w:val="SubTitle"/>
        <w:spacing w:before="0" w:after="200" w:line="259" w:lineRule="auto"/>
      </w:pPr>
      <w:r>
        <w:rPr>
          <w:rFonts w:ascii="Inter" w:hAnsi="Inter"/>
          <w:b w:val="0"/>
          <w:i w:val="0"/>
          <w:color w:val="607380"/>
          <w:sz w:val="18"/>
        </w:rPr>
        <w:t>Zur einmaligen Vertretung gegenüber der zuständigen Meldebehörde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"/>
        <w:gridCol w:w="9158"/>
      </w:tblGrid>
      <w:tr>
        <w:trPr>
          <w:cantSplit/>
        </w:trPr>
        <w:tc>
          <w:tcPr>
            <w:tcW w:type="dxa" w:w="619"/>
            <w:shd w:fill="138F91"/>
            <w:tcMar>
              <w:top w:w="58" w:type="dxa"/>
              <w:start w:w="0" w:type="dxa"/>
              <w:bottom w:w="50" w:type="dxa"/>
              <w:end w:w="0" w:type="dxa"/>
            </w:tcMar>
          </w:tcPr>
          <w:p>
            <w:pPr>
              <w:widowControl w:val="0"/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01</w:t>
            </w:r>
          </w:p>
        </w:tc>
        <w:tc>
          <w:tcPr>
            <w:tcW w:type="dxa" w:w="9158"/>
            <w:tcMar>
              <w:top w:w="20" w:type="dxa"/>
              <w:start w:w="120" w:type="dxa"/>
              <w:bottom w:w="20" w:type="dxa"/>
              <w:end w:w="2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22"/>
              </w:rPr>
              <w:t>Meldepflichtige Person</w:t>
            </w:r>
            <w:r>
              <w:rPr>
                <w:rFonts w:ascii="Inter" w:hAnsi="Inter"/>
                <w:b w:val="0"/>
                <w:i w:val="0"/>
                <w:color w:val="607380"/>
                <w:sz w:val="16"/>
              </w:rPr>
              <w:t xml:space="preserve">   Vollmachtgeber/in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45"/>
        <w:gridCol w:w="4838"/>
      </w:tblGrid>
      <w:tr>
        <w:trPr>
          <w:cantSplit/>
        </w:trPr>
        <w:tc>
          <w:tcPr>
            <w:tcW w:type="dxa" w:w="4752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VOR- UND NACHNAME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Vor- und Nachname"/>
                <w:tag w:val="geber_name"/>
                <w:id w:val="4100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Vor- und Nachname</w:t>
                </w:r>
              </w:sdtContent>
            </w:sdt>
          </w:p>
        </w:tc>
        <w:tc>
          <w:tcPr>
            <w:tcW w:type="dxa" w:w="24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widowControl w:val="0"/>
            </w:pPr>
          </w:p>
        </w:tc>
        <w:tc>
          <w:tcPr>
            <w:tcW w:type="dxa" w:w="4838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GEBURTSDATUM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TT.MM.JJJJ"/>
                <w:tag w:val="geber_geb"/>
                <w:id w:val="4101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45"/>
        <w:gridCol w:w="4838"/>
      </w:tblGrid>
      <w:tr>
        <w:trPr>
          <w:cantSplit/>
        </w:trPr>
        <w:tc>
          <w:tcPr>
            <w:tcW w:type="dxa" w:w="4752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BISHERIGE ANSCHRIFT · STRASSE, HAUSNUMMER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Straße und Hausnummer"/>
                <w:tag w:val="alt_strasse"/>
                <w:id w:val="4102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Straße und Hausnummer</w:t>
                </w:r>
              </w:sdtContent>
            </w:sdt>
          </w:p>
        </w:tc>
        <w:tc>
          <w:tcPr>
            <w:tcW w:type="dxa" w:w="24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widowControl w:val="0"/>
            </w:pPr>
          </w:p>
        </w:tc>
        <w:tc>
          <w:tcPr>
            <w:tcW w:type="dxa" w:w="4838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POSTLEITZAHL, ORT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PLZ und Ort"/>
                <w:tag w:val="alt_ort"/>
                <w:id w:val="4103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PLZ und Ort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"/>
        <w:gridCol w:w="9158"/>
      </w:tblGrid>
      <w:tr>
        <w:trPr>
          <w:cantSplit/>
        </w:trPr>
        <w:tc>
          <w:tcPr>
            <w:tcW w:type="dxa" w:w="619"/>
            <w:shd w:fill="138F91"/>
            <w:tcMar>
              <w:top w:w="58" w:type="dxa"/>
              <w:start w:w="0" w:type="dxa"/>
              <w:bottom w:w="50" w:type="dxa"/>
              <w:end w:w="0" w:type="dxa"/>
            </w:tcMar>
          </w:tcPr>
          <w:p>
            <w:pPr>
              <w:widowControl w:val="0"/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9158"/>
            <w:tcMar>
              <w:top w:w="20" w:type="dxa"/>
              <w:start w:w="120" w:type="dxa"/>
              <w:bottom w:w="20" w:type="dxa"/>
              <w:end w:w="2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22"/>
              </w:rPr>
              <w:t>Bevollmächtigte Person</w:t>
            </w:r>
            <w:r>
              <w:rPr>
                <w:rFonts w:ascii="Inter" w:hAnsi="Inter"/>
                <w:b w:val="0"/>
                <w:i w:val="0"/>
                <w:color w:val="607380"/>
                <w:sz w:val="16"/>
              </w:rPr>
              <w:t xml:space="preserve">   Vertretung beim Bürgeramt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45"/>
        <w:gridCol w:w="4838"/>
      </w:tblGrid>
      <w:tr>
        <w:trPr>
          <w:cantSplit/>
        </w:trPr>
        <w:tc>
          <w:tcPr>
            <w:tcW w:type="dxa" w:w="4752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VOR- UND NACHNAME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Vor- und Nachname"/>
                <w:tag w:val="vertreter_name"/>
                <w:id w:val="4104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Vor- und Nachname</w:t>
                </w:r>
              </w:sdtContent>
            </w:sdt>
          </w:p>
        </w:tc>
        <w:tc>
          <w:tcPr>
            <w:tcW w:type="dxa" w:w="24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widowControl w:val="0"/>
            </w:pPr>
          </w:p>
        </w:tc>
        <w:tc>
          <w:tcPr>
            <w:tcW w:type="dxa" w:w="4838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GEBURTSDATUM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TT.MM.JJJJ"/>
                <w:tag w:val="vertreter_geb"/>
                <w:id w:val="4105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45"/>
        <w:gridCol w:w="4838"/>
      </w:tblGrid>
      <w:tr>
        <w:trPr>
          <w:cantSplit/>
        </w:trPr>
        <w:tc>
          <w:tcPr>
            <w:tcW w:type="dxa" w:w="4752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ANSCHRIFT · STRASSE, HAUSNUMMER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Straße und Hausnummer"/>
                <w:tag w:val="vertreter_strasse"/>
                <w:id w:val="4106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Straße und Hausnummer</w:t>
                </w:r>
              </w:sdtContent>
            </w:sdt>
          </w:p>
        </w:tc>
        <w:tc>
          <w:tcPr>
            <w:tcW w:type="dxa" w:w="24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widowControl w:val="0"/>
            </w:pPr>
          </w:p>
        </w:tc>
        <w:tc>
          <w:tcPr>
            <w:tcW w:type="dxa" w:w="4838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POSTLEITZAHL, ORT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PLZ und Ort"/>
                <w:tag w:val="vertreter_ort"/>
                <w:id w:val="4107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PLZ und Ort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"/>
        <w:gridCol w:w="9158"/>
      </w:tblGrid>
      <w:tr>
        <w:trPr>
          <w:cantSplit/>
        </w:trPr>
        <w:tc>
          <w:tcPr>
            <w:tcW w:type="dxa" w:w="619"/>
            <w:shd w:fill="138F91"/>
            <w:tcMar>
              <w:top w:w="58" w:type="dxa"/>
              <w:start w:w="0" w:type="dxa"/>
              <w:bottom w:w="50" w:type="dxa"/>
              <w:end w:w="0" w:type="dxa"/>
            </w:tcMar>
          </w:tcPr>
          <w:p>
            <w:pPr>
              <w:widowControl w:val="0"/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03</w:t>
            </w:r>
          </w:p>
        </w:tc>
        <w:tc>
          <w:tcPr>
            <w:tcW w:type="dxa" w:w="9158"/>
            <w:tcMar>
              <w:top w:w="20" w:type="dxa"/>
              <w:start w:w="120" w:type="dxa"/>
              <w:bottom w:w="20" w:type="dxa"/>
              <w:end w:w="2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22"/>
              </w:rPr>
              <w:t>Neuer Wohnsitz</w:t>
            </w:r>
            <w:r>
              <w:rPr>
                <w:rFonts w:ascii="Inter" w:hAnsi="Inter"/>
                <w:b w:val="0"/>
                <w:i w:val="0"/>
                <w:color w:val="607380"/>
                <w:sz w:val="16"/>
              </w:rPr>
              <w:t xml:space="preserve">   Angaben zum tatsächlichen Einzug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45"/>
        <w:gridCol w:w="4838"/>
      </w:tblGrid>
      <w:tr>
        <w:trPr>
          <w:cantSplit/>
        </w:trPr>
        <w:tc>
          <w:tcPr>
            <w:tcW w:type="dxa" w:w="4752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NEUE ANSCHRIFT · STRASSE, HAUSNUMMER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Straße und Hausnummer"/>
                <w:tag w:val="neu_strasse"/>
                <w:id w:val="4108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Straße und Hausnummer</w:t>
                </w:r>
              </w:sdtContent>
            </w:sdt>
          </w:p>
        </w:tc>
        <w:tc>
          <w:tcPr>
            <w:tcW w:type="dxa" w:w="24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widowControl w:val="0"/>
            </w:pPr>
          </w:p>
        </w:tc>
        <w:tc>
          <w:tcPr>
            <w:tcW w:type="dxa" w:w="4838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POSTLEITZAHL, ORT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PLZ und Ort"/>
                <w:tag w:val="neu_ort"/>
                <w:id w:val="4109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PLZ und Ort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45"/>
        <w:gridCol w:w="4838"/>
      </w:tblGrid>
      <w:tr>
        <w:trPr>
          <w:cantSplit/>
        </w:trPr>
        <w:tc>
          <w:tcPr>
            <w:tcW w:type="dxa" w:w="4752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EINZUGSDATUM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TT.MM.JJJJ"/>
                <w:tag w:val="einzug"/>
                <w:id w:val="4110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TT.MM.JJJJ</w:t>
                </w:r>
              </w:sdtContent>
            </w:sdt>
          </w:p>
        </w:tc>
        <w:tc>
          <w:tcPr>
            <w:tcW w:type="dxa" w:w="24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widowControl w:val="0"/>
            </w:pPr>
          </w:p>
        </w:tc>
        <w:tc>
          <w:tcPr>
            <w:tcW w:type="dxa" w:w="4838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ZUSTÄNDIGE MELDEBEHÖRDE (OPTIONAL)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Stadt / Gemeinde"/>
                <w:tag w:val="behoerde"/>
                <w:id w:val="4111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Stadt / Gemeinde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31"/>
      </w:tblGrid>
      <w:tr>
        <w:trPr>
          <w:cantSplit/>
        </w:trPr>
        <w:tc>
          <w:tcPr>
            <w:tcW w:type="dxa" w:w="9831"/>
            <w:shd w:fill="EFF9F7"/>
            <w:tcMar>
              <w:top w:w="105" w:type="dxa"/>
              <w:start w:w="160" w:type="dxa"/>
              <w:bottom w:w="105" w:type="dxa"/>
              <w:end w:w="160" w:type="dxa"/>
            </w:tcMar>
          </w:tcPr>
          <w:p>
            <w:pPr>
              <w:widowControl w:val="0"/>
              <w:spacing w:before="0" w:after="60" w:line="259" w:lineRule="auto"/>
            </w:pPr>
            <w:r>
              <w:rPr>
                <w:rFonts w:ascii="Inter" w:hAnsi="Inter"/>
                <w:b/>
                <w:i w:val="0"/>
                <w:color w:val="138F91"/>
                <w:sz w:val="15"/>
              </w:rPr>
              <w:t>BISHERIGE WOHNUNG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wird aufgegeben"/>
                <w:tag w:val="alte_wohnung_aufgabe"/>
                <w:id w:val="411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7"/>
              </w:rPr>
              <w:t xml:space="preserve">  wird aufgegeben</w:t>
            </w:r>
            <w:r>
              <w:rPr>
                <w:rFonts w:ascii="Inter" w:hAnsi="Inter"/>
                <w:b w:val="0"/>
                <w:i w:val="0"/>
                <w:sz w:val="16"/>
              </w:rPr>
              <w:t xml:space="preserve">      </w:t>
            </w:r>
            <w:sdt>
              <w:sdtPr>
                <w:alias w:val="bleibt als weitere Wohnung bestehen"/>
                <w:tag w:val="alte_wohnung_behalten"/>
                <w:id w:val="41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7"/>
              </w:rPr>
              <w:t xml:space="preserve">  bleibt als weitere Wohnung bestehen</w:t>
            </w:r>
          </w:p>
        </w:tc>
      </w:tr>
    </w:tbl>
    <w:p>
      <w:pPr>
        <w:spacing w:before="0" w:after="0" w:line="240" w:lineRule="auto"/>
      </w:pPr>
      <w:r>
        <w:rPr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"/>
        <w:gridCol w:w="9158"/>
      </w:tblGrid>
      <w:tr>
        <w:trPr>
          <w:cantSplit/>
        </w:trPr>
        <w:tc>
          <w:tcPr>
            <w:tcW w:type="dxa" w:w="619"/>
            <w:shd w:fill="138F91"/>
            <w:tcMar>
              <w:top w:w="58" w:type="dxa"/>
              <w:start w:w="0" w:type="dxa"/>
              <w:bottom w:w="50" w:type="dxa"/>
              <w:end w:w="0" w:type="dxa"/>
            </w:tcMar>
          </w:tcPr>
          <w:p>
            <w:pPr>
              <w:widowControl w:val="0"/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04</w:t>
            </w:r>
          </w:p>
        </w:tc>
        <w:tc>
          <w:tcPr>
            <w:tcW w:type="dxa" w:w="9158"/>
            <w:tcMar>
              <w:top w:w="20" w:type="dxa"/>
              <w:start w:w="120" w:type="dxa"/>
              <w:bottom w:w="20" w:type="dxa"/>
              <w:end w:w="2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22"/>
              </w:rPr>
              <w:t>Erklärung und Umfang der Vollmacht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31"/>
      </w:tblGrid>
      <w:tr>
        <w:trPr>
          <w:cantSplit/>
        </w:trPr>
        <w:tc>
          <w:tcPr>
            <w:tcW w:type="dxa" w:w="9831"/>
            <w:shd w:fill="F5F8FA"/>
            <w:tcMar>
              <w:top w:w="130" w:type="dxa"/>
              <w:start w:w="180" w:type="dxa"/>
              <w:bottom w:w="140" w:type="dxa"/>
              <w:end w:w="180" w:type="dxa"/>
            </w:tcMar>
            <w:tcBorders>
              <w:left w:val="single" w:sz="20" w:color="138F91"/>
            </w:tcBorders>
          </w:tcPr>
          <w:p>
            <w:pPr>
              <w:widowControl w:val="0"/>
              <w:spacing w:before="0" w:after="80" w:line="298" w:lineRule="auto"/>
            </w:pPr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Ich bevollmächtige die oben genannte Person, </w:t>
            </w:r>
            <w:r>
              <w:rPr>
                <w:rFonts w:ascii="Inter" w:hAnsi="Inter"/>
                <w:b/>
                <w:i w:val="0"/>
                <w:color w:val="173044"/>
                <w:sz w:val="18"/>
              </w:rPr>
              <w:t>meine Ummeldung für den bezeichneten Wohnsitzwechsel</w:t>
            </w:r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bei der zuständigen Meldebehörde vorzunehmen. Die Vollmacht umfasst die Abgabe meiner unterschriebenen Meldeunterlagen, die Klärung unmittelbar dazugehöriger Rückfragen und die Entgegennahme der Meldebestätigung.</w:t>
            </w:r>
          </w:p>
          <w:p>
            <w:pPr>
              <w:widowControl w:val="0"/>
              <w:spacing w:before="0" w:after="0" w:line="288" w:lineRule="auto"/>
            </w:pPr>
            <w:r>
              <w:rPr>
                <w:rFonts w:ascii="Inter" w:hAnsi="Inter"/>
                <w:b w:val="0"/>
                <w:i w:val="0"/>
                <w:color w:val="607380"/>
                <w:sz w:val="16"/>
              </w:rPr>
              <w:t>Sie gilt ausschließlich für diesen Meldevorgang, endet mit dessen Abschluss und kann jederzeit widerrufen werden.</w:t>
            </w:r>
          </w:p>
        </w:tc>
      </w:tr>
    </w:tbl>
    <w:p>
      <w:pPr>
        <w:spacing w:before="0" w:after="0" w:line="240" w:lineRule="auto"/>
      </w:pPr>
      <w:r>
        <w:rPr>
          <w:sz w:val="1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45"/>
        <w:gridCol w:w="6653"/>
      </w:tblGrid>
      <w:tr>
        <w:trPr>
          <w:cantSplit/>
        </w:trPr>
        <w:tc>
          <w:tcPr>
            <w:tcW w:type="dxa" w:w="2880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ORT, DATUM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Ort, TT.MM.JJJJ"/>
                <w:tag w:val="unterzeichnung_ort_datum"/>
                <w:id w:val="4114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Ort, TT.MM.JJJJ</w:t>
                </w:r>
              </w:sdtContent>
            </w:sdt>
          </w:p>
        </w:tc>
        <w:tc>
          <w:tcPr>
            <w:tcW w:type="dxa" w:w="245"/>
          </w:tcPr>
          <w:p>
            <w:pPr>
              <w:widowControl w:val="0"/>
            </w:pPr>
          </w:p>
        </w:tc>
        <w:tc>
          <w:tcPr>
            <w:tcW w:type="dxa" w:w="6653"/>
            <w:tcMar>
              <w:top w:w="100" w:type="dxa"/>
              <w:start w:w="20" w:type="dxa"/>
              <w:bottom w:w="35" w:type="dxa"/>
              <w:end w:w="20" w:type="dxa"/>
            </w:tcMar>
          </w:tcPr>
          <w:p>
            <w:pPr>
              <w:widowControl w:val="0"/>
              <w:spacing w:before="220" w:after="0" w:line="259" w:lineRule="auto"/>
            </w:pPr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>________________________________________________</w:t>
            </w:r>
          </w:p>
          <w:p>
            <w:pPr>
              <w:widowControl w:val="0"/>
              <w:spacing w:before="60" w:after="0" w:line="259" w:lineRule="auto"/>
            </w:pPr>
            <w:r>
              <w:rPr>
                <w:rFonts w:ascii="Inter" w:hAnsi="Inter"/>
                <w:b w:val="0"/>
                <w:i w:val="0"/>
                <w:color w:val="607380"/>
                <w:sz w:val="15"/>
              </w:rPr>
              <w:t>Eigenhändige Unterschrift der meldepflichtigen Person</w:t>
            </w:r>
          </w:p>
        </w:tc>
      </w:tr>
    </w:tbl>
    <w:p>
      <w:pPr>
        <w:spacing w:before="0" w:after="0" w:line="240" w:lineRule="auto"/>
      </w:pPr>
      <w:r>
        <w:rPr>
          <w:sz w:val="14"/>
        </w:rPr>
        <w:t xml:space="preserve"> </w:t>
      </w:r>
    </w:p>
    <w:p>
      <w:pPr>
        <w:spacing w:before="0" w:after="0" w:line="274" w:lineRule="auto"/>
      </w:pPr>
      <w:r>
        <w:rPr>
          <w:rFonts w:ascii="Inter" w:hAnsi="Inter"/>
          <w:b/>
          <w:i w:val="0"/>
          <w:color w:val="138F91"/>
          <w:sz w:val="15"/>
        </w:rPr>
        <w:t xml:space="preserve">WICHTIG  </w:t>
      </w:r>
      <w:r>
        <w:rPr>
          <w:rFonts w:ascii="Inter" w:hAnsi="Inter"/>
          <w:b w:val="0"/>
          <w:i w:val="0"/>
          <w:color w:val="607380"/>
          <w:sz w:val="15"/>
        </w:rPr>
        <w:t>Die Vollmacht ersetzt nicht den unterschriebenen Meldeschein oder die Wohnungsgeberbestätigung. Bitte Ausweisdokumente und örtliche Vorgaben der Meldebehörde beachten.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8"/>
        <w:gridCol w:w="2650"/>
      </w:tblGrid>
      <w:tr>
        <w:trPr>
          <w:cantSplit/>
        </w:trPr>
        <w:tc>
          <w:tcPr>
            <w:tcW w:type="dxa" w:w="4915"/>
            <w:shd w:fill="173044"/>
            <w:tcMar>
              <w:top w:w="105" w:type="dxa"/>
              <w:start w:w="150" w:type="dxa"/>
              <w:bottom w:w="100" w:type="dxa"/>
              <w:end w:w="9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8EE1D9"/>
                <w:sz w:val="16"/>
              </w:rPr>
              <w:t>WOHNSITZ  /  MELDEVERFAHREN</w:t>
            </w:r>
          </w:p>
        </w:tc>
        <w:tc>
          <w:tcPr>
            <w:tcW w:type="dxa" w:w="4915"/>
            <w:shd w:fill="173044"/>
            <w:tcMar>
              <w:top w:w="105" w:type="dxa"/>
              <w:start w:w="150" w:type="dxa"/>
              <w:bottom w:w="100" w:type="dxa"/>
              <w:end w:w="90" w:type="dxa"/>
            </w:tcMar>
          </w:tcPr>
          <w:p>
            <w:pPr>
              <w:widowControl w:val="0"/>
              <w:spacing w:before="0" w:after="0" w:line="259" w:lineRule="auto"/>
              <w:jc w:val="right"/>
            </w:pPr>
            <w:r>
              <w:rPr>
                <w:rFonts w:ascii="Inter" w:hAnsi="Inter"/>
                <w:b/>
                <w:i w:val="0"/>
                <w:color w:val="D6E5E9"/>
                <w:sz w:val="16"/>
              </w:rPr>
              <w:t>ARBEITSHILFE  /  02</w:t>
            </w:r>
          </w:p>
        </w:tc>
      </w:tr>
    </w:tbl>
    <w:p>
      <w:pPr>
        <w:pStyle w:val="FormTitle"/>
        <w:spacing w:before="220" w:after="60" w:line="259" w:lineRule="auto"/>
      </w:pPr>
      <w:r>
        <w:rPr>
          <w:rFonts w:ascii="Inter" w:hAnsi="Inter"/>
          <w:b/>
          <w:i w:val="0"/>
          <w:color w:val="173044"/>
          <w:sz w:val="44"/>
        </w:rPr>
        <w:t>Vorbereitung &amp; Unterlagen</w:t>
      </w:r>
    </w:p>
    <w:p>
      <w:pPr>
        <w:pStyle w:val="SubTitle"/>
        <w:spacing w:before="0" w:after="200" w:line="259" w:lineRule="auto"/>
      </w:pPr>
      <w:r>
        <w:rPr>
          <w:rFonts w:ascii="Inter" w:hAnsi="Inter"/>
          <w:b w:val="0"/>
          <w:i w:val="0"/>
          <w:color w:val="607380"/>
          <w:sz w:val="18"/>
        </w:rPr>
        <w:t>Persönliche Checkliste – nicht Bestandteil der unterschriebenen Vollmacht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"/>
        <w:gridCol w:w="9158"/>
      </w:tblGrid>
      <w:tr>
        <w:trPr>
          <w:cantSplit/>
        </w:trPr>
        <w:tc>
          <w:tcPr>
            <w:tcW w:type="dxa" w:w="619"/>
            <w:shd w:fill="138F91"/>
            <w:tcMar>
              <w:top w:w="58" w:type="dxa"/>
              <w:start w:w="0" w:type="dxa"/>
              <w:bottom w:w="50" w:type="dxa"/>
              <w:end w:w="0" w:type="dxa"/>
            </w:tcMar>
          </w:tcPr>
          <w:p>
            <w:pPr>
              <w:widowControl w:val="0"/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A</w:t>
            </w:r>
          </w:p>
        </w:tc>
        <w:tc>
          <w:tcPr>
            <w:tcW w:type="dxa" w:w="9158"/>
            <w:tcMar>
              <w:top w:w="20" w:type="dxa"/>
              <w:start w:w="120" w:type="dxa"/>
              <w:bottom w:w="20" w:type="dxa"/>
              <w:end w:w="2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22"/>
              </w:rPr>
              <w:t>Das sollte zum Termin vorliegen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32"/>
      </w:tblGrid>
      <w:tr>
        <w:trPr>
          <w:cantSplit/>
        </w:trPr>
        <w:tc>
          <w:tcPr>
            <w:tcW w:type="dxa" w:w="9831"/>
            <w:shd w:fill="F3F6F8"/>
            <w:tcMar>
              <w:top w:w="135" w:type="dxa"/>
              <w:start w:w="160" w:type="dxa"/>
              <w:bottom w:w="135" w:type="dxa"/>
              <w:end w:w="150" w:type="dxa"/>
            </w:tcMar>
            <w:tcBorders>
              <w:bottom w:val="single" w:sz="4" w:color="DBE4E8"/>
            </w:tcBorders>
          </w:tcPr>
          <w:p>
            <w:pPr>
              <w:widowControl w:val="0"/>
              <w:spacing w:before="0" w:after="0" w:line="286" w:lineRule="auto"/>
            </w:pPr>
            <w:sdt>
              <w:sdtPr>
                <w:alias w:val="Unterschriebene Vollmacht (Seite 1)"/>
                <w:tag w:val="c_vol"/>
                <w:id w:val="41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 Unterschriebene Vollmacht (Seite 1)</w:t>
            </w:r>
          </w:p>
        </w:tc>
      </w:tr>
      <w:tr>
        <w:trPr>
          <w:cantSplit/>
        </w:trPr>
        <w:tc>
          <w:tcPr>
            <w:tcW w:type="dxa" w:w="9831"/>
            <w:shd w:fill="FFFFFF"/>
            <w:tcMar>
              <w:top w:w="135" w:type="dxa"/>
              <w:start w:w="160" w:type="dxa"/>
              <w:bottom w:w="135" w:type="dxa"/>
              <w:end w:w="150" w:type="dxa"/>
            </w:tcMar>
            <w:tcBorders>
              <w:bottom w:val="single" w:sz="4" w:color="DBE4E8"/>
            </w:tcBorders>
          </w:tcPr>
          <w:p>
            <w:pPr>
              <w:widowControl w:val="0"/>
              <w:spacing w:before="0" w:after="0" w:line="286" w:lineRule="auto"/>
            </w:pPr>
            <w:sdt>
              <w:sdtPr>
                <w:alias w:val="Ausgefüllter und von der meldepflichtigen Person unterschriebener Meldeschein"/>
                <w:tag w:val="c_meld"/>
                <w:id w:val="41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 Ausgefüllter und von der meldepflichtigen Person unterschriebener Meldeschein</w:t>
            </w:r>
          </w:p>
        </w:tc>
      </w:tr>
      <w:tr>
        <w:trPr>
          <w:cantSplit/>
        </w:trPr>
        <w:tc>
          <w:tcPr>
            <w:tcW w:type="dxa" w:w="9831"/>
            <w:shd w:fill="F3F6F8"/>
            <w:tcMar>
              <w:top w:w="135" w:type="dxa"/>
              <w:start w:w="160" w:type="dxa"/>
              <w:bottom w:w="135" w:type="dxa"/>
              <w:end w:w="150" w:type="dxa"/>
            </w:tcMar>
            <w:tcBorders>
              <w:bottom w:val="single" w:sz="4" w:color="DBE4E8"/>
            </w:tcBorders>
          </w:tcPr>
          <w:p>
            <w:pPr>
              <w:widowControl w:val="0"/>
              <w:spacing w:before="0" w:after="0" w:line="286" w:lineRule="auto"/>
            </w:pPr>
            <w:sdt>
              <w:sdtPr>
                <w:alias w:val="Wohnungsgeberbestätigung für die neue Wohnung"/>
                <w:tag w:val="c_wohn"/>
                <w:id w:val="41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 Wohnungsgeberbestätigung für die neue Wohnung</w:t>
            </w:r>
          </w:p>
        </w:tc>
      </w:tr>
      <w:tr>
        <w:trPr>
          <w:cantSplit/>
        </w:trPr>
        <w:tc>
          <w:tcPr>
            <w:tcW w:type="dxa" w:w="9831"/>
            <w:shd w:fill="FFFFFF"/>
            <w:tcMar>
              <w:top w:w="135" w:type="dxa"/>
              <w:start w:w="160" w:type="dxa"/>
              <w:bottom w:w="135" w:type="dxa"/>
              <w:end w:w="150" w:type="dxa"/>
            </w:tcMar>
            <w:tcBorders>
              <w:bottom w:val="single" w:sz="4" w:color="DBE4E8"/>
            </w:tcBorders>
          </w:tcPr>
          <w:p>
            <w:pPr>
              <w:widowControl w:val="0"/>
              <w:spacing w:before="0" w:after="0" w:line="286" w:lineRule="auto"/>
            </w:pPr>
            <w:sdt>
              <w:sdtPr>
                <w:alias w:val="Ausweis- oder Passdokument der umzumeldenden Person nach Behördenvorgabe"/>
                <w:tag w:val="c_ausw1"/>
                <w:id w:val="41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 Ausweis- oder Passdokument der umzumeldenden Person nach Behördenvorgabe</w:t>
            </w:r>
          </w:p>
        </w:tc>
      </w:tr>
      <w:tr>
        <w:trPr>
          <w:cantSplit/>
        </w:trPr>
        <w:tc>
          <w:tcPr>
            <w:tcW w:type="dxa" w:w="9831"/>
            <w:shd w:fill="F3F6F8"/>
            <w:tcMar>
              <w:top w:w="135" w:type="dxa"/>
              <w:start w:w="160" w:type="dxa"/>
              <w:bottom w:w="135" w:type="dxa"/>
              <w:end w:w="150" w:type="dxa"/>
            </w:tcMar>
            <w:tcBorders>
              <w:bottom w:val="single" w:sz="4" w:color="DBE4E8"/>
            </w:tcBorders>
          </w:tcPr>
          <w:p>
            <w:pPr>
              <w:widowControl w:val="0"/>
              <w:spacing w:before="0" w:after="0" w:line="286" w:lineRule="auto"/>
            </w:pPr>
            <w:sdt>
              <w:sdtPr>
                <w:alias w:val="Gültiger Ausweis der bevollmächtigten Person"/>
                <w:tag w:val="c_ausw2"/>
                <w:id w:val="41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 Gültiger Ausweis der bevollmächtigten Person</w:t>
            </w:r>
          </w:p>
        </w:tc>
      </w:tr>
      <w:tr>
        <w:trPr>
          <w:cantSplit/>
        </w:trPr>
        <w:tc>
          <w:tcPr>
            <w:tcW w:type="dxa" w:w="9831"/>
            <w:shd w:fill="FFFFFF"/>
            <w:tcMar>
              <w:top w:w="135" w:type="dxa"/>
              <w:start w:w="160" w:type="dxa"/>
              <w:bottom w:w="135" w:type="dxa"/>
              <w:end w:w="150" w:type="dxa"/>
            </w:tcMar>
            <w:tcBorders>
              <w:bottom w:val="single" w:sz="4" w:color="DBE4E8"/>
            </w:tcBorders>
          </w:tcPr>
          <w:p>
            <w:pPr>
              <w:widowControl w:val="0"/>
              <w:spacing w:before="0" w:after="0" w:line="286" w:lineRule="auto"/>
            </w:pPr>
            <w:sdt>
              <w:sdtPr>
                <w:alias w:val="Gegebenenfalls Unterlagen für mitumziehende Kinder oder weitere Personen"/>
                <w:tag w:val="c_kinder"/>
                <w:id w:val="41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 Gegebenenfalls Unterlagen für mitumziehende Kinder oder weitere Personen</w:t>
            </w:r>
          </w:p>
        </w:tc>
      </w:tr>
      <w:tr>
        <w:trPr>
          <w:cantSplit/>
        </w:trPr>
        <w:tc>
          <w:tcPr>
            <w:tcW w:type="dxa" w:w="9831"/>
            <w:shd w:fill="F3F6F8"/>
            <w:tcMar>
              <w:top w:w="135" w:type="dxa"/>
              <w:start w:w="160" w:type="dxa"/>
              <w:bottom w:w="135" w:type="dxa"/>
              <w:end w:w="150" w:type="dxa"/>
            </w:tcMar>
            <w:tcBorders>
              <w:bottom w:val="single" w:sz="4" w:color="DBE4E8"/>
            </w:tcBorders>
          </w:tcPr>
          <w:p>
            <w:pPr>
              <w:widowControl w:val="0"/>
              <w:spacing w:before="0" w:after="0" w:line="286" w:lineRule="auto"/>
            </w:pPr>
            <w:sdt>
              <w:sdtPr>
                <w:alias w:val="Terminbestätigung bzw. erforderliche Unterlagen der zuständigen Meldebehörde"/>
                <w:tag w:val="c_termin"/>
                <w:id w:val="412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23"/>
                    <w:color w:val="138F91"/>
                  </w:rPr>
                  <w:t>☐</w:t>
                </w:r>
              </w:sdtContent>
            </w:sdt>
            <w:r>
              <w:rPr>
                <w:rFonts w:ascii="Inter" w:hAnsi="Inter"/>
                <w:b w:val="0"/>
                <w:i w:val="0"/>
                <w:color w:val="233844"/>
                <w:sz w:val="18"/>
              </w:rPr>
              <w:t xml:space="preserve">  Terminbestätigung bzw. erforderliche Unterlagen der zuständigen Meldebehörde</w:t>
            </w:r>
          </w:p>
        </w:tc>
      </w:tr>
    </w:tbl>
    <w:p>
      <w:pPr>
        <w:spacing w:before="0" w:after="0" w:line="240" w:lineRule="auto"/>
      </w:pPr>
      <w:r>
        <w:rPr>
          <w:sz w:val="2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"/>
        <w:gridCol w:w="9158"/>
      </w:tblGrid>
      <w:tr>
        <w:trPr>
          <w:cantSplit/>
        </w:trPr>
        <w:tc>
          <w:tcPr>
            <w:tcW w:type="dxa" w:w="619"/>
            <w:shd w:fill="138F91"/>
            <w:tcMar>
              <w:top w:w="58" w:type="dxa"/>
              <w:start w:w="0" w:type="dxa"/>
              <w:bottom w:w="50" w:type="dxa"/>
              <w:end w:w="0" w:type="dxa"/>
            </w:tcMar>
          </w:tcPr>
          <w:p>
            <w:pPr>
              <w:widowControl w:val="0"/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B</w:t>
            </w:r>
          </w:p>
        </w:tc>
        <w:tc>
          <w:tcPr>
            <w:tcW w:type="dxa" w:w="9158"/>
            <w:tcMar>
              <w:top w:w="20" w:type="dxa"/>
              <w:start w:w="120" w:type="dxa"/>
              <w:bottom w:w="20" w:type="dxa"/>
              <w:end w:w="2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22"/>
              </w:rPr>
              <w:t>Vor der Abgabe klären</w:t>
            </w:r>
            <w:r>
              <w:rPr>
                <w:rFonts w:ascii="Inter" w:hAnsi="Inter"/>
                <w:b w:val="0"/>
                <w:i w:val="0"/>
                <w:color w:val="607380"/>
                <w:sz w:val="16"/>
              </w:rPr>
              <w:t xml:space="preserve">   Unterschiede je nach Meldebehörde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82"/>
      </w:tblGrid>
      <w:tr>
        <w:trPr>
          <w:cantSplit/>
        </w:trPr>
        <w:tc>
          <w:tcPr>
            <w:tcW w:type="dxa" w:w="4915"/>
            <w:shd w:fill="EFF9F7"/>
            <w:tcMar>
              <w:top w:w="180" w:type="dxa"/>
              <w:start w:w="170" w:type="dxa"/>
              <w:bottom w:w="190" w:type="dxa"/>
              <w:end w:w="180" w:type="dxa"/>
            </w:tcMar>
          </w:tcPr>
          <w:p>
            <w:pPr>
              <w:widowControl w:val="0"/>
              <w:spacing w:before="0" w:after="12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19"/>
              </w:rPr>
              <w:t>Identitätsnachweise</w:t>
            </w:r>
          </w:p>
          <w:p>
            <w:pPr>
              <w:widowControl w:val="0"/>
              <w:spacing w:before="0" w:after="0" w:line="288" w:lineRule="auto"/>
            </w:pPr>
            <w:r>
              <w:rPr>
                <w:rFonts w:ascii="Inter" w:hAnsi="Inter"/>
                <w:b w:val="0"/>
                <w:i w:val="0"/>
                <w:color w:val="607380"/>
                <w:sz w:val="17"/>
              </w:rPr>
              <w:t>Benötigt das Bürgeramt die Originale oder genügen für einzelne Dokumente Kopien?</w:t>
            </w:r>
          </w:p>
        </w:tc>
        <w:tc>
          <w:tcPr>
            <w:tcW w:type="dxa" w:w="4915"/>
            <w:shd w:fill="EFF9F7"/>
            <w:tcMar>
              <w:top w:w="180" w:type="dxa"/>
              <w:start w:w="170" w:type="dxa"/>
              <w:bottom w:w="190" w:type="dxa"/>
              <w:end w:w="180" w:type="dxa"/>
            </w:tcMar>
          </w:tcPr>
          <w:p>
            <w:pPr>
              <w:widowControl w:val="0"/>
              <w:spacing w:before="0" w:after="12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19"/>
              </w:rPr>
              <w:t>Weitere Wohnungen</w:t>
            </w:r>
          </w:p>
          <w:p>
            <w:pPr>
              <w:widowControl w:val="0"/>
              <w:spacing w:before="0" w:after="0" w:line="288" w:lineRule="auto"/>
            </w:pPr>
            <w:r>
              <w:rPr>
                <w:rFonts w:ascii="Inter" w:hAnsi="Inter"/>
                <w:b w:val="0"/>
                <w:i w:val="0"/>
                <w:color w:val="607380"/>
                <w:sz w:val="17"/>
              </w:rPr>
              <w:t>Bei mehreren Wohnungen können zusätzliche Angaben zur Haupt- oder Nebenwohnung erforderlich sein.</w:t>
            </w:r>
          </w:p>
        </w:tc>
      </w:tr>
    </w:tbl>
    <w:p>
      <w:pPr>
        <w:spacing w:before="0" w:after="0" w:line="240" w:lineRule="auto"/>
      </w:pPr>
      <w:r>
        <w:rPr>
          <w:sz w:val="2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"/>
        <w:gridCol w:w="9158"/>
      </w:tblGrid>
      <w:tr>
        <w:trPr>
          <w:cantSplit/>
        </w:trPr>
        <w:tc>
          <w:tcPr>
            <w:tcW w:type="dxa" w:w="619"/>
            <w:shd w:fill="138F91"/>
            <w:tcMar>
              <w:top w:w="58" w:type="dxa"/>
              <w:start w:w="0" w:type="dxa"/>
              <w:bottom w:w="50" w:type="dxa"/>
              <w:end w:w="0" w:type="dxa"/>
            </w:tcMar>
          </w:tcPr>
          <w:p>
            <w:pPr>
              <w:widowControl w:val="0"/>
              <w:spacing w:before="0" w:after="0" w:line="259" w:lineRule="auto"/>
              <w:jc w:val="center"/>
            </w:pPr>
            <w:r>
              <w:rPr>
                <w:rFonts w:ascii="Inter" w:hAnsi="Inter"/>
                <w:b/>
                <w:i w:val="0"/>
                <w:color w:val="FFFFFF"/>
                <w:sz w:val="18"/>
              </w:rPr>
              <w:t>C</w:t>
            </w:r>
          </w:p>
        </w:tc>
        <w:tc>
          <w:tcPr>
            <w:tcW w:type="dxa" w:w="9158"/>
            <w:tcMar>
              <w:top w:w="20" w:type="dxa"/>
              <w:start w:w="120" w:type="dxa"/>
              <w:bottom w:w="20" w:type="dxa"/>
              <w:end w:w="20" w:type="dxa"/>
            </w:tcMar>
          </w:tcPr>
          <w:p>
            <w:pPr>
              <w:widowControl w:val="0"/>
              <w:spacing w:before="0" w:after="0" w:line="259" w:lineRule="auto"/>
            </w:pPr>
            <w:r>
              <w:rPr>
                <w:rFonts w:ascii="Inter" w:hAnsi="Inter"/>
                <w:b/>
                <w:i w:val="0"/>
                <w:color w:val="173044"/>
                <w:sz w:val="22"/>
              </w:rPr>
              <w:t>Notizen zur Übergabe</w:t>
            </w:r>
          </w:p>
        </w:tc>
      </w:tr>
    </w:tbl>
    <w:p>
      <w:pPr>
        <w:spacing w:before="0" w:after="0" w:line="240" w:lineRule="auto"/>
      </w:pPr>
      <w:r>
        <w:rPr>
          <w:sz w:val="6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31"/>
      </w:tblGrid>
      <w:tr>
        <w:trPr>
          <w:cantSplit/>
        </w:trPr>
        <w:tc>
          <w:tcPr>
            <w:tcW w:type="dxa" w:w="9831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TERMIN / ZUSTÄNDIGE STELLE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Datum, Uhrzeit oder Dienststelle"/>
                <w:tag w:val="notiz_termin"/>
                <w:id w:val="4122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Datum, Uhrzeit oder Dienststelle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31"/>
      </w:tblGrid>
      <w:tr>
        <w:trPr>
          <w:cantSplit/>
        </w:trPr>
        <w:tc>
          <w:tcPr>
            <w:tcW w:type="dxa" w:w="9831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FEHLENDE UNTERLAGEN / RÜCKFRAGEN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Hier ergänzen"/>
                <w:tag w:val="notiz_rueckfragen"/>
                <w:id w:val="4123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Hier ergänzen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31"/>
      </w:tblGrid>
      <w:tr>
        <w:trPr>
          <w:cantSplit/>
        </w:trPr>
        <w:tc>
          <w:tcPr>
            <w:tcW w:type="dxa" w:w="9831"/>
            <w:vAlign w:val="center"/>
            <w:shd w:fill="F3F6F8"/>
            <w:tcMar>
              <w:top w:w="95" w:type="dxa"/>
              <w:start w:w="140" w:type="dxa"/>
              <w:bottom w:w="80" w:type="dxa"/>
              <w:end w:w="125" w:type="dxa"/>
            </w:tcMar>
            <w:tcBorders>
              <w:bottom w:val="single" w:sz="6" w:color="DBE4E8"/>
            </w:tcBorders>
          </w:tcPr>
          <w:p>
            <w:pPr>
              <w:pStyle w:val="FieldTitle"/>
              <w:widowControl w:val="0"/>
              <w:spacing w:before="0" w:after="40" w:line="259" w:lineRule="auto"/>
            </w:pPr>
            <w:r>
              <w:rPr>
                <w:rFonts w:ascii="Inter" w:hAnsi="Inter"/>
                <w:b/>
                <w:i w:val="0"/>
                <w:color w:val="607380"/>
                <w:sz w:val="14"/>
              </w:rPr>
              <w:t>MELDEBESTÄTIGUNG ERHALTEN AM</w:t>
            </w:r>
          </w:p>
          <w:p>
            <w:pPr>
              <w:widowControl w:val="0"/>
              <w:spacing w:before="0" w:after="0" w:line="259" w:lineRule="auto"/>
            </w:pPr>
            <w:sdt>
              <w:sdtPr>
                <w:alias w:val="TT.MM.JJJJ"/>
                <w:tag w:val="notiz_bestaetigung"/>
                <w:id w:val="4124"/>
                <w:text/>
              </w:sdtPr>
              <w:sdtContent>
                <w:r>
                  <w:rPr>
                    <w:color w:val="8BA0A7"/>
                    <w:sz w:val="20"/>
                    <w:rFonts w:ascii="Inter" w:hAnsi="Inter"/>
                  </w:rPr>
                  <w:t>TT.MM.JJJJ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0"/>
        </w:rPr>
        <w:t xml:space="preserve"> </w:t>
      </w:r>
    </w:p>
    <w:p>
      <w:pPr>
        <w:spacing w:before="0" w:after="0" w:line="240" w:lineRule="auto"/>
      </w:pPr>
      <w:r>
        <w:rPr>
          <w:sz w:val="2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31"/>
      </w:tblGrid>
      <w:tr>
        <w:trPr>
          <w:cantSplit/>
        </w:trPr>
        <w:tc>
          <w:tcPr>
            <w:tcW w:type="dxa" w:w="9831"/>
            <w:shd w:fill="EFF3F5"/>
            <w:tcMar>
              <w:top w:w="170" w:type="dxa"/>
              <w:start w:w="190" w:type="dxa"/>
              <w:bottom w:w="180" w:type="dxa"/>
              <w:end w:w="190" w:type="dxa"/>
            </w:tcMar>
          </w:tcPr>
          <w:p>
            <w:pPr>
              <w:widowControl w:val="0"/>
              <w:spacing w:before="0" w:after="100" w:line="259" w:lineRule="auto"/>
            </w:pPr>
            <w:r>
              <w:rPr>
                <w:rFonts w:ascii="Inter" w:hAnsi="Inter"/>
                <w:b/>
                <w:i w:val="0"/>
                <w:color w:val="138F91"/>
                <w:sz w:val="16"/>
              </w:rPr>
              <w:t>HINWEIS ZUR VERWENDUNG</w:t>
            </w:r>
          </w:p>
          <w:p>
            <w:pPr>
              <w:widowControl w:val="0"/>
              <w:spacing w:before="0" w:after="0" w:line="293" w:lineRule="auto"/>
            </w:pPr>
            <w:r>
              <w:rPr>
                <w:rFonts w:ascii="Inter" w:hAnsi="Inter"/>
                <w:b w:val="0"/>
                <w:i w:val="0"/>
                <w:color w:val="233844"/>
                <w:sz w:val="17"/>
              </w:rPr>
              <w:t>Für die Behörde genügt in der Regel die unterschriebene Vollmacht auf Seite 1 zusammen mit den vorgeschriebenen Unterlagen. Die Checkliste auf dieser Seite dient ausschließlich der Vorbereitung. Verlangt das Bürgeramt ein eigenes Vollmachtsformular, sollte dieses verwendet werden.</w:t>
            </w:r>
          </w:p>
        </w:tc>
      </w:tr>
    </w:tbl>
    <w:p>
      <w:pPr>
        <w:spacing w:before="0" w:after="0" w:line="240" w:lineRule="auto"/>
      </w:pPr>
      <w:r>
        <w:rPr>
          <w:sz w:val="24"/>
        </w:rPr>
        <w:t xml:space="preserve"> </w:t>
      </w:r>
    </w:p>
    <w:p>
      <w:pPr>
        <w:spacing w:before="0" w:after="0" w:line="259" w:lineRule="auto"/>
      </w:pPr>
      <w:r>
        <w:rPr>
          <w:rFonts w:ascii="Inter" w:hAnsi="Inter"/>
          <w:b/>
          <w:i w:val="0"/>
          <w:color w:val="138F91"/>
          <w:sz w:val="15"/>
        </w:rPr>
        <w:t>ZUR ORIENTIERUNG</w:t>
      </w:r>
    </w:p>
    <w:p>
      <w:pPr>
        <w:spacing w:before="80" w:after="0" w:line="300" w:lineRule="auto"/>
      </w:pPr>
      <w:r>
        <w:rPr>
          <w:rFonts w:ascii="Inter" w:hAnsi="Inter"/>
          <w:b w:val="0"/>
          <w:i w:val="0"/>
          <w:color w:val="607380"/>
          <w:sz w:val="17"/>
        </w:rPr>
        <w:t>Die Anmeldung nach einem Einzug ist grundsätzlich innerhalb von zwei Wochen vorzunehmen. Bei der Vertretung können je nach Kommune zusätzliche Vorgaben gelten. Die Meldebehörde prüft den Einzelfall.</w:t>
      </w:r>
    </w:p>
    <w:sectPr w:rsidR="00FC693F" w:rsidRPr="0006063C" w:rsidSect="00034616">
      <w:footerReference w:type="default" r:id="rId9"/>
      <w:pgSz w:w="11905" w:h="16838"/>
      <w:pgMar w:top="835" w:right="1037" w:bottom="792" w:left="1037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right"/>
    </w:pPr>
    <w:r>
      <w:rPr>
        <w:rFonts w:ascii="Inter" w:hAnsi="Inter"/>
        <w:b w:val="0"/>
        <w:i w:val="0"/>
        <w:color w:val="607380"/>
        <w:sz w:val="14"/>
      </w:rPr>
      <w:t>PRIVATE VORLAGE  ·  KEIN AMTLICHES FORMULAR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6" w:lineRule="auto"/>
    </w:pPr>
    <w:rPr>
      <w:rFonts w:ascii="Inter" w:hAnsi="Inter"/>
      <w:color w:val="233844"/>
      <w:sz w:val="18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0"/>
    </w:pPr>
    <w:rPr>
      <w:rFonts w:ascii="Inter" w:hAnsi="Inter"/>
      <w:b/>
      <w:color w:val="173044"/>
      <w:sz w:val="46"/>
    </w:rPr>
  </w:style>
  <w:style w:type="paragraph" w:customStyle="1" w:styleId="SubTitle">
    <w:name w:val="SubTitle"/>
    <w:pPr>
      <w:spacing w:after="0"/>
    </w:pPr>
    <w:rPr>
      <w:rFonts w:ascii="Inter" w:hAnsi="Inter"/>
      <w:b w:val="0"/>
      <w:color w:val="607380"/>
      <w:sz w:val="18"/>
    </w:rPr>
  </w:style>
  <w:style w:type="paragraph" w:customStyle="1" w:styleId="SectionText">
    <w:name w:val="SectionText"/>
    <w:pPr>
      <w:spacing w:after="0"/>
    </w:pPr>
    <w:rPr>
      <w:rFonts w:ascii="Inter" w:hAnsi="Inter"/>
      <w:b/>
      <w:color w:val="173044"/>
      <w:sz w:val="22"/>
    </w:rPr>
  </w:style>
  <w:style w:type="paragraph" w:customStyle="1" w:styleId="FieldTitle">
    <w:name w:val="FieldTitle"/>
    <w:pPr>
      <w:spacing w:after="0"/>
    </w:pPr>
    <w:rPr>
      <w:rFonts w:ascii="Inter" w:hAnsi="Inter"/>
      <w:b/>
      <w:color w:val="607380"/>
      <w:sz w:val="14"/>
    </w:rPr>
  </w:style>
  <w:style w:type="paragraph" w:customStyle="1" w:styleId="BodySmall">
    <w:name w:val="BodySmall"/>
    <w:pPr>
      <w:spacing w:after="0"/>
    </w:pPr>
    <w:rPr>
      <w:rFonts w:ascii="Inter" w:hAnsi="Inter"/>
      <w:b w:val="0"/>
      <w:color w:val="233844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zur Ummeldung des Wohnsitzes – editierbare Vorlage</dc:title>
  <dc:subject>Melderechtliche Vertretung und praktische Checkliste</dc:subject>
  <dc:creator/>
  <cp:keywords>Ummeldung, Wohnsitz, Vollmacht, Meldebehörde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