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7257"/>
        <w:gridCol w:w="2551"/>
      </w:tblGrid>
      <w:tr>
        <w:tc>
          <w:tcPr>
            <w:tcW w:type="dxa" w:w="4904"/>
            <w:tcMar>
              <w:top w:w="75" w:type="dxa"/>
              <w:start w:w="0" w:type="dxa"/>
              <w:bottom w:w="20" w:type="dxa"/>
              <w:end w:w="0" w:type="dxa"/>
            </w:tcMar>
          </w:tcPr>
          <w:p>
            <w:r>
              <w:rPr>
                <w:rFonts w:ascii="Inter" w:hAnsi="Inter"/>
                <w:b/>
                <w:color w:val="027F82"/>
                <w:sz w:val="15"/>
              </w:rPr>
              <w:t>V O L L M A C H T  /  0 1</w:t>
            </w:r>
          </w:p>
        </w:tc>
        <w:tc>
          <w:tcPr>
            <w:tcW w:type="dxa" w:w="4904"/>
            <w:tcMar>
              <w:top w:w="75" w:type="dxa"/>
              <w:start w:w="0" w:type="dxa"/>
              <w:bottom w:w="20" w:type="dxa"/>
              <w:end w:w="0" w:type="dxa"/>
            </w:tcMar>
          </w:tcPr>
          <w:p>
            <w:pPr>
              <w:jc w:val="right"/>
            </w:pPr>
            <w:r>
              <w:rPr>
                <w:rFonts w:ascii="Inter" w:hAnsi="Inter"/>
                <w:b/>
                <w:color w:val="627587"/>
                <w:sz w:val="15"/>
              </w:rPr>
              <w:t>EINMALIGER VORGANG</w:t>
            </w:r>
          </w:p>
        </w:tc>
      </w:tr>
    </w:tbl>
    <w:p>
      <w:pPr>
        <w:pStyle w:val="Huge"/>
        <w:spacing w:before="40" w:after="60"/>
      </w:pPr>
      <w:r>
        <w:t>Wohnsitzummeldung</w:t>
      </w:r>
    </w:p>
    <w:p>
      <w:pPr>
        <w:spacing w:after="0"/>
      </w:pPr>
      <w:r>
        <w:rPr>
          <w:rFonts w:ascii="Inter" w:hAnsi="Inter"/>
          <w:b w:val="0"/>
          <w:color w:val="627587"/>
          <w:sz w:val="19"/>
        </w:rPr>
        <w:t>Vollmacht zur Vertretung bei der zuständigen Meldebehörde</w:t>
      </w:r>
    </w:p>
    <w:p>
      <w:pPr>
        <w:spacing w:after="0" w:before="0" w:line="240" w:lineRule="auto"/>
      </w:pPr>
      <w:r>
        <w:rPr>
          <w:sz w:val="12"/>
        </w:rPr>
        <w:t xml:space="preserve"> </w:t>
      </w:r>
    </w:p>
    <w:tbl>
      <w:tblPr>
        <w:tblW w:type="auto" w:w="0"/>
        <w:tblLayout w:type="fixed"/>
        <w:tblLook w:firstColumn="1" w:firstRow="1" w:lastColumn="0" w:lastRow="0" w:noHBand="0" w:noVBand="1" w:val="04A0"/>
      </w:tblPr>
      <w:tblGrid>
        <w:gridCol w:w="964"/>
        <w:gridCol w:w="8844"/>
      </w:tblGrid>
      <w:tr>
        <w:tc>
          <w:tcPr>
            <w:tcW w:type="dxa" w:w="4904"/>
            <w:shd w:fill="027F82"/>
            <w:tcMar>
              <w:top w:w="0" w:type="dxa"/>
              <w:start w:w="0" w:type="dxa"/>
              <w:bottom w:w="0" w:type="dxa"/>
              <w:end w:w="0" w:type="dxa"/>
            </w:tcMar>
          </w:tcPr>
          <w:p>
            <w:pPr>
              <w:spacing w:line="48" w:lineRule="auto"/>
            </w:pPr>
            <w:r>
              <w:rPr>
                <w:sz w:val="2"/>
              </w:rPr>
              <w:t xml:space="preserve"> </w:t>
            </w:r>
          </w:p>
        </w:tc>
        <w:tc>
          <w:tcPr>
            <w:tcW w:type="dxa" w:w="4904"/>
            <w:shd w:fill="D4E1E5"/>
            <w:tcMar>
              <w:top w:w="0" w:type="dxa"/>
              <w:start w:w="0" w:type="dxa"/>
              <w:bottom w:w="0" w:type="dxa"/>
              <w:end w:w="0" w:type="dxa"/>
            </w:tcMar>
          </w:tcPr>
          <w:p>
            <w:pPr>
              <w:spacing w:line="48" w:lineRule="auto"/>
            </w:pPr>
            <w:r>
              <w:rPr>
                <w:sz w:val="2"/>
              </w:rPr>
              <w:t xml:space="preserve"> </w:t>
            </w:r>
          </w:p>
        </w:tc>
      </w:tr>
    </w:tbl>
    <w:p>
      <w:pPr>
        <w:spacing w:after="0" w:before="0" w:line="240" w:lineRule="auto"/>
      </w:pPr>
      <w:r>
        <w:rPr>
          <w:sz w:val="10"/>
        </w:rPr>
        <w:t xml:space="preserve"> </w:t>
      </w:r>
    </w:p>
    <w:tbl>
      <w:tblPr>
        <w:tblW w:type="auto" w:w="0"/>
        <w:tblLayout w:type="fixed"/>
        <w:tblLook w:firstColumn="1" w:firstRow="1" w:lastColumn="0" w:lastRow="0" w:noHBand="0" w:noVBand="1" w:val="04A0"/>
      </w:tblPr>
      <w:tblGrid>
        <w:gridCol w:w="386"/>
        <w:gridCol w:w="9422"/>
      </w:tblGrid>
      <w:tr>
        <w:tc>
          <w:tcPr>
            <w:tcW w:type="dxa" w:w="4904"/>
            <w:tcMar>
              <w:top w:w="45" w:type="dxa"/>
              <w:start w:w="0" w:type="dxa"/>
              <w:bottom w:w="15" w:type="dxa"/>
              <w:end w:w="0" w:type="dxa"/>
            </w:tcMar>
          </w:tcPr>
          <w:p>
            <w:r>
              <w:rPr>
                <w:rFonts w:ascii="Inter" w:hAnsi="Inter"/>
                <w:b/>
                <w:color w:val="027F82"/>
                <w:sz w:val="16"/>
              </w:rPr>
              <w:t>01</w:t>
            </w:r>
          </w:p>
        </w:tc>
        <w:tc>
          <w:tcPr>
            <w:tcW w:type="dxa" w:w="4904"/>
            <w:tcMar>
              <w:top w:w="45" w:type="dxa"/>
              <w:start w:w="0" w:type="dxa"/>
              <w:bottom w:w="15" w:type="dxa"/>
              <w:end w:w="0" w:type="dxa"/>
            </w:tcMar>
          </w:tcPr>
          <w:p>
            <w:r>
              <w:rPr>
                <w:rFonts w:ascii="Inter" w:hAnsi="Inter"/>
                <w:b/>
                <w:color w:val="112A3E"/>
                <w:sz w:val="20"/>
              </w:rPr>
              <w:t>Vollmachtgebende Person</w:t>
            </w:r>
            <w:r>
              <w:rPr>
                <w:rFonts w:ascii="Inter" w:hAnsi="Inter"/>
                <w:b w:val="0"/>
                <w:color w:val="627587"/>
                <w:sz w:val="14"/>
              </w:rPr>
              <w:t xml:space="preserve">   Angaben zur meldepflichtigen Person</w:t>
            </w:r>
          </w:p>
        </w:tc>
      </w:tr>
    </w:tbl>
    <w:tbl>
      <w:tblPr>
        <w:tblW w:type="auto" w:w="0"/>
        <w:tblLayout w:type="fixed"/>
        <w:tblLook w:firstColumn="1" w:firstRow="1" w:lastColumn="0" w:lastRow="0" w:noHBand="0" w:noVBand="1" w:val="04A0"/>
      </w:tblPr>
      <w:tblGrid>
        <w:gridCol w:w="6463"/>
        <w:gridCol w:w="113"/>
        <w:gridCol w:w="3231"/>
      </w:tblGrid>
      <w:tr>
        <w:tc>
          <w:tcPr>
            <w:tcW w:type="dxa" w:w="6463"/>
            <w:vAlign w:val="center"/>
            <w:shd w:fill="F3F7F8"/>
            <w:tcMar>
              <w:top w:w="90" w:type="dxa"/>
              <w:start w:w="155" w:type="dxa"/>
              <w:bottom w:w="105" w:type="dxa"/>
              <w:end w:w="145" w:type="dxa"/>
            </w:tcMar>
          </w:tcPr>
          <w:p>
            <w:pPr>
              <w:spacing w:after="80"/>
            </w:pPr>
            <w:r>
              <w:rPr>
                <w:rFonts w:ascii="Inter" w:hAnsi="Inter"/>
                <w:b/>
                <w:color w:val="627587"/>
                <w:sz w:val="14"/>
              </w:rPr>
              <w:t>VOR- UND NACHNAME</w:t>
            </w:r>
          </w:p>
          <w:p>
            <w:pPr>
              <w:spacing w:after="0" w:line="240" w:lineRule="auto"/>
            </w:pPr>
            <w:sdt>
              <w:sdtPr>
                <w:alias w:val="Vor- und Nachname"/>
                <w:tag w:val="principal_name"/>
                <w:id w:val="71001"/>
                <w:text w:multiLine="0"/>
                <w:showingPlcHdr/>
              </w:sdtPr>
              <w:sdtContent>
                <w:r>
                  <w:rPr>
                    <w:rFonts w:ascii="Inter" w:hAnsi="Inter"/>
                    <w:color w:val="82949F"/>
                    <w:sz w:val="18"/>
                  </w:rPr>
                  <w:t>Vollständigen Namen eingeben</w:t>
                </w:r>
              </w:sdtContent>
            </w:sdt>
          </w:p>
        </w:tc>
        <w:tc>
          <w:tcPr>
            <w:tcW w:type="dxa" w:w="113"/>
            <w:tcMar>
              <w:top w:w="0" w:type="dxa"/>
              <w:start w:w="0" w:type="dxa"/>
              <w:bottom w:w="0" w:type="dxa"/>
              <w:end w:w="0" w:type="dxa"/>
            </w:tcMar>
          </w:tcPr>
          <w:p/>
        </w:tc>
        <w:tc>
          <w:tcPr>
            <w:tcW w:type="dxa" w:w="3231"/>
            <w:vAlign w:val="center"/>
            <w:shd w:fill="F3F7F8"/>
            <w:tcMar>
              <w:top w:w="90" w:type="dxa"/>
              <w:start w:w="155" w:type="dxa"/>
              <w:bottom w:w="105" w:type="dxa"/>
              <w:end w:w="145" w:type="dxa"/>
            </w:tcMar>
          </w:tcPr>
          <w:p>
            <w:pPr>
              <w:spacing w:after="80"/>
            </w:pPr>
            <w:r>
              <w:rPr>
                <w:rFonts w:ascii="Inter" w:hAnsi="Inter"/>
                <w:b/>
                <w:color w:val="627587"/>
                <w:sz w:val="14"/>
              </w:rPr>
              <w:t>GEBURTSDATUM</w:t>
            </w:r>
          </w:p>
          <w:p>
            <w:pPr>
              <w:spacing w:after="0" w:line="240" w:lineRule="auto"/>
            </w:pPr>
            <w:sdt>
              <w:sdtPr>
                <w:alias w:val="Geburtsdatum"/>
                <w:tag w:val="principal_birth"/>
                <w:id w:val="71002"/>
                <w:text w:multiLine="0"/>
                <w:showingPlcHdr/>
              </w:sdtPr>
              <w:sdtContent>
                <w:r>
                  <w:rPr>
                    <w:rFonts w:ascii="Inter" w:hAnsi="Inter"/>
                    <w:color w:val="82949F"/>
                    <w:sz w:val="18"/>
                  </w:rPr>
                  <w:t>TT.MM.JJJJ</w:t>
                </w:r>
              </w:sdtContent>
            </w:sdt>
          </w:p>
        </w:tc>
      </w:tr>
    </w:tbl>
    <w:p>
      <w:pPr>
        <w:spacing w:after="0" w:before="0" w:line="240" w:lineRule="auto"/>
      </w:pPr>
      <w:r>
        <w:rPr>
          <w:sz w:val="6"/>
        </w:rPr>
        <w:t xml:space="preserve"> </w:t>
      </w:r>
    </w:p>
    <w:tbl>
      <w:tblPr>
        <w:tblW w:type="auto" w:w="0"/>
        <w:tblLayout w:type="fixed"/>
        <w:tblLook w:firstColumn="1" w:firstRow="1" w:lastColumn="0" w:lastRow="0" w:noHBand="0" w:noVBand="1" w:val="04A0"/>
      </w:tblPr>
      <w:tblGrid>
        <w:gridCol w:w="5896"/>
        <w:gridCol w:w="113"/>
        <w:gridCol w:w="3798"/>
      </w:tblGrid>
      <w:tr>
        <w:tc>
          <w:tcPr>
            <w:tcW w:type="dxa" w:w="5896"/>
            <w:vAlign w:val="center"/>
            <w:shd w:fill="F3F7F8"/>
            <w:tcMar>
              <w:top w:w="90" w:type="dxa"/>
              <w:start w:w="155" w:type="dxa"/>
              <w:bottom w:w="105" w:type="dxa"/>
              <w:end w:w="145" w:type="dxa"/>
            </w:tcMar>
          </w:tcPr>
          <w:p>
            <w:pPr>
              <w:spacing w:after="80"/>
            </w:pPr>
            <w:r>
              <w:rPr>
                <w:rFonts w:ascii="Inter" w:hAnsi="Inter"/>
                <w:b/>
                <w:color w:val="627587"/>
                <w:sz w:val="14"/>
              </w:rPr>
              <w:t>BISHERIGE STRASSE / HAUSNUMMER</w:t>
            </w:r>
          </w:p>
          <w:p>
            <w:pPr>
              <w:spacing w:after="0" w:line="240" w:lineRule="auto"/>
            </w:pPr>
            <w:sdt>
              <w:sdtPr>
                <w:alias w:val="Bisherige Straße / Hausnummer"/>
                <w:tag w:val="old_street"/>
                <w:id w:val="71003"/>
                <w:text w:multiLine="0"/>
                <w:showingPlcHdr/>
              </w:sdtPr>
              <w:sdtContent>
                <w:r>
                  <w:rPr>
                    <w:rFonts w:ascii="Inter" w:hAnsi="Inter"/>
                    <w:color w:val="82949F"/>
                    <w:sz w:val="18"/>
                  </w:rPr>
                  <w:t>Straße und Hausnummer</w:t>
                </w:r>
              </w:sdtContent>
            </w:sdt>
          </w:p>
        </w:tc>
        <w:tc>
          <w:tcPr>
            <w:tcW w:type="dxa" w:w="113"/>
            <w:tcMar>
              <w:top w:w="0" w:type="dxa"/>
              <w:start w:w="0" w:type="dxa"/>
              <w:bottom w:w="0" w:type="dxa"/>
              <w:end w:w="0" w:type="dxa"/>
            </w:tcMar>
          </w:tcPr>
          <w:p/>
        </w:tc>
        <w:tc>
          <w:tcPr>
            <w:tcW w:type="dxa" w:w="3798"/>
            <w:vAlign w:val="center"/>
            <w:shd w:fill="F3F7F8"/>
            <w:tcMar>
              <w:top w:w="90" w:type="dxa"/>
              <w:start w:w="155" w:type="dxa"/>
              <w:bottom w:w="105" w:type="dxa"/>
              <w:end w:w="145" w:type="dxa"/>
            </w:tcMar>
          </w:tcPr>
          <w:p>
            <w:pPr>
              <w:spacing w:after="80"/>
            </w:pPr>
            <w:r>
              <w:rPr>
                <w:rFonts w:ascii="Inter" w:hAnsi="Inter"/>
                <w:b/>
                <w:color w:val="627587"/>
                <w:sz w:val="14"/>
              </w:rPr>
              <w:t>BISHERIGE PLZ / ORT</w:t>
            </w:r>
          </w:p>
          <w:p>
            <w:pPr>
              <w:spacing w:after="0" w:line="240" w:lineRule="auto"/>
            </w:pPr>
            <w:sdt>
              <w:sdtPr>
                <w:alias w:val="Bisherige PLZ / Ort"/>
                <w:tag w:val="old_city"/>
                <w:id w:val="71004"/>
                <w:text w:multiLine="0"/>
                <w:showingPlcHdr/>
              </w:sdtPr>
              <w:sdtContent>
                <w:r>
                  <w:rPr>
                    <w:rFonts w:ascii="Inter" w:hAnsi="Inter"/>
                    <w:color w:val="82949F"/>
                    <w:sz w:val="18"/>
                  </w:rPr>
                  <w:t>PLZ und Wohnort</w:t>
                </w:r>
              </w:sdtContent>
            </w:sdt>
          </w:p>
        </w:tc>
      </w:tr>
    </w:tbl>
    <w:p>
      <w:pPr>
        <w:spacing w:after="0" w:before="0" w:line="240" w:lineRule="auto"/>
      </w:pPr>
      <w:r>
        <w:rPr>
          <w:sz w:val="14"/>
        </w:rPr>
        <w:t xml:space="preserve"> </w:t>
      </w:r>
    </w:p>
    <w:tbl>
      <w:tblPr>
        <w:tblW w:type="auto" w:w="0"/>
        <w:tblLayout w:type="fixed"/>
        <w:tblLook w:firstColumn="1" w:firstRow="1" w:lastColumn="0" w:lastRow="0" w:noHBand="0" w:noVBand="1" w:val="04A0"/>
      </w:tblPr>
      <w:tblGrid>
        <w:gridCol w:w="386"/>
        <w:gridCol w:w="9422"/>
      </w:tblGrid>
      <w:tr>
        <w:tc>
          <w:tcPr>
            <w:tcW w:type="dxa" w:w="4904"/>
            <w:tcMar>
              <w:top w:w="45" w:type="dxa"/>
              <w:start w:w="0" w:type="dxa"/>
              <w:bottom w:w="15" w:type="dxa"/>
              <w:end w:w="0" w:type="dxa"/>
            </w:tcMar>
          </w:tcPr>
          <w:p>
            <w:r>
              <w:rPr>
                <w:rFonts w:ascii="Inter" w:hAnsi="Inter"/>
                <w:b/>
                <w:color w:val="027F82"/>
                <w:sz w:val="16"/>
              </w:rPr>
              <w:t>02</w:t>
            </w:r>
          </w:p>
        </w:tc>
        <w:tc>
          <w:tcPr>
            <w:tcW w:type="dxa" w:w="4904"/>
            <w:tcMar>
              <w:top w:w="45" w:type="dxa"/>
              <w:start w:w="0" w:type="dxa"/>
              <w:bottom w:w="15" w:type="dxa"/>
              <w:end w:w="0" w:type="dxa"/>
            </w:tcMar>
          </w:tcPr>
          <w:p>
            <w:r>
              <w:rPr>
                <w:rFonts w:ascii="Inter" w:hAnsi="Inter"/>
                <w:b/>
                <w:color w:val="112A3E"/>
                <w:sz w:val="20"/>
              </w:rPr>
              <w:t>Bevollmächtigte Person</w:t>
            </w:r>
            <w:r>
              <w:rPr>
                <w:rFonts w:ascii="Inter" w:hAnsi="Inter"/>
                <w:b w:val="0"/>
                <w:color w:val="627587"/>
                <w:sz w:val="14"/>
              </w:rPr>
              <w:t xml:space="preserve">   Die Person, die den Behördentermin übernimmt</w:t>
            </w:r>
          </w:p>
        </w:tc>
      </w:tr>
    </w:tbl>
    <w:tbl>
      <w:tblPr>
        <w:tblW w:type="auto" w:w="0"/>
        <w:tblLayout w:type="fixed"/>
        <w:tblLook w:firstColumn="1" w:firstRow="1" w:lastColumn="0" w:lastRow="0" w:noHBand="0" w:noVBand="1" w:val="04A0"/>
      </w:tblPr>
      <w:tblGrid>
        <w:gridCol w:w="6463"/>
        <w:gridCol w:w="113"/>
        <w:gridCol w:w="3231"/>
      </w:tblGrid>
      <w:tr>
        <w:tc>
          <w:tcPr>
            <w:tcW w:type="dxa" w:w="6463"/>
            <w:vAlign w:val="center"/>
            <w:shd w:fill="F3F7F8"/>
            <w:tcMar>
              <w:top w:w="90" w:type="dxa"/>
              <w:start w:w="155" w:type="dxa"/>
              <w:bottom w:w="105" w:type="dxa"/>
              <w:end w:w="145" w:type="dxa"/>
            </w:tcMar>
          </w:tcPr>
          <w:p>
            <w:pPr>
              <w:spacing w:after="80"/>
            </w:pPr>
            <w:r>
              <w:rPr>
                <w:rFonts w:ascii="Inter" w:hAnsi="Inter"/>
                <w:b/>
                <w:color w:val="627587"/>
                <w:sz w:val="14"/>
              </w:rPr>
              <w:t>VOR- UND NACHNAME</w:t>
            </w:r>
          </w:p>
          <w:p>
            <w:pPr>
              <w:spacing w:after="0" w:line="240" w:lineRule="auto"/>
            </w:pPr>
            <w:sdt>
              <w:sdtPr>
                <w:alias w:val="Vor- und Nachname"/>
                <w:tag w:val="agent_name"/>
                <w:id w:val="71005"/>
                <w:text w:multiLine="0"/>
                <w:showingPlcHdr/>
              </w:sdtPr>
              <w:sdtContent>
                <w:r>
                  <w:rPr>
                    <w:rFonts w:ascii="Inter" w:hAnsi="Inter"/>
                    <w:color w:val="82949F"/>
                    <w:sz w:val="18"/>
                  </w:rPr>
                  <w:t>Vollständigen Namen eingeben</w:t>
                </w:r>
              </w:sdtContent>
            </w:sdt>
          </w:p>
        </w:tc>
        <w:tc>
          <w:tcPr>
            <w:tcW w:type="dxa" w:w="113"/>
            <w:tcMar>
              <w:top w:w="0" w:type="dxa"/>
              <w:start w:w="0" w:type="dxa"/>
              <w:bottom w:w="0" w:type="dxa"/>
              <w:end w:w="0" w:type="dxa"/>
            </w:tcMar>
          </w:tcPr>
          <w:p/>
        </w:tc>
        <w:tc>
          <w:tcPr>
            <w:tcW w:type="dxa" w:w="3231"/>
            <w:vAlign w:val="center"/>
            <w:shd w:fill="F3F7F8"/>
            <w:tcMar>
              <w:top w:w="90" w:type="dxa"/>
              <w:start w:w="155" w:type="dxa"/>
              <w:bottom w:w="105" w:type="dxa"/>
              <w:end w:w="145" w:type="dxa"/>
            </w:tcMar>
          </w:tcPr>
          <w:p>
            <w:pPr>
              <w:spacing w:after="80"/>
            </w:pPr>
            <w:r>
              <w:rPr>
                <w:rFonts w:ascii="Inter" w:hAnsi="Inter"/>
                <w:b/>
                <w:color w:val="627587"/>
                <w:sz w:val="14"/>
              </w:rPr>
              <w:t>GEBURTSDATUM</w:t>
            </w:r>
          </w:p>
          <w:p>
            <w:pPr>
              <w:spacing w:after="0" w:line="240" w:lineRule="auto"/>
            </w:pPr>
            <w:sdt>
              <w:sdtPr>
                <w:alias w:val="Geburtsdatum"/>
                <w:tag w:val="agent_birth"/>
                <w:id w:val="71006"/>
                <w:text w:multiLine="0"/>
                <w:showingPlcHdr/>
              </w:sdtPr>
              <w:sdtContent>
                <w:r>
                  <w:rPr>
                    <w:rFonts w:ascii="Inter" w:hAnsi="Inter"/>
                    <w:color w:val="82949F"/>
                    <w:sz w:val="18"/>
                  </w:rPr>
                  <w:t>TT.MM.JJJJ</w:t>
                </w:r>
              </w:sdtContent>
            </w:sdt>
          </w:p>
        </w:tc>
      </w:tr>
    </w:tbl>
    <w:p>
      <w:pPr>
        <w:spacing w:after="0" w:before="0" w:line="240" w:lineRule="auto"/>
      </w:pPr>
      <w:r>
        <w:rPr>
          <w:sz w:val="6"/>
        </w:rPr>
        <w:t xml:space="preserve"> </w:t>
      </w:r>
    </w:p>
    <w:tbl>
      <w:tblPr>
        <w:tblW w:type="auto" w:w="0"/>
        <w:tblLayout w:type="fixed"/>
        <w:tblLook w:firstColumn="1" w:firstRow="1" w:lastColumn="0" w:lastRow="0" w:noHBand="0" w:noVBand="1" w:val="04A0"/>
      </w:tblPr>
      <w:tblGrid>
        <w:gridCol w:w="5896"/>
        <w:gridCol w:w="113"/>
        <w:gridCol w:w="3798"/>
      </w:tblGrid>
      <w:tr>
        <w:tc>
          <w:tcPr>
            <w:tcW w:type="dxa" w:w="5896"/>
            <w:vAlign w:val="center"/>
            <w:shd w:fill="F3F7F8"/>
            <w:tcMar>
              <w:top w:w="90" w:type="dxa"/>
              <w:start w:w="155" w:type="dxa"/>
              <w:bottom w:w="105" w:type="dxa"/>
              <w:end w:w="145" w:type="dxa"/>
            </w:tcMar>
          </w:tcPr>
          <w:p>
            <w:pPr>
              <w:spacing w:after="80"/>
            </w:pPr>
            <w:r>
              <w:rPr>
                <w:rFonts w:ascii="Inter" w:hAnsi="Inter"/>
                <w:b/>
                <w:color w:val="627587"/>
                <w:sz w:val="14"/>
              </w:rPr>
              <w:t>STRASSE / HAUSNUMMER</w:t>
            </w:r>
          </w:p>
          <w:p>
            <w:pPr>
              <w:spacing w:after="0" w:line="240" w:lineRule="auto"/>
            </w:pPr>
            <w:sdt>
              <w:sdtPr>
                <w:alias w:val="Straße / Hausnummer"/>
                <w:tag w:val="agent_street"/>
                <w:id w:val="71007"/>
                <w:text w:multiLine="0"/>
                <w:showingPlcHdr/>
              </w:sdtPr>
              <w:sdtContent>
                <w:r>
                  <w:rPr>
                    <w:rFonts w:ascii="Inter" w:hAnsi="Inter"/>
                    <w:color w:val="82949F"/>
                    <w:sz w:val="18"/>
                  </w:rPr>
                  <w:t>Straße und Hausnummer</w:t>
                </w:r>
              </w:sdtContent>
            </w:sdt>
          </w:p>
        </w:tc>
        <w:tc>
          <w:tcPr>
            <w:tcW w:type="dxa" w:w="113"/>
            <w:tcMar>
              <w:top w:w="0" w:type="dxa"/>
              <w:start w:w="0" w:type="dxa"/>
              <w:bottom w:w="0" w:type="dxa"/>
              <w:end w:w="0" w:type="dxa"/>
            </w:tcMar>
          </w:tcPr>
          <w:p/>
        </w:tc>
        <w:tc>
          <w:tcPr>
            <w:tcW w:type="dxa" w:w="3798"/>
            <w:vAlign w:val="center"/>
            <w:shd w:fill="F3F7F8"/>
            <w:tcMar>
              <w:top w:w="90" w:type="dxa"/>
              <w:start w:w="155" w:type="dxa"/>
              <w:bottom w:w="105" w:type="dxa"/>
              <w:end w:w="145" w:type="dxa"/>
            </w:tcMar>
          </w:tcPr>
          <w:p>
            <w:pPr>
              <w:spacing w:after="80"/>
            </w:pPr>
            <w:r>
              <w:rPr>
                <w:rFonts w:ascii="Inter" w:hAnsi="Inter"/>
                <w:b/>
                <w:color w:val="627587"/>
                <w:sz w:val="14"/>
              </w:rPr>
              <w:t>PLZ / ORT</w:t>
            </w:r>
          </w:p>
          <w:p>
            <w:pPr>
              <w:spacing w:after="0" w:line="240" w:lineRule="auto"/>
            </w:pPr>
            <w:sdt>
              <w:sdtPr>
                <w:alias w:val="PLZ / Ort"/>
                <w:tag w:val="agent_city"/>
                <w:id w:val="71008"/>
                <w:text w:multiLine="0"/>
                <w:showingPlcHdr/>
              </w:sdtPr>
              <w:sdtContent>
                <w:r>
                  <w:rPr>
                    <w:rFonts w:ascii="Inter" w:hAnsi="Inter"/>
                    <w:color w:val="82949F"/>
                    <w:sz w:val="18"/>
                  </w:rPr>
                  <w:t>PLZ und Wohnort</w:t>
                </w:r>
              </w:sdtContent>
            </w:sdt>
          </w:p>
        </w:tc>
      </w:tr>
    </w:tbl>
    <w:p>
      <w:pPr>
        <w:spacing w:after="0" w:before="0" w:line="240" w:lineRule="auto"/>
      </w:pPr>
      <w:r>
        <w:rPr>
          <w:sz w:val="14"/>
        </w:rPr>
        <w:t xml:space="preserve"> </w:t>
      </w:r>
    </w:p>
    <w:tbl>
      <w:tblPr>
        <w:tblW w:type="auto" w:w="0"/>
        <w:tblLayout w:type="fixed"/>
        <w:tblLook w:firstColumn="1" w:firstRow="1" w:lastColumn="0" w:lastRow="0" w:noHBand="0" w:noVBand="1" w:val="04A0"/>
      </w:tblPr>
      <w:tblGrid>
        <w:gridCol w:w="386"/>
        <w:gridCol w:w="9422"/>
      </w:tblGrid>
      <w:tr>
        <w:tc>
          <w:tcPr>
            <w:tcW w:type="dxa" w:w="4904"/>
            <w:tcMar>
              <w:top w:w="45" w:type="dxa"/>
              <w:start w:w="0" w:type="dxa"/>
              <w:bottom w:w="15" w:type="dxa"/>
              <w:end w:w="0" w:type="dxa"/>
            </w:tcMar>
          </w:tcPr>
          <w:p>
            <w:r>
              <w:rPr>
                <w:rFonts w:ascii="Inter" w:hAnsi="Inter"/>
                <w:b/>
                <w:color w:val="027F82"/>
                <w:sz w:val="16"/>
              </w:rPr>
              <w:t>03</w:t>
            </w:r>
          </w:p>
        </w:tc>
        <w:tc>
          <w:tcPr>
            <w:tcW w:type="dxa" w:w="4904"/>
            <w:tcMar>
              <w:top w:w="45" w:type="dxa"/>
              <w:start w:w="0" w:type="dxa"/>
              <w:bottom w:w="15" w:type="dxa"/>
              <w:end w:w="0" w:type="dxa"/>
            </w:tcMar>
          </w:tcPr>
          <w:p>
            <w:r>
              <w:rPr>
                <w:rFonts w:ascii="Inter" w:hAnsi="Inter"/>
                <w:b/>
                <w:color w:val="112A3E"/>
                <w:sz w:val="20"/>
              </w:rPr>
              <w:t>Angaben zum Wohnungswechsel</w:t>
            </w:r>
            <w:r>
              <w:rPr>
                <w:rFonts w:ascii="Inter" w:hAnsi="Inter"/>
                <w:b w:val="0"/>
                <w:color w:val="627587"/>
                <w:sz w:val="14"/>
              </w:rPr>
              <w:t xml:space="preserve">   Für die Ummeldung maßgebliche Wohnanschrift</w:t>
            </w:r>
          </w:p>
        </w:tc>
      </w:tr>
    </w:tbl>
    <w:tbl>
      <w:tblPr>
        <w:tblW w:type="auto" w:w="0"/>
        <w:tblLayout w:type="fixed"/>
        <w:tblLook w:firstColumn="1" w:firstRow="1" w:lastColumn="0" w:lastRow="0" w:noHBand="0" w:noVBand="1" w:val="04A0"/>
      </w:tblPr>
      <w:tblGrid>
        <w:gridCol w:w="5896"/>
        <w:gridCol w:w="113"/>
        <w:gridCol w:w="3798"/>
      </w:tblGrid>
      <w:tr>
        <w:tc>
          <w:tcPr>
            <w:tcW w:type="dxa" w:w="5896"/>
            <w:vAlign w:val="center"/>
            <w:shd w:fill="F3F7F8"/>
            <w:tcMar>
              <w:top w:w="90" w:type="dxa"/>
              <w:start w:w="155" w:type="dxa"/>
              <w:bottom w:w="105" w:type="dxa"/>
              <w:end w:w="145" w:type="dxa"/>
            </w:tcMar>
          </w:tcPr>
          <w:p>
            <w:pPr>
              <w:spacing w:after="80"/>
            </w:pPr>
            <w:r>
              <w:rPr>
                <w:rFonts w:ascii="Inter" w:hAnsi="Inter"/>
                <w:b/>
                <w:color w:val="627587"/>
                <w:sz w:val="14"/>
              </w:rPr>
              <w:t>NEUE STRASSE / HAUSNUMMER</w:t>
            </w:r>
          </w:p>
          <w:p>
            <w:pPr>
              <w:spacing w:after="0" w:line="240" w:lineRule="auto"/>
            </w:pPr>
            <w:sdt>
              <w:sdtPr>
                <w:alias w:val="Neue Straße / Hausnummer"/>
                <w:tag w:val="new_street"/>
                <w:id w:val="71009"/>
                <w:text w:multiLine="0"/>
                <w:showingPlcHdr/>
              </w:sdtPr>
              <w:sdtContent>
                <w:r>
                  <w:rPr>
                    <w:rFonts w:ascii="Inter" w:hAnsi="Inter"/>
                    <w:color w:val="82949F"/>
                    <w:sz w:val="18"/>
                  </w:rPr>
                  <w:t>Straße und Hausnummer</w:t>
                </w:r>
              </w:sdtContent>
            </w:sdt>
          </w:p>
        </w:tc>
        <w:tc>
          <w:tcPr>
            <w:tcW w:type="dxa" w:w="113"/>
            <w:tcMar>
              <w:top w:w="0" w:type="dxa"/>
              <w:start w:w="0" w:type="dxa"/>
              <w:bottom w:w="0" w:type="dxa"/>
              <w:end w:w="0" w:type="dxa"/>
            </w:tcMar>
          </w:tcPr>
          <w:p/>
        </w:tc>
        <w:tc>
          <w:tcPr>
            <w:tcW w:type="dxa" w:w="3798"/>
            <w:vAlign w:val="center"/>
            <w:shd w:fill="F3F7F8"/>
            <w:tcMar>
              <w:top w:w="90" w:type="dxa"/>
              <w:start w:w="155" w:type="dxa"/>
              <w:bottom w:w="105" w:type="dxa"/>
              <w:end w:w="145" w:type="dxa"/>
            </w:tcMar>
          </w:tcPr>
          <w:p>
            <w:pPr>
              <w:spacing w:after="80"/>
            </w:pPr>
            <w:r>
              <w:rPr>
                <w:rFonts w:ascii="Inter" w:hAnsi="Inter"/>
                <w:b/>
                <w:color w:val="627587"/>
                <w:sz w:val="14"/>
              </w:rPr>
              <w:t>NEUE PLZ / ORT</w:t>
            </w:r>
          </w:p>
          <w:p>
            <w:pPr>
              <w:spacing w:after="0" w:line="240" w:lineRule="auto"/>
            </w:pPr>
            <w:sdt>
              <w:sdtPr>
                <w:alias w:val="Neue PLZ / Ort"/>
                <w:tag w:val="new_city"/>
                <w:id w:val="71010"/>
                <w:text w:multiLine="0"/>
                <w:showingPlcHdr/>
              </w:sdtPr>
              <w:sdtContent>
                <w:r>
                  <w:rPr>
                    <w:rFonts w:ascii="Inter" w:hAnsi="Inter"/>
                    <w:color w:val="82949F"/>
                    <w:sz w:val="18"/>
                  </w:rPr>
                  <w:t>PLZ und Wohnort</w:t>
                </w:r>
              </w:sdtContent>
            </w:sdt>
          </w:p>
        </w:tc>
      </w:tr>
    </w:tbl>
    <w:p>
      <w:pPr>
        <w:spacing w:after="0" w:before="0" w:line="240" w:lineRule="auto"/>
      </w:pPr>
      <w:r>
        <w:rPr>
          <w:sz w:val="6"/>
        </w:rPr>
        <w:t xml:space="preserve"> </w:t>
      </w:r>
    </w:p>
    <w:tbl>
      <w:tblPr>
        <w:tblW w:type="auto" w:w="0"/>
        <w:tblLayout w:type="fixed"/>
        <w:tblLook w:firstColumn="1" w:firstRow="1" w:lastColumn="0" w:lastRow="0" w:noHBand="0" w:noVBand="1" w:val="04A0"/>
      </w:tblPr>
      <w:tblGrid>
        <w:gridCol w:w="3628"/>
        <w:gridCol w:w="113"/>
        <w:gridCol w:w="6066"/>
      </w:tblGrid>
      <w:tr>
        <w:tc>
          <w:tcPr>
            <w:tcW w:type="dxa" w:w="3628"/>
            <w:vAlign w:val="center"/>
            <w:shd w:fill="F3F7F8"/>
            <w:tcMar>
              <w:top w:w="90" w:type="dxa"/>
              <w:start w:w="155" w:type="dxa"/>
              <w:bottom w:w="105" w:type="dxa"/>
              <w:end w:w="145" w:type="dxa"/>
            </w:tcMar>
          </w:tcPr>
          <w:p>
            <w:pPr>
              <w:spacing w:after="80"/>
            </w:pPr>
            <w:r>
              <w:rPr>
                <w:rFonts w:ascii="Inter" w:hAnsi="Inter"/>
                <w:b/>
                <w:color w:val="627587"/>
                <w:sz w:val="14"/>
              </w:rPr>
              <w:t>TATSÄCHLICHES EINZUGSDATUM</w:t>
            </w:r>
          </w:p>
          <w:p>
            <w:pPr>
              <w:spacing w:after="0" w:line="240" w:lineRule="auto"/>
            </w:pPr>
            <w:sdt>
              <w:sdtPr>
                <w:alias w:val="Tatsächliches Einzugsdatum"/>
                <w:tag w:val="move_date"/>
                <w:id w:val="71011"/>
                <w:text w:multiLine="0"/>
                <w:showingPlcHdr/>
              </w:sdtPr>
              <w:sdtContent>
                <w:r>
                  <w:rPr>
                    <w:rFonts w:ascii="Inter" w:hAnsi="Inter"/>
                    <w:color w:val="82949F"/>
                    <w:sz w:val="18"/>
                  </w:rPr>
                  <w:t>TT.MM.JJJJ</w:t>
                </w:r>
              </w:sdtContent>
            </w:sdt>
          </w:p>
        </w:tc>
        <w:tc>
          <w:tcPr>
            <w:tcW w:type="dxa" w:w="113"/>
            <w:tcMar>
              <w:top w:w="0" w:type="dxa"/>
              <w:start w:w="0" w:type="dxa"/>
              <w:bottom w:w="0" w:type="dxa"/>
              <w:end w:w="0" w:type="dxa"/>
            </w:tcMar>
          </w:tcPr>
          <w:p/>
        </w:tc>
        <w:tc>
          <w:tcPr>
            <w:tcW w:type="dxa" w:w="6066"/>
            <w:vAlign w:val="center"/>
            <w:shd w:fill="F3F7F8"/>
            <w:tcMar>
              <w:top w:w="90" w:type="dxa"/>
              <w:start w:w="155" w:type="dxa"/>
              <w:bottom w:w="105" w:type="dxa"/>
              <w:end w:w="145" w:type="dxa"/>
            </w:tcMar>
          </w:tcPr>
          <w:p>
            <w:pPr>
              <w:spacing w:after="80"/>
            </w:pPr>
            <w:r>
              <w:rPr>
                <w:rFonts w:ascii="Inter" w:hAnsi="Inter"/>
                <w:b/>
                <w:color w:val="627587"/>
                <w:sz w:val="14"/>
              </w:rPr>
              <w:t>ZUSTÄNDIGE MELDEBEHÖRDE  ·  OPTIONAL</w:t>
            </w:r>
          </w:p>
          <w:p>
            <w:pPr>
              <w:spacing w:after="0" w:line="240" w:lineRule="auto"/>
            </w:pPr>
            <w:sdt>
              <w:sdtPr>
                <w:alias w:val="Zuständige Meldebehörde  ·  optional"/>
                <w:tag w:val="authority"/>
                <w:id w:val="71012"/>
                <w:text w:multiLine="0"/>
                <w:showingPlcHdr/>
              </w:sdtPr>
              <w:sdtContent>
                <w:r>
                  <w:rPr>
                    <w:rFonts w:ascii="Inter" w:hAnsi="Inter"/>
                    <w:color w:val="82949F"/>
                    <w:sz w:val="18"/>
                  </w:rPr>
                  <w:t>Amt oder Kommune</w:t>
                </w:r>
              </w:sdtContent>
            </w:sdt>
          </w:p>
        </w:tc>
      </w:tr>
    </w:tbl>
    <w:p>
      <w:pPr>
        <w:spacing w:after="0" w:before="0" w:line="240" w:lineRule="auto"/>
      </w:pPr>
      <w:r>
        <w:rPr>
          <w:sz w:val="14"/>
        </w:rPr>
        <w:t xml:space="preserve"> </w:t>
      </w:r>
    </w:p>
    <w:tbl>
      <w:tblPr>
        <w:tblW w:type="auto" w:w="0"/>
        <w:tblLayout w:type="fixed"/>
        <w:tblLook w:firstColumn="1" w:firstRow="1" w:lastColumn="0" w:lastRow="0" w:noHBand="0" w:noVBand="1" w:val="04A0"/>
      </w:tblPr>
      <w:tblGrid>
        <w:gridCol w:w="386"/>
        <w:gridCol w:w="9422"/>
      </w:tblGrid>
      <w:tr>
        <w:tc>
          <w:tcPr>
            <w:tcW w:type="dxa" w:w="4904"/>
            <w:tcMar>
              <w:top w:w="45" w:type="dxa"/>
              <w:start w:w="0" w:type="dxa"/>
              <w:bottom w:w="15" w:type="dxa"/>
              <w:end w:w="0" w:type="dxa"/>
            </w:tcMar>
          </w:tcPr>
          <w:p>
            <w:r>
              <w:rPr>
                <w:rFonts w:ascii="Inter" w:hAnsi="Inter"/>
                <w:b/>
                <w:color w:val="027F82"/>
                <w:sz w:val="16"/>
              </w:rPr>
              <w:t>04</w:t>
            </w:r>
          </w:p>
        </w:tc>
        <w:tc>
          <w:tcPr>
            <w:tcW w:type="dxa" w:w="4904"/>
            <w:tcMar>
              <w:top w:w="45" w:type="dxa"/>
              <w:start w:w="0" w:type="dxa"/>
              <w:bottom w:w="15" w:type="dxa"/>
              <w:end w:w="0" w:type="dxa"/>
            </w:tcMar>
          </w:tcPr>
          <w:p>
            <w:r>
              <w:rPr>
                <w:rFonts w:ascii="Inter" w:hAnsi="Inter"/>
                <w:b/>
                <w:color w:val="112A3E"/>
                <w:sz w:val="20"/>
              </w:rPr>
              <w:t>Erteilte Vollmacht</w:t>
            </w:r>
          </w:p>
        </w:tc>
      </w:tr>
    </w:tbl>
    <w:p>
      <w:pPr>
        <w:spacing w:before="60" w:after="100"/>
      </w:pPr>
      <w:r>
        <w:rPr>
          <w:rFonts w:ascii="Inter" w:hAnsi="Inter"/>
          <w:b w:val="0"/>
          <w:color w:val="203548"/>
          <w:sz w:val="18"/>
        </w:rPr>
        <w:t>Hiermit bevollmächtige ich die unter Ziffer 02 genannte Person, die Ummeldung meines Wohnsitzes für die unter Ziffer 03 bezeichnete Wohnung in meinem Namen vorzunehmen. Sie darf den von mir unterschriebenen Meldeschein sowie die erforderlichen Nachweise einreichen, hierzu notwendige Erklärungen gegenüber der Meldebehörde abgeben und die amtliche Meldebestätigung entgegennehmen.</w:t>
      </w:r>
    </w:p>
    <w:tbl>
      <w:tblPr>
        <w:tblW w:type="auto" w:w="0"/>
        <w:tblLook w:firstColumn="1" w:firstRow="1" w:lastColumn="0" w:lastRow="0" w:noHBand="0" w:noVBand="1" w:val="04A0"/>
      </w:tblPr>
      <w:tblGrid>
        <w:gridCol w:w="9808"/>
      </w:tblGrid>
      <w:tr>
        <w:tc>
          <w:tcPr>
            <w:tcW w:type="dxa" w:w="9808"/>
            <w:shd w:fill="E6F4F2"/>
            <w:tcMar>
              <w:top w:w="120" w:type="dxa"/>
              <w:start w:w="180" w:type="dxa"/>
              <w:bottom w:w="100" w:type="dxa"/>
              <w:end w:w="155" w:type="dxa"/>
            </w:tcMar>
          </w:tcPr>
          <w:p>
            <w:sdt>
              <w:sdtPr>
                <w:alias w:val="Anschriftänderung in Ausweisdokumenten"/>
                <w:tag w:val="id_update"/>
                <w:id w:val="71013"/>
                <w14:checkbox>
                  <w14:checked w14:val="0"/>
                  <w14:checkedState w14:val="2612" w14:font="Segoe UI Symbol"/>
                  <w14:uncheckedState w14:val="2610" w14:font="Segoe UI Symbol"/>
                </w14:checkbox>
              </w:sdtPr>
              <w:sdtContent>
                <w:r>
                  <w:rPr>
                    <w:rFonts w:ascii="DejaVu Sans" w:hAnsi="DejaVu Sans"/>
                    <w:color w:val="027F82"/>
                    <w:sz w:val="21"/>
                  </w:rPr>
                  <w:t>☐</w:t>
                </w:r>
              </w:sdtContent>
            </w:sdt>
            <w:r>
              <w:rPr>
                <w:rFonts w:ascii="Inter" w:hAnsi="Inter"/>
                <w:b w:val="0"/>
                <w:color w:val="112A3E"/>
                <w:sz w:val="16"/>
              </w:rPr>
              <w:t xml:space="preserve">  Zusätzlich: Aktualisierung der Anschrift in meinen Ausweisdokumenten veranlassen, soweit die Behörde dies zulässt.</w:t>
            </w:r>
          </w:p>
        </w:tc>
      </w:tr>
    </w:tbl>
    <w:p>
      <w:pPr>
        <w:spacing w:after="0" w:before="0" w:line="240" w:lineRule="auto"/>
      </w:pPr>
      <w:r>
        <w:rPr>
          <w:sz w:val="6"/>
        </w:rPr>
        <w:t xml:space="preserve"> </w:t>
      </w:r>
    </w:p>
    <w:p>
      <w:pPr>
        <w:spacing w:after="0"/>
      </w:pPr>
      <w:r>
        <w:rPr>
          <w:rFonts w:ascii="Inter" w:hAnsi="Inter"/>
          <w:b w:val="0"/>
          <w:color w:val="627587"/>
          <w:sz w:val="16"/>
        </w:rPr>
        <w:t>Die Vollmacht ist auf diesen Wohnungswechsel beschränkt und endet mit Abschluss der Ummeldung oder durch vorherigen Widerruf.</w:t>
      </w:r>
    </w:p>
    <w:p>
      <w:pPr>
        <w:spacing w:after="0" w:before="0" w:line="240" w:lineRule="auto"/>
      </w:pPr>
      <w:r>
        <w:rPr>
          <w:sz w:val="16"/>
        </w:rPr>
        <w:t xml:space="preserve"> </w:t>
      </w:r>
    </w:p>
    <w:tbl>
      <w:tblPr>
        <w:tblW w:type="auto" w:w="0"/>
        <w:tblLayout w:type="fixed"/>
        <w:tblLook w:firstColumn="1" w:firstRow="1" w:lastColumn="0" w:lastRow="0" w:noHBand="0" w:noVBand="1" w:val="04A0"/>
      </w:tblPr>
      <w:tblGrid>
        <w:gridCol w:w="386"/>
        <w:gridCol w:w="9422"/>
      </w:tblGrid>
      <w:tr>
        <w:tc>
          <w:tcPr>
            <w:tcW w:type="dxa" w:w="4904"/>
            <w:tcMar>
              <w:top w:w="45" w:type="dxa"/>
              <w:start w:w="0" w:type="dxa"/>
              <w:bottom w:w="15" w:type="dxa"/>
              <w:end w:w="0" w:type="dxa"/>
            </w:tcMar>
          </w:tcPr>
          <w:p>
            <w:r>
              <w:rPr>
                <w:rFonts w:ascii="Inter" w:hAnsi="Inter"/>
                <w:b/>
                <w:color w:val="027F82"/>
                <w:sz w:val="16"/>
              </w:rPr>
              <w:t>05</w:t>
            </w:r>
          </w:p>
        </w:tc>
        <w:tc>
          <w:tcPr>
            <w:tcW w:type="dxa" w:w="4904"/>
            <w:tcMar>
              <w:top w:w="45" w:type="dxa"/>
              <w:start w:w="0" w:type="dxa"/>
              <w:bottom w:w="15" w:type="dxa"/>
              <w:end w:w="0" w:type="dxa"/>
            </w:tcMar>
          </w:tcPr>
          <w:p>
            <w:r>
              <w:rPr>
                <w:rFonts w:ascii="Inter" w:hAnsi="Inter"/>
                <w:b/>
                <w:color w:val="112A3E"/>
                <w:sz w:val="20"/>
              </w:rPr>
              <w:t>Ort, Datum und Unterschrift</w:t>
            </w:r>
          </w:p>
        </w:tc>
      </w:tr>
    </w:tbl>
    <w:tbl>
      <w:tblPr>
        <w:tblW w:type="auto" w:w="0"/>
        <w:tblLayout w:type="fixed"/>
        <w:tblLook w:firstColumn="1" w:firstRow="1" w:lastColumn="0" w:lastRow="0" w:noHBand="0" w:noVBand="1" w:val="04A0"/>
      </w:tblPr>
      <w:tblGrid>
        <w:gridCol w:w="3458"/>
        <w:gridCol w:w="6350"/>
      </w:tblGrid>
      <w:tr>
        <w:tc>
          <w:tcPr>
            <w:tcW w:type="dxa" w:w="4904"/>
            <w:tcMar>
              <w:top w:w="90" w:type="dxa"/>
              <w:start w:w="130" w:type="dxa"/>
              <w:bottom w:w="60" w:type="dxa"/>
              <w:end w:w="130" w:type="dxa"/>
            </w:tcMar>
            <w:shd w:fill="F3F7F8"/>
          </w:tcPr>
          <w:p>
            <w:r>
              <w:rPr>
                <w:rFonts w:ascii="Inter" w:hAnsi="Inter"/>
                <w:b/>
                <w:color w:val="627587"/>
                <w:sz w:val="14"/>
              </w:rPr>
              <w:t>ORT / DATUM</w:t>
            </w:r>
          </w:p>
          <w:p>
            <w:sdt>
              <w:sdtPr>
                <w:alias w:val="Ort und Datum"/>
                <w:tag w:val="sign_place_date"/>
                <w:id w:val="71014"/>
                <w:text w:multiLine="0"/>
                <w:showingPlcHdr/>
              </w:sdtPr>
              <w:sdtContent>
                <w:r>
                  <w:rPr>
                    <w:rFonts w:ascii="Inter" w:hAnsi="Inter"/>
                    <w:color w:val="82949F"/>
                    <w:sz w:val="18"/>
                  </w:rPr>
                  <w:t>Ort, TT.MM.JJJJ</w:t>
                </w:r>
              </w:sdtContent>
            </w:sdt>
          </w:p>
        </w:tc>
        <w:tc>
          <w:tcPr>
            <w:tcW w:type="dxa" w:w="4904"/>
            <w:tcMar>
              <w:top w:w="90" w:type="dxa"/>
              <w:start w:w="130" w:type="dxa"/>
              <w:bottom w:w="60" w:type="dxa"/>
              <w:end w:w="130" w:type="dxa"/>
            </w:tcMar>
            <w:shd w:fill="F3F7F8"/>
          </w:tcPr>
          <w:p>
            <w:r>
              <w:rPr>
                <w:rFonts w:ascii="Inter" w:hAnsi="Inter"/>
                <w:b/>
                <w:color w:val="627587"/>
                <w:sz w:val="14"/>
              </w:rPr>
              <w:t>EIGENHÄNDIGE UNTERSCHRIFT</w:t>
            </w:r>
          </w:p>
          <w:p>
            <w:pPr>
              <w:spacing w:before="260" w:after="20"/>
            </w:pPr>
            <w:r>
              <w:rPr>
                <w:rFonts w:ascii="Inter" w:hAnsi="Inter"/>
                <w:b w:val="0"/>
                <w:color w:val="027F82"/>
                <w:sz w:val="18"/>
              </w:rPr>
              <w:t>________________________________________________</w:t>
            </w:r>
          </w:p>
        </w:tc>
      </w:tr>
    </w:tbl>
    <w:p>
      <w:pPr>
        <w:spacing w:after="0" w:before="0" w:line="240" w:lineRule="auto"/>
      </w:pPr>
      <w:r>
        <w:rPr>
          <w:sz w:val="16"/>
        </w:rPr>
        <w:t xml:space="preserve"> </w:t>
      </w:r>
    </w:p>
    <w:p>
      <w:pPr>
        <w:spacing w:after="0"/>
      </w:pPr>
      <w:r>
        <w:rPr>
          <w:rFonts w:ascii="Inter" w:hAnsi="Inter"/>
          <w:b/>
          <w:color w:val="027F82"/>
          <w:sz w:val="14"/>
        </w:rPr>
        <w:t xml:space="preserve">HINWEIS  </w:t>
      </w:r>
      <w:r>
        <w:rPr>
          <w:rFonts w:ascii="Inter" w:hAnsi="Inter"/>
          <w:b w:val="0"/>
          <w:color w:val="627587"/>
          <w:sz w:val="15"/>
        </w:rPr>
        <w:t>Diese Vollmacht ersetzt weder den unterschriebenen Meldeschein noch die Wohnungsgeberbestätigung. Zusätzliche Vorgaben der örtlichen Meldebehörde sind zu beachten.</w:t>
      </w:r>
    </w:p>
    <w:p>
      <w:r>
        <w:br w:type="page"/>
      </w:r>
    </w:p>
    <w:p>
      <w:pPr>
        <w:spacing w:after="0" w:before="0" w:line="240" w:lineRule="auto"/>
      </w:pPr>
      <w:r>
        <w:rPr>
          <w:sz w:val="8"/>
        </w:rPr>
        <w:t xml:space="preserve"> </w:t>
      </w:r>
    </w:p>
    <w:tbl>
      <w:tblPr>
        <w:tblW w:type="auto" w:w="0"/>
        <w:tblLayout w:type="fixed"/>
        <w:tblLook w:firstColumn="1" w:firstRow="1" w:lastColumn="0" w:lastRow="0" w:noHBand="0" w:noVBand="1" w:val="04A0"/>
      </w:tblPr>
      <w:tblGrid>
        <w:gridCol w:w="6917"/>
        <w:gridCol w:w="2891"/>
      </w:tblGrid>
      <w:tr>
        <w:tc>
          <w:tcPr>
            <w:tcW w:type="dxa" w:w="4904"/>
          </w:tcPr>
          <w:p>
            <w:r>
              <w:rPr>
                <w:rFonts w:ascii="Inter" w:hAnsi="Inter"/>
                <w:b/>
                <w:color w:val="027F82"/>
                <w:sz w:val="16"/>
              </w:rPr>
              <w:t>T E R M I N M A P P E  /  0 2</w:t>
            </w:r>
          </w:p>
        </w:tc>
        <w:tc>
          <w:tcPr>
            <w:tcW w:type="dxa" w:w="4904"/>
          </w:tcPr>
          <w:p>
            <w:pPr>
              <w:jc w:val="right"/>
            </w:pPr>
            <w:r>
              <w:rPr>
                <w:rFonts w:ascii="Inter" w:hAnsi="Inter"/>
                <w:b/>
                <w:color w:val="627587"/>
                <w:sz w:val="15"/>
              </w:rPr>
              <w:t>OPTIONALE ARBEITSHILFE</w:t>
            </w:r>
          </w:p>
        </w:tc>
      </w:tr>
    </w:tbl>
    <w:p>
      <w:pPr>
        <w:pStyle w:val="Huge"/>
        <w:spacing w:after="80"/>
      </w:pPr>
      <w:r>
        <w:t>Gut vorbereitet zum Bürgeramt</w:t>
      </w:r>
    </w:p>
    <w:p>
      <w:r>
        <w:rPr>
          <w:rFonts w:ascii="Inter" w:hAnsi="Inter"/>
          <w:b w:val="0"/>
          <w:color w:val="627587"/>
          <w:sz w:val="18"/>
        </w:rPr>
        <w:t>Checkliste für die bevollmächtigte Person  ·  Dieses Blatt verbleibt bei Ihnen und muss nicht eingereicht werden.</w:t>
      </w:r>
    </w:p>
    <w:p>
      <w:pPr>
        <w:spacing w:after="0" w:before="0" w:line="240" w:lineRule="auto"/>
      </w:pPr>
      <w:r>
        <w:rPr>
          <w:sz w:val="16"/>
        </w:rPr>
        <w:t xml:space="preserve"> </w:t>
      </w:r>
    </w:p>
    <w:tbl>
      <w:tblPr>
        <w:tblW w:type="auto" w:w="0"/>
        <w:tblLayout w:type="fixed"/>
        <w:tblLook w:firstColumn="1" w:firstRow="1" w:lastColumn="0" w:lastRow="0" w:noHBand="0" w:noVBand="1" w:val="04A0"/>
      </w:tblPr>
      <w:tblGrid>
        <w:gridCol w:w="964"/>
        <w:gridCol w:w="8844"/>
      </w:tblGrid>
      <w:tr>
        <w:tc>
          <w:tcPr>
            <w:tcW w:type="dxa" w:w="4904"/>
            <w:shd w:fill="027F82"/>
            <w:tcMar>
              <w:top w:w="0" w:type="dxa"/>
              <w:start w:w="0" w:type="dxa"/>
              <w:bottom w:w="0" w:type="dxa"/>
              <w:end w:w="0" w:type="dxa"/>
            </w:tcMar>
          </w:tcPr>
          <w:p>
            <w:pPr>
              <w:spacing w:line="48" w:lineRule="auto"/>
            </w:pPr>
            <w:r>
              <w:rPr>
                <w:sz w:val="2"/>
              </w:rPr>
              <w:t xml:space="preserve"> </w:t>
            </w:r>
          </w:p>
        </w:tc>
        <w:tc>
          <w:tcPr>
            <w:tcW w:type="dxa" w:w="4904"/>
            <w:shd w:fill="D4E1E5"/>
            <w:tcMar>
              <w:top w:w="0" w:type="dxa"/>
              <w:start w:w="0" w:type="dxa"/>
              <w:bottom w:w="0" w:type="dxa"/>
              <w:end w:w="0" w:type="dxa"/>
            </w:tcMar>
          </w:tcPr>
          <w:p>
            <w:pPr>
              <w:spacing w:line="48" w:lineRule="auto"/>
            </w:pPr>
            <w:r>
              <w:rPr>
                <w:sz w:val="2"/>
              </w:rPr>
              <w:t xml:space="preserve"> </w:t>
            </w:r>
          </w:p>
        </w:tc>
      </w:tr>
    </w:tbl>
    <w:p>
      <w:pPr>
        <w:spacing w:after="0" w:before="0" w:line="240" w:lineRule="auto"/>
      </w:pPr>
      <w:r>
        <w:rPr>
          <w:sz w:val="16"/>
        </w:rPr>
        <w:t xml:space="preserve"> </w:t>
      </w:r>
    </w:p>
    <w:tbl>
      <w:tblPr>
        <w:tblW w:type="auto" w:w="0"/>
        <w:tblLayout w:type="fixed"/>
        <w:tblLook w:firstColumn="1" w:firstRow="1" w:lastColumn="0" w:lastRow="0" w:noHBand="0" w:noVBand="1" w:val="04A0"/>
      </w:tblPr>
      <w:tblGrid>
        <w:gridCol w:w="386"/>
        <w:gridCol w:w="9422"/>
      </w:tblGrid>
      <w:tr>
        <w:tc>
          <w:tcPr>
            <w:tcW w:type="dxa" w:w="4904"/>
            <w:tcMar>
              <w:top w:w="45" w:type="dxa"/>
              <w:start w:w="0" w:type="dxa"/>
              <w:bottom w:w="15" w:type="dxa"/>
              <w:end w:w="0" w:type="dxa"/>
            </w:tcMar>
          </w:tcPr>
          <w:p>
            <w:r>
              <w:rPr>
                <w:rFonts w:ascii="Inter" w:hAnsi="Inter"/>
                <w:b/>
                <w:color w:val="027F82"/>
                <w:sz w:val="16"/>
              </w:rPr>
              <w:t>A</w:t>
            </w:r>
          </w:p>
        </w:tc>
        <w:tc>
          <w:tcPr>
            <w:tcW w:type="dxa" w:w="4904"/>
            <w:tcMar>
              <w:top w:w="45" w:type="dxa"/>
              <w:start w:w="0" w:type="dxa"/>
              <w:bottom w:w="15" w:type="dxa"/>
              <w:end w:w="0" w:type="dxa"/>
            </w:tcMar>
          </w:tcPr>
          <w:p>
            <w:r>
              <w:rPr>
                <w:rFonts w:ascii="Inter" w:hAnsi="Inter"/>
                <w:b/>
                <w:color w:val="112A3E"/>
                <w:sz w:val="20"/>
              </w:rPr>
              <w:t>Vor dem Termin</w:t>
            </w:r>
            <w:r>
              <w:rPr>
                <w:rFonts w:ascii="Inter" w:hAnsi="Inter"/>
                <w:b w:val="0"/>
                <w:color w:val="627587"/>
                <w:sz w:val="14"/>
              </w:rPr>
              <w:t xml:space="preserve">   Unterlagen vollständig vorbereiten</w:t>
            </w:r>
          </w:p>
        </w:tc>
      </w:tr>
    </w:tbl>
    <w:tbl>
      <w:tblPr>
        <w:tblW w:type="auto" w:w="0"/>
        <w:tblLayout w:type="fixed"/>
        <w:tblLook w:firstColumn="1" w:firstRow="1" w:lastColumn="0" w:lastRow="0" w:noHBand="0" w:noVBand="1" w:val="04A0"/>
      </w:tblPr>
      <w:tblGrid>
        <w:gridCol w:w="369"/>
        <w:gridCol w:w="9439"/>
      </w:tblGrid>
      <w:tr>
        <w:tc>
          <w:tcPr>
            <w:tcW w:type="dxa" w:w="4904"/>
            <w:tcMar>
              <w:top w:w="75" w:type="dxa"/>
              <w:start w:w="0" w:type="dxa"/>
              <w:bottom w:w="75" w:type="dxa"/>
              <w:end w:w="0" w:type="dxa"/>
            </w:tcMar>
          </w:tcPr>
          <w:p>
            <w:sdt>
              <w:sdtPr>
                <w:alias w:val="Vollmacht ausgefüllt und eigenhändig unterschrieben"/>
                <w:tag w:val="ck_vollmacht"/>
                <w:id w:val="71015"/>
                <w14:checkbox>
                  <w14:checked w14:val="0"/>
                  <w14:checkedState w14:val="2612" w14:font="Segoe UI Symbol"/>
                  <w14:uncheckedState w14:val="2610" w14:font="Segoe UI Symbol"/>
                </w14:checkbox>
              </w:sdtPr>
              <w:sdtContent>
                <w:r>
                  <w:rPr>
                    <w:rFonts w:ascii="DejaVu Sans" w:hAnsi="DejaVu Sans"/>
                    <w:color w:val="027F82"/>
                    <w:sz w:val="21"/>
                  </w:rPr>
                  <w:t>☐</w:t>
                </w:r>
              </w:sdtContent>
            </w:sdt>
          </w:p>
        </w:tc>
        <w:tc>
          <w:tcPr>
            <w:tcW w:type="dxa" w:w="4904"/>
            <w:tcMar>
              <w:top w:w="75" w:type="dxa"/>
              <w:start w:w="0" w:type="dxa"/>
              <w:bottom w:w="75" w:type="dxa"/>
              <w:end w:w="0" w:type="dxa"/>
            </w:tcMar>
          </w:tcPr>
          <w:p>
            <w:r>
              <w:rPr>
                <w:rFonts w:ascii="Inter" w:hAnsi="Inter"/>
                <w:b w:val="0"/>
                <w:color w:val="203548"/>
                <w:sz w:val="18"/>
              </w:rPr>
              <w:t>Vollmacht ausgefüllt und eigenhändig unterschrieben</w:t>
            </w:r>
          </w:p>
        </w:tc>
      </w:tr>
    </w:tbl>
    <w:tbl>
      <w:tblPr>
        <w:tblW w:type="auto" w:w="0"/>
        <w:tblLayout w:type="fixed"/>
        <w:tblLook w:firstColumn="1" w:firstRow="1" w:lastColumn="0" w:lastRow="0" w:noHBand="0" w:noVBand="1" w:val="04A0"/>
      </w:tblPr>
      <w:tblGrid>
        <w:gridCol w:w="369"/>
        <w:gridCol w:w="9439"/>
      </w:tblGrid>
      <w:tr>
        <w:tc>
          <w:tcPr>
            <w:tcW w:type="dxa" w:w="4904"/>
            <w:tcMar>
              <w:top w:w="75" w:type="dxa"/>
              <w:start w:w="0" w:type="dxa"/>
              <w:bottom w:w="75" w:type="dxa"/>
              <w:end w:w="0" w:type="dxa"/>
            </w:tcMar>
          </w:tcPr>
          <w:p>
            <w:sdt>
              <w:sdtPr>
                <w:alias w:val="Meldeschein ausgefüllt und von der meldepflichtigen Person unterschrieben"/>
                <w:tag w:val="ck_meldeschein"/>
                <w:id w:val="71016"/>
                <w14:checkbox>
                  <w14:checked w14:val="0"/>
                  <w14:checkedState w14:val="2612" w14:font="Segoe UI Symbol"/>
                  <w14:uncheckedState w14:val="2610" w14:font="Segoe UI Symbol"/>
                </w14:checkbox>
              </w:sdtPr>
              <w:sdtContent>
                <w:r>
                  <w:rPr>
                    <w:rFonts w:ascii="DejaVu Sans" w:hAnsi="DejaVu Sans"/>
                    <w:color w:val="027F82"/>
                    <w:sz w:val="21"/>
                  </w:rPr>
                  <w:t>☐</w:t>
                </w:r>
              </w:sdtContent>
            </w:sdt>
          </w:p>
        </w:tc>
        <w:tc>
          <w:tcPr>
            <w:tcW w:type="dxa" w:w="4904"/>
            <w:tcMar>
              <w:top w:w="75" w:type="dxa"/>
              <w:start w:w="0" w:type="dxa"/>
              <w:bottom w:w="75" w:type="dxa"/>
              <w:end w:w="0" w:type="dxa"/>
            </w:tcMar>
          </w:tcPr>
          <w:p>
            <w:r>
              <w:rPr>
                <w:rFonts w:ascii="Inter" w:hAnsi="Inter"/>
                <w:b w:val="0"/>
                <w:color w:val="203548"/>
                <w:sz w:val="18"/>
              </w:rPr>
              <w:t>Meldeschein ausgefüllt und von der meldepflichtigen Person unterschrieben</w:t>
            </w:r>
          </w:p>
        </w:tc>
      </w:tr>
    </w:tbl>
    <w:tbl>
      <w:tblPr>
        <w:tblW w:type="auto" w:w="0"/>
        <w:tblLayout w:type="fixed"/>
        <w:tblLook w:firstColumn="1" w:firstRow="1" w:lastColumn="0" w:lastRow="0" w:noHBand="0" w:noVBand="1" w:val="04A0"/>
      </w:tblPr>
      <w:tblGrid>
        <w:gridCol w:w="369"/>
        <w:gridCol w:w="9439"/>
      </w:tblGrid>
      <w:tr>
        <w:tc>
          <w:tcPr>
            <w:tcW w:type="dxa" w:w="4904"/>
            <w:tcMar>
              <w:top w:w="75" w:type="dxa"/>
              <w:start w:w="0" w:type="dxa"/>
              <w:bottom w:w="75" w:type="dxa"/>
              <w:end w:w="0" w:type="dxa"/>
            </w:tcMar>
          </w:tcPr>
          <w:p>
            <w:sdt>
              <w:sdtPr>
                <w:alias w:val="Wohnungsgeberbestätigung für die neue Wohnung liegt vor"/>
                <w:tag w:val="ck_wohnungsgeber"/>
                <w:id w:val="71017"/>
                <w14:checkbox>
                  <w14:checked w14:val="0"/>
                  <w14:checkedState w14:val="2612" w14:font="Segoe UI Symbol"/>
                  <w14:uncheckedState w14:val="2610" w14:font="Segoe UI Symbol"/>
                </w14:checkbox>
              </w:sdtPr>
              <w:sdtContent>
                <w:r>
                  <w:rPr>
                    <w:rFonts w:ascii="DejaVu Sans" w:hAnsi="DejaVu Sans"/>
                    <w:color w:val="027F82"/>
                    <w:sz w:val="21"/>
                  </w:rPr>
                  <w:t>☐</w:t>
                </w:r>
              </w:sdtContent>
            </w:sdt>
          </w:p>
        </w:tc>
        <w:tc>
          <w:tcPr>
            <w:tcW w:type="dxa" w:w="4904"/>
            <w:tcMar>
              <w:top w:w="75" w:type="dxa"/>
              <w:start w:w="0" w:type="dxa"/>
              <w:bottom w:w="75" w:type="dxa"/>
              <w:end w:w="0" w:type="dxa"/>
            </w:tcMar>
          </w:tcPr>
          <w:p>
            <w:r>
              <w:rPr>
                <w:rFonts w:ascii="Inter" w:hAnsi="Inter"/>
                <w:b w:val="0"/>
                <w:color w:val="203548"/>
                <w:sz w:val="18"/>
              </w:rPr>
              <w:t>Wohnungsgeberbestätigung für die neue Wohnung liegt vor</w:t>
            </w:r>
          </w:p>
        </w:tc>
      </w:tr>
    </w:tbl>
    <w:tbl>
      <w:tblPr>
        <w:tblW w:type="auto" w:w="0"/>
        <w:tblLayout w:type="fixed"/>
        <w:tblLook w:firstColumn="1" w:firstRow="1" w:lastColumn="0" w:lastRow="0" w:noHBand="0" w:noVBand="1" w:val="04A0"/>
      </w:tblPr>
      <w:tblGrid>
        <w:gridCol w:w="369"/>
        <w:gridCol w:w="9439"/>
      </w:tblGrid>
      <w:tr>
        <w:tc>
          <w:tcPr>
            <w:tcW w:type="dxa" w:w="4904"/>
            <w:tcMar>
              <w:top w:w="75" w:type="dxa"/>
              <w:start w:w="0" w:type="dxa"/>
              <w:bottom w:w="75" w:type="dxa"/>
              <w:end w:w="0" w:type="dxa"/>
            </w:tcMar>
          </w:tcPr>
          <w:p>
            <w:sdt>
              <w:sdtPr>
                <w:alias w:val="Ausweisdokument der meldepflichtigen Person bereitgelegt"/>
                <w:tag w:val="ck_ausweis_principal"/>
                <w:id w:val="71018"/>
                <w14:checkbox>
                  <w14:checked w14:val="0"/>
                  <w14:checkedState w14:val="2612" w14:font="Segoe UI Symbol"/>
                  <w14:uncheckedState w14:val="2610" w14:font="Segoe UI Symbol"/>
                </w14:checkbox>
              </w:sdtPr>
              <w:sdtContent>
                <w:r>
                  <w:rPr>
                    <w:rFonts w:ascii="DejaVu Sans" w:hAnsi="DejaVu Sans"/>
                    <w:color w:val="027F82"/>
                    <w:sz w:val="21"/>
                  </w:rPr>
                  <w:t>☐</w:t>
                </w:r>
              </w:sdtContent>
            </w:sdt>
          </w:p>
        </w:tc>
        <w:tc>
          <w:tcPr>
            <w:tcW w:type="dxa" w:w="4904"/>
            <w:tcMar>
              <w:top w:w="75" w:type="dxa"/>
              <w:start w:w="0" w:type="dxa"/>
              <w:bottom w:w="75" w:type="dxa"/>
              <w:end w:w="0" w:type="dxa"/>
            </w:tcMar>
          </w:tcPr>
          <w:p>
            <w:r>
              <w:rPr>
                <w:rFonts w:ascii="Inter" w:hAnsi="Inter"/>
                <w:b/>
                <w:color w:val="203548"/>
                <w:sz w:val="18"/>
              </w:rPr>
              <w:t>Ausweisdokument der meldepflichtigen Person bereitgelegt</w:t>
            </w:r>
          </w:p>
          <w:p>
            <w:pPr>
              <w:spacing w:before="40"/>
            </w:pPr>
            <w:r>
              <w:rPr>
                <w:rFonts w:ascii="Inter" w:hAnsi="Inter"/>
                <w:b w:val="0"/>
                <w:color w:val="627587"/>
                <w:sz w:val="16"/>
              </w:rPr>
              <w:t>Ob Originale oder Kopien genügen, vorab bei der zuständigen Behörde prüfen.</w:t>
            </w:r>
          </w:p>
        </w:tc>
      </w:tr>
    </w:tbl>
    <w:tbl>
      <w:tblPr>
        <w:tblW w:type="auto" w:w="0"/>
        <w:tblLayout w:type="fixed"/>
        <w:tblLook w:firstColumn="1" w:firstRow="1" w:lastColumn="0" w:lastRow="0" w:noHBand="0" w:noVBand="1" w:val="04A0"/>
      </w:tblPr>
      <w:tblGrid>
        <w:gridCol w:w="369"/>
        <w:gridCol w:w="9439"/>
      </w:tblGrid>
      <w:tr>
        <w:tc>
          <w:tcPr>
            <w:tcW w:type="dxa" w:w="4904"/>
            <w:tcMar>
              <w:top w:w="75" w:type="dxa"/>
              <w:start w:w="0" w:type="dxa"/>
              <w:bottom w:w="75" w:type="dxa"/>
              <w:end w:w="0" w:type="dxa"/>
            </w:tcMar>
          </w:tcPr>
          <w:p>
            <w:sdt>
              <w:sdtPr>
                <w:alias w:val="Gültiges Ausweisdokument der bevollmächtigten Person im Original"/>
                <w:tag w:val="ck_ausweis_agent"/>
                <w:id w:val="71019"/>
                <w14:checkbox>
                  <w14:checked w14:val="0"/>
                  <w14:checkedState w14:val="2612" w14:font="Segoe UI Symbol"/>
                  <w14:uncheckedState w14:val="2610" w14:font="Segoe UI Symbol"/>
                </w14:checkbox>
              </w:sdtPr>
              <w:sdtContent>
                <w:r>
                  <w:rPr>
                    <w:rFonts w:ascii="DejaVu Sans" w:hAnsi="DejaVu Sans"/>
                    <w:color w:val="027F82"/>
                    <w:sz w:val="21"/>
                  </w:rPr>
                  <w:t>☐</w:t>
                </w:r>
              </w:sdtContent>
            </w:sdt>
          </w:p>
        </w:tc>
        <w:tc>
          <w:tcPr>
            <w:tcW w:type="dxa" w:w="4904"/>
            <w:tcMar>
              <w:top w:w="75" w:type="dxa"/>
              <w:start w:w="0" w:type="dxa"/>
              <w:bottom w:w="75" w:type="dxa"/>
              <w:end w:w="0" w:type="dxa"/>
            </w:tcMar>
          </w:tcPr>
          <w:p>
            <w:r>
              <w:rPr>
                <w:rFonts w:ascii="Inter" w:hAnsi="Inter"/>
                <w:b w:val="0"/>
                <w:color w:val="203548"/>
                <w:sz w:val="18"/>
              </w:rPr>
              <w:t>Gültiges Ausweisdokument der bevollmächtigten Person im Original</w:t>
            </w:r>
          </w:p>
        </w:tc>
      </w:tr>
    </w:tbl>
    <w:tbl>
      <w:tblPr>
        <w:tblW w:type="auto" w:w="0"/>
        <w:tblLayout w:type="fixed"/>
        <w:tblLook w:firstColumn="1" w:firstRow="1" w:lastColumn="0" w:lastRow="0" w:noHBand="0" w:noVBand="1" w:val="04A0"/>
      </w:tblPr>
      <w:tblGrid>
        <w:gridCol w:w="369"/>
        <w:gridCol w:w="9439"/>
      </w:tblGrid>
      <w:tr>
        <w:tc>
          <w:tcPr>
            <w:tcW w:type="dxa" w:w="4904"/>
            <w:tcMar>
              <w:top w:w="75" w:type="dxa"/>
              <w:start w:w="0" w:type="dxa"/>
              <w:bottom w:w="75" w:type="dxa"/>
              <w:end w:w="0" w:type="dxa"/>
            </w:tcMar>
          </w:tcPr>
          <w:p>
            <w:sdt>
              <w:sdtPr>
                <w:alias w:val="Zusätzliche Nachweise nach örtlicher Vorgabe geklärt"/>
                <w:tag w:val="ck_extra"/>
                <w:id w:val="71020"/>
                <w14:checkbox>
                  <w14:checked w14:val="0"/>
                  <w14:checkedState w14:val="2612" w14:font="Segoe UI Symbol"/>
                  <w14:uncheckedState w14:val="2610" w14:font="Segoe UI Symbol"/>
                </w14:checkbox>
              </w:sdtPr>
              <w:sdtContent>
                <w:r>
                  <w:rPr>
                    <w:rFonts w:ascii="DejaVu Sans" w:hAnsi="DejaVu Sans"/>
                    <w:color w:val="027F82"/>
                    <w:sz w:val="21"/>
                  </w:rPr>
                  <w:t>☐</w:t>
                </w:r>
              </w:sdtContent>
            </w:sdt>
          </w:p>
        </w:tc>
        <w:tc>
          <w:tcPr>
            <w:tcW w:type="dxa" w:w="4904"/>
            <w:tcMar>
              <w:top w:w="75" w:type="dxa"/>
              <w:start w:w="0" w:type="dxa"/>
              <w:bottom w:w="75" w:type="dxa"/>
              <w:end w:w="0" w:type="dxa"/>
            </w:tcMar>
          </w:tcPr>
          <w:p>
            <w:r>
              <w:rPr>
                <w:rFonts w:ascii="Inter" w:hAnsi="Inter"/>
                <w:b/>
                <w:color w:val="203548"/>
                <w:sz w:val="18"/>
              </w:rPr>
              <w:t>Zusätzliche Nachweise nach örtlicher Vorgabe geklärt</w:t>
            </w:r>
          </w:p>
          <w:p>
            <w:pPr>
              <w:spacing w:before="40"/>
            </w:pPr>
            <w:r>
              <w:rPr>
                <w:rFonts w:ascii="Inter" w:hAnsi="Inter"/>
                <w:b w:val="0"/>
                <w:color w:val="627587"/>
                <w:sz w:val="16"/>
              </w:rPr>
              <w:t>Etwa bei Familien, Minderjährigen oder besonderen Wohnsituationen.</w:t>
            </w:r>
          </w:p>
        </w:tc>
      </w:tr>
    </w:tbl>
    <w:p>
      <w:pPr>
        <w:spacing w:after="0" w:before="0" w:line="240" w:lineRule="auto"/>
      </w:pPr>
      <w:r>
        <w:rPr>
          <w:sz w:val="14"/>
        </w:rPr>
        <w:t xml:space="preserve"> </w:t>
      </w:r>
    </w:p>
    <w:tbl>
      <w:tblPr>
        <w:tblW w:type="auto" w:w="0"/>
        <w:tblLayout w:type="fixed"/>
        <w:tblLook w:firstColumn="1" w:firstRow="1" w:lastColumn="0" w:lastRow="0" w:noHBand="0" w:noVBand="1" w:val="04A0"/>
      </w:tblPr>
      <w:tblGrid>
        <w:gridCol w:w="386"/>
        <w:gridCol w:w="9422"/>
      </w:tblGrid>
      <w:tr>
        <w:tc>
          <w:tcPr>
            <w:tcW w:type="dxa" w:w="4904"/>
            <w:tcMar>
              <w:top w:w="45" w:type="dxa"/>
              <w:start w:w="0" w:type="dxa"/>
              <w:bottom w:w="15" w:type="dxa"/>
              <w:end w:w="0" w:type="dxa"/>
            </w:tcMar>
          </w:tcPr>
          <w:p>
            <w:r>
              <w:rPr>
                <w:rFonts w:ascii="Inter" w:hAnsi="Inter"/>
                <w:b/>
                <w:color w:val="027F82"/>
                <w:sz w:val="16"/>
              </w:rPr>
              <w:t>B</w:t>
            </w:r>
          </w:p>
        </w:tc>
        <w:tc>
          <w:tcPr>
            <w:tcW w:type="dxa" w:w="4904"/>
            <w:tcMar>
              <w:top w:w="45" w:type="dxa"/>
              <w:start w:w="0" w:type="dxa"/>
              <w:bottom w:w="15" w:type="dxa"/>
              <w:end w:w="0" w:type="dxa"/>
            </w:tcMar>
          </w:tcPr>
          <w:p>
            <w:r>
              <w:rPr>
                <w:rFonts w:ascii="Inter" w:hAnsi="Inter"/>
                <w:b/>
                <w:color w:val="112A3E"/>
                <w:sz w:val="20"/>
              </w:rPr>
              <w:t>Beim Behördentermin</w:t>
            </w:r>
            <w:r>
              <w:rPr>
                <w:rFonts w:ascii="Inter" w:hAnsi="Inter"/>
                <w:b w:val="0"/>
                <w:color w:val="627587"/>
                <w:sz w:val="14"/>
              </w:rPr>
              <w:t xml:space="preserve">   Ergebnisse und offene Punkte festhalten</w:t>
            </w:r>
          </w:p>
        </w:tc>
      </w:tr>
    </w:tbl>
    <w:tbl>
      <w:tblPr>
        <w:tblW w:type="auto" w:w="0"/>
        <w:tblLayout w:type="fixed"/>
        <w:tblLook w:firstColumn="1" w:firstRow="1" w:lastColumn="0" w:lastRow="0" w:noHBand="0" w:noVBand="1" w:val="04A0"/>
      </w:tblPr>
      <w:tblGrid>
        <w:gridCol w:w="369"/>
        <w:gridCol w:w="9439"/>
      </w:tblGrid>
      <w:tr>
        <w:tc>
          <w:tcPr>
            <w:tcW w:type="dxa" w:w="4904"/>
            <w:tcMar>
              <w:top w:w="75" w:type="dxa"/>
              <w:start w:w="0" w:type="dxa"/>
              <w:bottom w:w="75" w:type="dxa"/>
              <w:end w:w="0" w:type="dxa"/>
            </w:tcMar>
          </w:tcPr>
          <w:p>
            <w:sdt>
              <w:sdtPr>
                <w:alias w:val="Meldebestätigung entgegengenommen und Angaben geprüft"/>
                <w:tag w:val="ck_confirm"/>
                <w:id w:val="71021"/>
                <w14:checkbox>
                  <w14:checked w14:val="0"/>
                  <w14:checkedState w14:val="2612" w14:font="Segoe UI Symbol"/>
                  <w14:uncheckedState w14:val="2610" w14:font="Segoe UI Symbol"/>
                </w14:checkbox>
              </w:sdtPr>
              <w:sdtContent>
                <w:r>
                  <w:rPr>
                    <w:rFonts w:ascii="DejaVu Sans" w:hAnsi="DejaVu Sans"/>
                    <w:color w:val="027F82"/>
                    <w:sz w:val="21"/>
                  </w:rPr>
                  <w:t>☐</w:t>
                </w:r>
              </w:sdtContent>
            </w:sdt>
          </w:p>
        </w:tc>
        <w:tc>
          <w:tcPr>
            <w:tcW w:type="dxa" w:w="4904"/>
            <w:tcMar>
              <w:top w:w="75" w:type="dxa"/>
              <w:start w:w="0" w:type="dxa"/>
              <w:bottom w:w="75" w:type="dxa"/>
              <w:end w:w="0" w:type="dxa"/>
            </w:tcMar>
          </w:tcPr>
          <w:p>
            <w:r>
              <w:rPr>
                <w:rFonts w:ascii="Inter" w:hAnsi="Inter"/>
                <w:b w:val="0"/>
                <w:color w:val="203548"/>
                <w:sz w:val="18"/>
              </w:rPr>
              <w:t>Meldebestätigung entgegengenommen und Angaben geprüft</w:t>
            </w:r>
          </w:p>
        </w:tc>
      </w:tr>
    </w:tbl>
    <w:tbl>
      <w:tblPr>
        <w:tblW w:type="auto" w:w="0"/>
        <w:tblLayout w:type="fixed"/>
        <w:tblLook w:firstColumn="1" w:firstRow="1" w:lastColumn="0" w:lastRow="0" w:noHBand="0" w:noVBand="1" w:val="04A0"/>
      </w:tblPr>
      <w:tblGrid>
        <w:gridCol w:w="369"/>
        <w:gridCol w:w="9439"/>
      </w:tblGrid>
      <w:tr>
        <w:tc>
          <w:tcPr>
            <w:tcW w:type="dxa" w:w="4904"/>
            <w:tcMar>
              <w:top w:w="75" w:type="dxa"/>
              <w:start w:w="0" w:type="dxa"/>
              <w:bottom w:w="75" w:type="dxa"/>
              <w:end w:w="0" w:type="dxa"/>
            </w:tcMar>
          </w:tcPr>
          <w:p>
            <w:sdt>
              <w:sdtPr>
                <w:alias w:val="Anschrift im Ausweisdokument aktualisieren lassen, wenn vorgesehen"/>
                <w:tag w:val="ck_id"/>
                <w:id w:val="71022"/>
                <w14:checkbox>
                  <w14:checked w14:val="0"/>
                  <w14:checkedState w14:val="2612" w14:font="Segoe UI Symbol"/>
                  <w14:uncheckedState w14:val="2610" w14:font="Segoe UI Symbol"/>
                </w14:checkbox>
              </w:sdtPr>
              <w:sdtContent>
                <w:r>
                  <w:rPr>
                    <w:rFonts w:ascii="DejaVu Sans" w:hAnsi="DejaVu Sans"/>
                    <w:color w:val="027F82"/>
                    <w:sz w:val="21"/>
                  </w:rPr>
                  <w:t>☐</w:t>
                </w:r>
              </w:sdtContent>
            </w:sdt>
          </w:p>
        </w:tc>
        <w:tc>
          <w:tcPr>
            <w:tcW w:type="dxa" w:w="4904"/>
            <w:tcMar>
              <w:top w:w="75" w:type="dxa"/>
              <w:start w:w="0" w:type="dxa"/>
              <w:bottom w:w="75" w:type="dxa"/>
              <w:end w:w="0" w:type="dxa"/>
            </w:tcMar>
          </w:tcPr>
          <w:p>
            <w:r>
              <w:rPr>
                <w:rFonts w:ascii="Inter" w:hAnsi="Inter"/>
                <w:b w:val="0"/>
                <w:color w:val="203548"/>
                <w:sz w:val="18"/>
              </w:rPr>
              <w:t>Anschrift im Ausweisdokument aktualisieren lassen, wenn vorgesehen</w:t>
            </w:r>
          </w:p>
        </w:tc>
      </w:tr>
    </w:tbl>
    <w:p>
      <w:pPr>
        <w:spacing w:after="0" w:before="0" w:line="240" w:lineRule="auto"/>
      </w:pPr>
      <w:r>
        <w:rPr>
          <w:sz w:val="6"/>
        </w:rPr>
        <w:t xml:space="preserve"> </w:t>
      </w:r>
    </w:p>
    <w:tbl>
      <w:tblPr>
        <w:tblW w:type="auto" w:w="0"/>
        <w:tblLayout w:type="fixed"/>
        <w:tblLook w:firstColumn="1" w:firstRow="1" w:lastColumn="0" w:lastRow="0" w:noHBand="0" w:noVBand="1" w:val="04A0"/>
      </w:tblPr>
      <w:tblGrid>
        <w:gridCol w:w="4365"/>
        <w:gridCol w:w="113"/>
        <w:gridCol w:w="5329"/>
      </w:tblGrid>
      <w:tr>
        <w:tc>
          <w:tcPr>
            <w:tcW w:type="dxa" w:w="4365"/>
            <w:vAlign w:val="center"/>
            <w:shd w:fill="F3F7F8"/>
            <w:tcMar>
              <w:top w:w="90" w:type="dxa"/>
              <w:start w:w="155" w:type="dxa"/>
              <w:bottom w:w="105" w:type="dxa"/>
              <w:end w:w="145" w:type="dxa"/>
            </w:tcMar>
          </w:tcPr>
          <w:p>
            <w:pPr>
              <w:spacing w:after="80"/>
            </w:pPr>
            <w:r>
              <w:rPr>
                <w:rFonts w:ascii="Inter" w:hAnsi="Inter"/>
                <w:b/>
                <w:color w:val="627587"/>
                <w:sz w:val="14"/>
              </w:rPr>
              <w:t>TERMIN / DATUM  ·  OPTIONAL</w:t>
            </w:r>
          </w:p>
          <w:p>
            <w:pPr>
              <w:spacing w:after="0" w:line="240" w:lineRule="auto"/>
            </w:pPr>
            <w:sdt>
              <w:sdtPr>
                <w:alias w:val="Termin / Datum  ·  optional"/>
                <w:tag w:val="appointment"/>
                <w:id w:val="71023"/>
                <w:text w:multiLine="0"/>
                <w:showingPlcHdr/>
              </w:sdtPr>
              <w:sdtContent>
                <w:r>
                  <w:rPr>
                    <w:rFonts w:ascii="Inter" w:hAnsi="Inter"/>
                    <w:color w:val="82949F"/>
                    <w:sz w:val="18"/>
                  </w:rPr>
                  <w:t>TT.MM.JJJJ  ·  Uhrzeit</w:t>
                </w:r>
              </w:sdtContent>
            </w:sdt>
          </w:p>
        </w:tc>
        <w:tc>
          <w:tcPr>
            <w:tcW w:type="dxa" w:w="113"/>
            <w:tcMar>
              <w:top w:w="0" w:type="dxa"/>
              <w:start w:w="0" w:type="dxa"/>
              <w:bottom w:w="0" w:type="dxa"/>
              <w:end w:w="0" w:type="dxa"/>
            </w:tcMar>
          </w:tcPr>
          <w:p/>
        </w:tc>
        <w:tc>
          <w:tcPr>
            <w:tcW w:type="dxa" w:w="5329"/>
            <w:vAlign w:val="center"/>
            <w:shd w:fill="F3F7F8"/>
            <w:tcMar>
              <w:top w:w="90" w:type="dxa"/>
              <w:start w:w="155" w:type="dxa"/>
              <w:bottom w:w="105" w:type="dxa"/>
              <w:end w:w="145" w:type="dxa"/>
            </w:tcMar>
          </w:tcPr>
          <w:p>
            <w:pPr>
              <w:spacing w:after="80"/>
            </w:pPr>
            <w:r>
              <w:rPr>
                <w:rFonts w:ascii="Inter" w:hAnsi="Inter"/>
                <w:b/>
                <w:color w:val="627587"/>
                <w:sz w:val="14"/>
              </w:rPr>
              <w:t>BÜRGERAMT / SACHBEARBEITUNG  ·  OPTIONAL</w:t>
            </w:r>
          </w:p>
          <w:p>
            <w:pPr>
              <w:spacing w:after="0" w:line="240" w:lineRule="auto"/>
            </w:pPr>
            <w:sdt>
              <w:sdtPr>
                <w:alias w:val="Bürgeramt / Sachbearbeitung  ·  optional"/>
                <w:tag w:val="office"/>
                <w:id w:val="71024"/>
                <w:text w:multiLine="0"/>
                <w:showingPlcHdr/>
              </w:sdtPr>
              <w:sdtContent>
                <w:r>
                  <w:rPr>
                    <w:rFonts w:ascii="Inter" w:hAnsi="Inter"/>
                    <w:color w:val="82949F"/>
                    <w:sz w:val="18"/>
                  </w:rPr>
                  <w:t>Ort oder Dienststelle</w:t>
                </w:r>
              </w:sdtContent>
            </w:sdt>
          </w:p>
        </w:tc>
      </w:tr>
    </w:tbl>
    <w:p>
      <w:pPr>
        <w:spacing w:after="0" w:before="0" w:line="240" w:lineRule="auto"/>
      </w:pPr>
      <w:r>
        <w:rPr>
          <w:sz w:val="14"/>
        </w:rPr>
        <w:t xml:space="preserve"> </w:t>
      </w:r>
    </w:p>
    <w:tbl>
      <w:tblPr>
        <w:tblW w:type="auto" w:w="0"/>
        <w:tblLayout w:type="fixed"/>
        <w:tblLook w:firstColumn="1" w:firstRow="1" w:lastColumn="0" w:lastRow="0" w:noHBand="0" w:noVBand="1" w:val="04A0"/>
      </w:tblPr>
      <w:tblGrid>
        <w:gridCol w:w="386"/>
        <w:gridCol w:w="9422"/>
      </w:tblGrid>
      <w:tr>
        <w:tc>
          <w:tcPr>
            <w:tcW w:type="dxa" w:w="4904"/>
            <w:tcMar>
              <w:top w:w="45" w:type="dxa"/>
              <w:start w:w="0" w:type="dxa"/>
              <w:bottom w:w="15" w:type="dxa"/>
              <w:end w:w="0" w:type="dxa"/>
            </w:tcMar>
          </w:tcPr>
          <w:p>
            <w:r>
              <w:rPr>
                <w:rFonts w:ascii="Inter" w:hAnsi="Inter"/>
                <w:b/>
                <w:color w:val="027F82"/>
                <w:sz w:val="16"/>
              </w:rPr>
              <w:t>C</w:t>
            </w:r>
          </w:p>
        </w:tc>
        <w:tc>
          <w:tcPr>
            <w:tcW w:type="dxa" w:w="4904"/>
            <w:tcMar>
              <w:top w:w="45" w:type="dxa"/>
              <w:start w:w="0" w:type="dxa"/>
              <w:bottom w:w="15" w:type="dxa"/>
              <w:end w:w="0" w:type="dxa"/>
            </w:tcMar>
          </w:tcPr>
          <w:p>
            <w:r>
              <w:rPr>
                <w:rFonts w:ascii="Inter" w:hAnsi="Inter"/>
                <w:b/>
                <w:color w:val="112A3E"/>
                <w:sz w:val="20"/>
              </w:rPr>
              <w:t>Nach dem Termin</w:t>
            </w:r>
            <w:r>
              <w:rPr>
                <w:rFonts w:ascii="Inter" w:hAnsi="Inter"/>
                <w:b w:val="0"/>
                <w:color w:val="627587"/>
                <w:sz w:val="14"/>
              </w:rPr>
              <w:t xml:space="preserve">   Unterlagen zurückgeben</w:t>
            </w:r>
          </w:p>
        </w:tc>
      </w:tr>
    </w:tbl>
    <w:tbl>
      <w:tblPr>
        <w:tblW w:type="auto" w:w="0"/>
        <w:tblLayout w:type="fixed"/>
        <w:tblLook w:firstColumn="1" w:firstRow="1" w:lastColumn="0" w:lastRow="0" w:noHBand="0" w:noVBand="1" w:val="04A0"/>
      </w:tblPr>
      <w:tblGrid>
        <w:gridCol w:w="369"/>
        <w:gridCol w:w="9439"/>
      </w:tblGrid>
      <w:tr>
        <w:tc>
          <w:tcPr>
            <w:tcW w:type="dxa" w:w="4904"/>
            <w:tcMar>
              <w:top w:w="75" w:type="dxa"/>
              <w:start w:w="0" w:type="dxa"/>
              <w:bottom w:w="75" w:type="dxa"/>
              <w:end w:w="0" w:type="dxa"/>
            </w:tcMar>
          </w:tcPr>
          <w:p>
            <w:sdt>
              <w:sdtPr>
                <w:alias w:val="Ausweise und Originalunterlagen zurückgegeben"/>
                <w:tag w:val="ck_return"/>
                <w:id w:val="71025"/>
                <w14:checkbox>
                  <w14:checked w14:val="0"/>
                  <w14:checkedState w14:val="2612" w14:font="Segoe UI Symbol"/>
                  <w14:uncheckedState w14:val="2610" w14:font="Segoe UI Symbol"/>
                </w14:checkbox>
              </w:sdtPr>
              <w:sdtContent>
                <w:r>
                  <w:rPr>
                    <w:rFonts w:ascii="DejaVu Sans" w:hAnsi="DejaVu Sans"/>
                    <w:color w:val="027F82"/>
                    <w:sz w:val="21"/>
                  </w:rPr>
                  <w:t>☐</w:t>
                </w:r>
              </w:sdtContent>
            </w:sdt>
          </w:p>
        </w:tc>
        <w:tc>
          <w:tcPr>
            <w:tcW w:type="dxa" w:w="4904"/>
            <w:tcMar>
              <w:top w:w="75" w:type="dxa"/>
              <w:start w:w="0" w:type="dxa"/>
              <w:bottom w:w="75" w:type="dxa"/>
              <w:end w:w="0" w:type="dxa"/>
            </w:tcMar>
          </w:tcPr>
          <w:p>
            <w:r>
              <w:rPr>
                <w:rFonts w:ascii="Inter" w:hAnsi="Inter"/>
                <w:b w:val="0"/>
                <w:color w:val="203548"/>
                <w:sz w:val="18"/>
              </w:rPr>
              <w:t>Ausweise und Originalunterlagen zurückgegeben</w:t>
            </w:r>
          </w:p>
        </w:tc>
      </w:tr>
    </w:tbl>
    <w:tbl>
      <w:tblPr>
        <w:tblW w:type="auto" w:w="0"/>
        <w:tblLayout w:type="fixed"/>
        <w:tblLook w:firstColumn="1" w:firstRow="1" w:lastColumn="0" w:lastRow="0" w:noHBand="0" w:noVBand="1" w:val="04A0"/>
      </w:tblPr>
      <w:tblGrid>
        <w:gridCol w:w="369"/>
        <w:gridCol w:w="9439"/>
      </w:tblGrid>
      <w:tr>
        <w:tc>
          <w:tcPr>
            <w:tcW w:type="dxa" w:w="4904"/>
            <w:tcMar>
              <w:top w:w="75" w:type="dxa"/>
              <w:start w:w="0" w:type="dxa"/>
              <w:bottom w:w="75" w:type="dxa"/>
              <w:end w:w="0" w:type="dxa"/>
            </w:tcMar>
          </w:tcPr>
          <w:p>
            <w:sdt>
              <w:sdtPr>
                <w:alias w:val="Meldebestätigung an die vollmachtgebende Person übergeben"/>
                <w:tag w:val="ck_hand_over"/>
                <w:id w:val="71026"/>
                <w14:checkbox>
                  <w14:checked w14:val="0"/>
                  <w14:checkedState w14:val="2612" w14:font="Segoe UI Symbol"/>
                  <w14:uncheckedState w14:val="2610" w14:font="Segoe UI Symbol"/>
                </w14:checkbox>
              </w:sdtPr>
              <w:sdtContent>
                <w:r>
                  <w:rPr>
                    <w:rFonts w:ascii="DejaVu Sans" w:hAnsi="DejaVu Sans"/>
                    <w:color w:val="027F82"/>
                    <w:sz w:val="21"/>
                  </w:rPr>
                  <w:t>☐</w:t>
                </w:r>
              </w:sdtContent>
            </w:sdt>
          </w:p>
        </w:tc>
        <w:tc>
          <w:tcPr>
            <w:tcW w:type="dxa" w:w="4904"/>
            <w:tcMar>
              <w:top w:w="75" w:type="dxa"/>
              <w:start w:w="0" w:type="dxa"/>
              <w:bottom w:w="75" w:type="dxa"/>
              <w:end w:w="0" w:type="dxa"/>
            </w:tcMar>
          </w:tcPr>
          <w:p>
            <w:r>
              <w:rPr>
                <w:rFonts w:ascii="Inter" w:hAnsi="Inter"/>
                <w:b w:val="0"/>
                <w:color w:val="203548"/>
                <w:sz w:val="18"/>
              </w:rPr>
              <w:t>Meldebestätigung an die vollmachtgebende Person übergeben</w:t>
            </w:r>
          </w:p>
        </w:tc>
      </w:tr>
    </w:tbl>
    <w:p>
      <w:pPr>
        <w:spacing w:after="0" w:before="0" w:line="240" w:lineRule="auto"/>
      </w:pPr>
      <w:r>
        <w:rPr>
          <w:sz w:val="8"/>
        </w:rPr>
        <w:t xml:space="preserve"> </w:t>
      </w:r>
    </w:p>
    <w:tbl>
      <w:tblPr>
        <w:tblW w:type="auto" w:w="0"/>
        <w:tblLook w:firstColumn="1" w:firstRow="1" w:lastColumn="0" w:lastRow="0" w:noHBand="0" w:noVBand="1" w:val="04A0"/>
      </w:tblPr>
      <w:tblGrid>
        <w:gridCol w:w="9808"/>
      </w:tblGrid>
      <w:tr>
        <w:tc>
          <w:tcPr>
            <w:tcW w:type="dxa" w:w="9808"/>
            <w:shd w:fill="F3F7F8"/>
            <w:tcMar>
              <w:top w:w="110" w:type="dxa"/>
              <w:start w:w="145" w:type="dxa"/>
              <w:bottom w:w="130" w:type="dxa"/>
              <w:end w:w="145" w:type="dxa"/>
            </w:tcMar>
          </w:tcPr>
          <w:p>
            <w:r>
              <w:rPr>
                <w:rFonts w:ascii="Inter" w:hAnsi="Inter"/>
                <w:b/>
                <w:color w:val="627587"/>
                <w:sz w:val="14"/>
              </w:rPr>
              <w:t>NOTIZEN / OFFENE PUNKTE</w:t>
            </w:r>
          </w:p>
          <w:p>
            <w:sdt>
              <w:sdtPr>
                <w:alias w:val="Freie Notizen"/>
                <w:tag w:val="notes"/>
                <w:id w:val="71027"/>
                <w:text w:multiLine="1"/>
                <w:showingPlcHdr/>
              </w:sdtPr>
              <w:sdtContent>
                <w:r>
                  <w:rPr>
                    <w:rFonts w:ascii="Inter" w:hAnsi="Inter"/>
                    <w:color w:val="82949F"/>
                    <w:sz w:val="18"/>
                  </w:rPr>
                  <w:t>Bei Bedarf Anmerkungen eintragen</w:t>
                </w:r>
              </w:sdtContent>
            </w:sdt>
          </w:p>
        </w:tc>
      </w:tr>
    </w:tbl>
    <w:p>
      <w:pPr>
        <w:spacing w:after="0" w:before="0" w:line="240" w:lineRule="auto"/>
      </w:pPr>
      <w:r>
        <w:rPr>
          <w:sz w:val="14"/>
        </w:rPr>
        <w:t xml:space="preserve"> </w:t>
      </w:r>
    </w:p>
    <w:tbl>
      <w:tblPr>
        <w:tblW w:type="auto" w:w="0"/>
        <w:tblLook w:firstColumn="1" w:firstRow="1" w:lastColumn="0" w:lastRow="0" w:noHBand="0" w:noVBand="1" w:val="04A0"/>
      </w:tblPr>
      <w:tblGrid>
        <w:gridCol w:w="9808"/>
      </w:tblGrid>
      <w:tr>
        <w:tc>
          <w:tcPr>
            <w:tcW w:type="dxa" w:w="9808"/>
            <w:shd w:fill="E6F4F2"/>
            <w:tcMar>
              <w:top w:w="120" w:type="dxa"/>
              <w:start w:w="150" w:type="dxa"/>
              <w:bottom w:w="100" w:type="dxa"/>
              <w:end w:w="150" w:type="dxa"/>
            </w:tcMar>
          </w:tcPr>
          <w:p>
            <w:r>
              <w:rPr>
                <w:rFonts w:ascii="Inter" w:hAnsi="Inter"/>
                <w:b/>
                <w:color w:val="027F82"/>
                <w:sz w:val="16"/>
              </w:rPr>
              <w:t>GUT ZU WISSEN</w:t>
            </w:r>
          </w:p>
          <w:p>
            <w:r>
              <w:rPr>
                <w:rFonts w:ascii="Inter" w:hAnsi="Inter"/>
                <w:b w:val="0"/>
                <w:color w:val="112A3E"/>
                <w:sz w:val="16"/>
              </w:rPr>
              <w:t>Eine Wohnsitzummeldung ist grundsätzlich innerhalb von zwei Wochen nach dem Einzug erforderlich. Vor dem Termin die Anforderungen der zuständigen Behörde prüfen; einzelne Kommunen verlangen zusätzliche oder eigene Formulare.</w:t>
            </w:r>
          </w:p>
        </w:tc>
      </w:tr>
    </w:tbl>
    <w:sectPr w:rsidR="00FC693F" w:rsidRPr="0006063C" w:rsidSect="00034616">
      <w:headerReference w:type="default" r:id="rId9"/>
      <w:footerReference w:type="default" r:id="rId10"/>
      <w:pgSz w:w="11906" w:h="16838"/>
      <w:pgMar w:top="879" w:right="1049" w:bottom="822" w:left="1049" w:header="397" w:footer="42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Inter" w:hAnsi="Inter"/>
        <w:b/>
        <w:color w:val="82949F"/>
        <w:sz w:val="14"/>
      </w:rPr>
      <w:t>PRIVATE DOKUMENTVORLAGE   ·   KEIN AMTLICHER MELDESCHEIN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Inter" w:hAnsi="Inter"/>
        <w:b/>
        <w:color w:val="627587"/>
        <w:sz w:val="15"/>
      </w:rPr>
      <w:t>WOHNSITZ  /  MELDEANGELEGENHEITEN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64" w:lineRule="auto"/>
    </w:pPr>
    <w:rPr>
      <w:rFonts w:ascii="Inter" w:hAnsi="Inter"/>
      <w:color w:val="203548"/>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uge">
    <w:name w:val="Huge"/>
    <w:pPr>
      <w:spacing w:after="0"/>
    </w:pPr>
    <w:rPr>
      <w:rFonts w:ascii="Inter" w:hAnsi="Inter"/>
      <w:b/>
      <w:color w:val="112A3E"/>
      <w:sz w:val="44"/>
    </w:rPr>
  </w:style>
  <w:style w:type="paragraph" w:customStyle="1" w:styleId="SectionHeader">
    <w:name w:val="SectionHeader"/>
    <w:pPr>
      <w:spacing w:after="0"/>
    </w:pPr>
    <w:rPr>
      <w:rFonts w:ascii="Inter" w:hAnsi="Inter"/>
      <w:b/>
      <w:color w:val="112A3E"/>
      <w:sz w:val="21"/>
    </w:rPr>
  </w:style>
  <w:style w:type="paragraph" w:customStyle="1" w:styleId="SmallCap">
    <w:name w:val="SmallCap"/>
    <w:pPr>
      <w:spacing w:after="0"/>
    </w:pPr>
    <w:rPr>
      <w:rFonts w:ascii="Inter" w:hAnsi="Inter"/>
      <w:b/>
      <w:color w:val="027F82"/>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Vollmacht zur Wohnsitzummeldung – editierbare Word-Vorlage</dc:title>
  <dc:subject>Wohnsitzummeldung · Vertretung bei der Meldebehörde</dc:subject>
  <dc:creator>Vorlagendokument</dc:creator>
  <cp:keywords>Vollmacht, Wohnsitzummeldung, Meldestelle</cp:keywords>
  <dc:description>generated by python-docx</dc:description>
  <cp:lastModifiedBy/>
  <cp:revision>1</cp:revision>
  <dcterms:created xsi:type="dcterms:W3CDTF">2013-12-23T23:15:00Z</dcterms:created>
  <dcterms:modified xsi:type="dcterms:W3CDTF">2013-12-23T23:15:00Z</dcterms:modified>
  <cp:category/>
</cp:coreProperties>
</file>