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" w:line="240" w:lineRule="auto"/>
      </w:pPr>
      <w:r>
        <w:rPr>
          <w:rFonts w:ascii="Lato" w:hAnsi="Lato" w:eastAsia="Lato" w:cs="Lato"/>
          <w:b/>
          <w:i w:val="0"/>
          <w:color w:val="B48A5E"/>
          <w:sz w:val="14"/>
        </w:rPr>
        <w:t>MOBILITÄT   /   RECHTSDOKUMENT</w:t>
      </w:r>
    </w:p>
    <w:p>
      <w:pPr>
        <w:spacing w:before="20" w:after="100" w:line="240" w:lineRule="auto"/>
      </w:pPr>
      <w:r>
        <w:rPr>
          <w:rFonts w:ascii="Lato" w:hAnsi="Lato" w:eastAsia="Lato" w:cs="Lato"/>
          <w:b/>
          <w:i w:val="0"/>
          <w:color w:val="193B39"/>
          <w:sz w:val="42"/>
        </w:rPr>
        <w:t>Vollmacht zum Autokauf</w:t>
      </w:r>
    </w:p>
    <w:p>
      <w:pPr>
        <w:spacing w:before="0" w:after="160" w:line="259" w:lineRule="auto"/>
      </w:pPr>
      <w:r>
        <w:rPr>
          <w:rFonts w:ascii="Lato" w:hAnsi="Lato" w:eastAsia="Lato" w:cs="Lato"/>
          <w:b w:val="0"/>
          <w:i w:val="0"/>
          <w:color w:val="637473"/>
          <w:sz w:val="16"/>
        </w:rPr>
        <w:t>Vertretung beim Erwerb eines Kraftfahrzeugs  ·  private und geschäftliche Nutzung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803"/>
        <w:gridCol w:w="2948"/>
      </w:tblGrid>
      <w:tr>
        <w:tc>
          <w:tcPr>
            <w:tcW w:type="dxa" w:w="4904"/>
            <w:shd w:fill="193B39"/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spacing w:before="0" w:after="0"/>
            </w:pPr>
            <w:r>
              <w:rPr>
                <w:rFonts w:ascii="Lato" w:hAnsi="Lato" w:eastAsia="Lato" w:cs="Lato"/>
                <w:b/>
                <w:i w:val="0"/>
                <w:color w:val="FFFFFF"/>
                <w:sz w:val="18"/>
              </w:rPr>
              <w:t>VERBINDLICHE BEVOLLMÄCHTIGUNG</w:t>
            </w:r>
          </w:p>
        </w:tc>
        <w:tc>
          <w:tcPr>
            <w:tcW w:type="dxa" w:w="4904"/>
            <w:shd w:fill="193B39"/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Lato" w:hAnsi="Lato" w:eastAsia="Lato" w:cs="Lato"/>
                <w:b/>
                <w:i w:val="0"/>
                <w:color w:val="DFCFBA"/>
                <w:sz w:val="16"/>
              </w:rPr>
              <w:t>DOKUMENT 01 / 02</w:t>
            </w:r>
          </w:p>
        </w:tc>
      </w:tr>
    </w:tbl>
    <w:p>
      <w:pPr>
        <w:spacing w:before="80" w:after="0" w:line="281" w:lineRule="auto"/>
      </w:pPr>
      <w:r>
        <w:rPr>
          <w:rFonts w:ascii="Lato" w:hAnsi="Lato" w:eastAsia="Lato" w:cs="Lato"/>
          <w:b w:val="0"/>
          <w:i w:val="0"/>
          <w:color w:val="1C2E33"/>
          <w:sz w:val="16"/>
        </w:rPr>
        <w:t>Ich ermächtige die nachstehend bezeichnete Person, beim Kauf eines Fahrzeugs in meinem Namen und für meine Rechnung zu handeln – ausschließlich im nachfolgend ausgewählten Umfang.</w:t>
      </w:r>
    </w:p>
    <w:p>
      <w:pPr>
        <w:spacing w:before="200" w:after="100" w:line="240" w:lineRule="auto"/>
      </w:pPr>
      <w:r>
        <w:rPr>
          <w:rFonts w:ascii="Lato" w:hAnsi="Lato" w:eastAsia="Lato" w:cs="Lato"/>
          <w:b/>
          <w:i w:val="0"/>
          <w:color w:val="B48A5E"/>
          <w:sz w:val="17"/>
        </w:rPr>
        <w:t xml:space="preserve">01  </w:t>
      </w:r>
      <w:r>
        <w:rPr>
          <w:rFonts w:ascii="Lato" w:hAnsi="Lato" w:eastAsia="Lato" w:cs="Lato"/>
          <w:b/>
          <w:i w:val="0"/>
          <w:color w:val="193B39"/>
          <w:sz w:val="18"/>
        </w:rPr>
        <w:t>BETEILIGTE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rPr>
          <w:cantSplit/>
        </w:trPr>
        <w:tc>
          <w:tcPr>
            <w:tcW w:type="dxa" w:w="4904"/>
            <w:shd w:fill="F7F9F7"/>
            <w:tcMar>
              <w:top w:w="110" w:type="dxa"/>
              <w:start w:w="145" w:type="dxa"/>
              <w:bottom w:w="110" w:type="dxa"/>
              <w:end w:w="145" w:type="dxa"/>
            </w:tcMar>
          </w:tcPr>
          <w:p>
            <w:pPr>
              <w:spacing w:before="0" w:after="120"/>
            </w:pPr>
            <w:r>
              <w:rPr>
                <w:rFonts w:ascii="Lato" w:hAnsi="Lato" w:eastAsia="Lato" w:cs="Lato"/>
                <w:b/>
                <w:i w:val="0"/>
                <w:color w:val="193B39"/>
                <w:sz w:val="14"/>
              </w:rPr>
              <w:t>VOLLMACHTGEBER/IN (KAUFENDE PERSON)</w:t>
            </w:r>
          </w:p>
          <w:p>
            <w:pPr>
              <w:spacing w:before="60" w:after="40" w:line="240" w:lineRule="auto"/>
            </w:pPr>
            <w:r>
              <w:rPr>
                <w:rFonts w:ascii="Lato" w:hAnsi="Lato" w:eastAsia="Lato" w:cs="Lato"/>
                <w:b/>
                <w:i w:val="0"/>
                <w:color w:val="637473"/>
                <w:sz w:val="14"/>
              </w:rPr>
              <w:t>NAME / FIRMA</w:t>
            </w:r>
          </w:p>
          <w:p>
            <w:pPr>
              <w:spacing w:before="0" w:after="40" w:line="240" w:lineRule="auto"/>
            </w:pPr>
            <w:sdt>
              <w:sdtPr>
                <w:alias w:val="Geber Name"/>
                <w:tag w:val="geber_name"/>
                <w:id w:val="1001"/>
                <w:text w:multiLine="0"/>
              </w:sdtPr>
              <w:sdtContent>
                <w:r>
                  <w:rPr>
                    <w:color w:val="9AA7A2"/>
                    <w:sz w:val="16"/>
                    <w:rFonts w:ascii="Lato" w:hAnsi="Lato"/>
                  </w:rPr>
                  <w:t>Vollständiger Name</w:t>
                </w:r>
              </w:sdtContent>
            </w:sdt>
          </w:p>
          <w:p>
            <w:pPr>
              <w:spacing w:before="60" w:after="40" w:line="240" w:lineRule="auto"/>
            </w:pPr>
            <w:r>
              <w:rPr>
                <w:rFonts w:ascii="Lato" w:hAnsi="Lato" w:eastAsia="Lato" w:cs="Lato"/>
                <w:b/>
                <w:i w:val="0"/>
                <w:color w:val="637473"/>
                <w:sz w:val="14"/>
              </w:rPr>
              <w:t>ANSCHRIFT</w:t>
            </w:r>
          </w:p>
          <w:p>
            <w:pPr>
              <w:spacing w:before="0" w:after="40" w:line="240" w:lineRule="auto"/>
            </w:pPr>
            <w:sdt>
              <w:sdtPr>
                <w:alias w:val="Geber Adresse"/>
                <w:tag w:val="geber_adresse"/>
                <w:id w:val="1002"/>
                <w:text w:multiLine="0"/>
              </w:sdtPr>
              <w:sdtContent>
                <w:r>
                  <w:rPr>
                    <w:color w:val="9AA7A2"/>
                    <w:sz w:val="16"/>
                    <w:rFonts w:ascii="Lato" w:hAnsi="Lato"/>
                  </w:rPr>
                  <w:t>Straße, Nr., PLZ, Ort</w:t>
                </w:r>
              </w:sdtContent>
            </w:sdt>
          </w:p>
          <w:p>
            <w:pPr>
              <w:spacing w:before="60" w:after="40" w:line="240" w:lineRule="auto"/>
            </w:pPr>
            <w:r>
              <w:rPr>
                <w:rFonts w:ascii="Lato" w:hAnsi="Lato" w:eastAsia="Lato" w:cs="Lato"/>
                <w:b/>
                <w:i w:val="0"/>
                <w:color w:val="637473"/>
                <w:sz w:val="14"/>
              </w:rPr>
              <w:t>GEBURTSDATUM / VERTRETUNGSBEFUGNIS</w:t>
            </w:r>
          </w:p>
          <w:p>
            <w:pPr>
              <w:spacing w:before="0" w:after="40" w:line="240" w:lineRule="auto"/>
            </w:pPr>
            <w:sdt>
              <w:sdtPr>
                <w:alias w:val="Geber Geburt"/>
                <w:tag w:val="geber_geburt"/>
                <w:id w:val="1003"/>
                <w:text w:multiLine="0"/>
              </w:sdtPr>
              <w:sdtContent>
                <w:r>
                  <w:rPr>
                    <w:color w:val="9AA7A2"/>
                    <w:sz w:val="16"/>
                    <w:rFonts w:ascii="Lato" w:hAnsi="Lato"/>
                  </w:rPr>
                  <w:t>Datum bzw. Funktion</w:t>
                </w:r>
              </w:sdtContent>
            </w:sdt>
          </w:p>
          <w:p>
            <w:pPr>
              <w:spacing w:before="60" w:after="40" w:line="240" w:lineRule="auto"/>
            </w:pPr>
            <w:r>
              <w:rPr>
                <w:rFonts w:ascii="Lato" w:hAnsi="Lato" w:eastAsia="Lato" w:cs="Lato"/>
                <w:b/>
                <w:i w:val="0"/>
                <w:color w:val="637473"/>
                <w:sz w:val="14"/>
              </w:rPr>
              <w:t>KONTAKT (OPTIONAL)</w:t>
            </w:r>
          </w:p>
          <w:p>
            <w:pPr>
              <w:spacing w:before="0" w:after="40" w:line="240" w:lineRule="auto"/>
            </w:pPr>
            <w:sdt>
              <w:sdtPr>
                <w:alias w:val="Geber Kontakt"/>
                <w:tag w:val="geber_kontakt"/>
                <w:id w:val="1004"/>
                <w:text w:multiLine="0"/>
              </w:sdtPr>
              <w:sdtContent>
                <w:r>
                  <w:rPr>
                    <w:color w:val="9AA7A2"/>
                    <w:sz w:val="16"/>
                    <w:rFonts w:ascii="Lato" w:hAnsi="Lato"/>
                  </w:rPr>
                  <w:t>Telefon oder E-Mail</w:t>
                </w:r>
              </w:sdtContent>
            </w:sdt>
          </w:p>
        </w:tc>
        <w:tc>
          <w:tcPr>
            <w:tcW w:type="dxa" w:w="4904"/>
            <w:shd w:fill="F7F9F7"/>
            <w:tcMar>
              <w:top w:w="110" w:type="dxa"/>
              <w:start w:w="145" w:type="dxa"/>
              <w:bottom w:w="110" w:type="dxa"/>
              <w:end w:w="145" w:type="dxa"/>
            </w:tcMar>
          </w:tcPr>
          <w:p>
            <w:pPr>
              <w:spacing w:before="0" w:after="120"/>
            </w:pPr>
            <w:r>
              <w:rPr>
                <w:rFonts w:ascii="Lato" w:hAnsi="Lato" w:eastAsia="Lato" w:cs="Lato"/>
                <w:b/>
                <w:i w:val="0"/>
                <w:color w:val="193B39"/>
                <w:sz w:val="14"/>
              </w:rPr>
              <w:t>BEVOLLMÄCHTIGTE PERSON</w:t>
            </w:r>
          </w:p>
          <w:p>
            <w:pPr>
              <w:spacing w:before="60" w:after="40" w:line="240" w:lineRule="auto"/>
            </w:pPr>
            <w:r>
              <w:rPr>
                <w:rFonts w:ascii="Lato" w:hAnsi="Lato" w:eastAsia="Lato" w:cs="Lato"/>
                <w:b/>
                <w:i w:val="0"/>
                <w:color w:val="637473"/>
                <w:sz w:val="14"/>
              </w:rPr>
              <w:t>NAME / FIRMA</w:t>
            </w:r>
          </w:p>
          <w:p>
            <w:pPr>
              <w:spacing w:before="0" w:after="40" w:line="240" w:lineRule="auto"/>
            </w:pPr>
            <w:sdt>
              <w:sdtPr>
                <w:alias w:val="Vertreter Name"/>
                <w:tag w:val="vertreter_name"/>
                <w:id w:val="1005"/>
                <w:text w:multiLine="0"/>
              </w:sdtPr>
              <w:sdtContent>
                <w:r>
                  <w:rPr>
                    <w:color w:val="9AA7A2"/>
                    <w:sz w:val="16"/>
                    <w:rFonts w:ascii="Lato" w:hAnsi="Lato"/>
                  </w:rPr>
                  <w:t>Vollständiger Name</w:t>
                </w:r>
              </w:sdtContent>
            </w:sdt>
          </w:p>
          <w:p>
            <w:pPr>
              <w:spacing w:before="60" w:after="40" w:line="240" w:lineRule="auto"/>
            </w:pPr>
            <w:r>
              <w:rPr>
                <w:rFonts w:ascii="Lato" w:hAnsi="Lato" w:eastAsia="Lato" w:cs="Lato"/>
                <w:b/>
                <w:i w:val="0"/>
                <w:color w:val="637473"/>
                <w:sz w:val="14"/>
              </w:rPr>
              <w:t>ANSCHRIFT</w:t>
            </w:r>
          </w:p>
          <w:p>
            <w:pPr>
              <w:spacing w:before="0" w:after="40" w:line="240" w:lineRule="auto"/>
            </w:pPr>
            <w:sdt>
              <w:sdtPr>
                <w:alias w:val="Vertreter Adresse"/>
                <w:tag w:val="vertreter_adresse"/>
                <w:id w:val="1006"/>
                <w:text w:multiLine="0"/>
              </w:sdtPr>
              <w:sdtContent>
                <w:r>
                  <w:rPr>
                    <w:color w:val="9AA7A2"/>
                    <w:sz w:val="16"/>
                    <w:rFonts w:ascii="Lato" w:hAnsi="Lato"/>
                  </w:rPr>
                  <w:t>Straße, Nr., PLZ, Ort</w:t>
                </w:r>
              </w:sdtContent>
            </w:sdt>
          </w:p>
          <w:p>
            <w:pPr>
              <w:spacing w:before="60" w:after="40" w:line="240" w:lineRule="auto"/>
            </w:pPr>
            <w:r>
              <w:rPr>
                <w:rFonts w:ascii="Lato" w:hAnsi="Lato" w:eastAsia="Lato" w:cs="Lato"/>
                <w:b/>
                <w:i w:val="0"/>
                <w:color w:val="637473"/>
                <w:sz w:val="14"/>
              </w:rPr>
              <w:t>GEBURTSDATUM / VERTRETUNGSBEFUGNIS</w:t>
            </w:r>
          </w:p>
          <w:p>
            <w:pPr>
              <w:spacing w:before="0" w:after="40" w:line="240" w:lineRule="auto"/>
            </w:pPr>
            <w:sdt>
              <w:sdtPr>
                <w:alias w:val="Vertreter Geburt"/>
                <w:tag w:val="vertreter_geburt"/>
                <w:id w:val="1007"/>
                <w:text w:multiLine="0"/>
              </w:sdtPr>
              <w:sdtContent>
                <w:r>
                  <w:rPr>
                    <w:color w:val="9AA7A2"/>
                    <w:sz w:val="16"/>
                    <w:rFonts w:ascii="Lato" w:hAnsi="Lato"/>
                  </w:rPr>
                  <w:t>Datum bzw. Funktion</w:t>
                </w:r>
              </w:sdtContent>
            </w:sdt>
          </w:p>
          <w:p>
            <w:pPr>
              <w:spacing w:before="60" w:after="40" w:line="240" w:lineRule="auto"/>
            </w:pPr>
            <w:r>
              <w:rPr>
                <w:rFonts w:ascii="Lato" w:hAnsi="Lato" w:eastAsia="Lato" w:cs="Lato"/>
                <w:b/>
                <w:i w:val="0"/>
                <w:color w:val="637473"/>
                <w:sz w:val="14"/>
              </w:rPr>
              <w:t>KONTAKT (OPTIONAL)</w:t>
            </w:r>
          </w:p>
          <w:p>
            <w:pPr>
              <w:spacing w:before="0" w:after="40" w:line="240" w:lineRule="auto"/>
            </w:pPr>
            <w:sdt>
              <w:sdtPr>
                <w:alias w:val="Vertreter Kontakt"/>
                <w:tag w:val="vertreter_kontakt"/>
                <w:id w:val="1008"/>
                <w:text w:multiLine="0"/>
              </w:sdtPr>
              <w:sdtContent>
                <w:r>
                  <w:rPr>
                    <w:color w:val="9AA7A2"/>
                    <w:sz w:val="16"/>
                    <w:rFonts w:ascii="Lato" w:hAnsi="Lato"/>
                  </w:rPr>
                  <w:t>Telefon oder E-Mail</w:t>
                </w:r>
              </w:sdtContent>
            </w:sdt>
          </w:p>
        </w:tc>
      </w:tr>
    </w:tbl>
    <w:p>
      <w:pPr>
        <w:spacing w:before="200" w:after="100" w:line="240" w:lineRule="auto"/>
      </w:pPr>
      <w:r>
        <w:rPr>
          <w:rFonts w:ascii="Lato" w:hAnsi="Lato" w:eastAsia="Lato" w:cs="Lato"/>
          <w:b/>
          <w:i w:val="0"/>
          <w:color w:val="B48A5E"/>
          <w:sz w:val="17"/>
        </w:rPr>
        <w:t xml:space="preserve">02  </w:t>
      </w:r>
      <w:r>
        <w:rPr>
          <w:rFonts w:ascii="Lato" w:hAnsi="Lato" w:eastAsia="Lato" w:cs="Lato"/>
          <w:b/>
          <w:i w:val="0"/>
          <w:color w:val="193B39"/>
          <w:sz w:val="18"/>
        </w:rPr>
        <w:t>FAHRZEUG UND KAUFVORGABEN</w:t>
      </w:r>
    </w:p>
    <w:p>
      <w:pPr>
        <w:spacing w:before="0" w:after="100"/>
      </w:pPr>
      <w:sdt>
        <w:sdtPr>
          <w:alias w:val="Auswahl Konkret"/>
          <w:tag w:val="auswahl_konkret"/>
          <w:id w:val="1009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t>☐</w:t>
          </w:r>
        </w:sdtContent>
      </w:sdt>
      <w:r>
        <w:rPr>
          <w:rFonts w:ascii="Lato" w:hAnsi="Lato" w:eastAsia="Lato" w:cs="Lato"/>
          <w:b w:val="0"/>
          <w:i w:val="0"/>
          <w:color w:val="1C2E33"/>
          <w:sz w:val="16"/>
        </w:rPr>
        <w:t xml:space="preserve">  Bestimmtes Fahrzeug</w:t>
      </w:r>
      <w:r>
        <w:rPr>
          <w:rFonts w:ascii="Lato" w:hAnsi="Lato" w:eastAsia="Lato" w:cs="Lato"/>
          <w:b w:val="0"/>
          <w:i w:val="0"/>
          <w:color w:val="1C2E33"/>
          <w:sz w:val="16"/>
        </w:rPr>
        <w:t xml:space="preserve">     </w:t>
      </w:r>
      <w:sdt>
        <w:sdtPr>
          <w:alias w:val="Auswahl Vorgaben"/>
          <w:tag w:val="auswahl_vorgaben"/>
          <w:id w:val="101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t>☐</w:t>
          </w:r>
        </w:sdtContent>
      </w:sdt>
      <w:r>
        <w:rPr>
          <w:rFonts w:ascii="Lato" w:hAnsi="Lato" w:eastAsia="Lato" w:cs="Lato"/>
          <w:b w:val="0"/>
          <w:i w:val="0"/>
          <w:color w:val="1C2E33"/>
          <w:sz w:val="16"/>
        </w:rPr>
        <w:t xml:space="preserve">  Fahrzeug nach den folgenden Vorgaben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  <w:vAlign w:val="center"/>
            <w:shd w:fill="F7F9F7"/>
            <w:tcMar>
              <w:top w:w="85" w:type="dxa"/>
              <w:start w:w="145" w:type="dxa"/>
              <w:bottom w:w="80" w:type="dxa"/>
              <w:end w:w="145" w:type="dxa"/>
            </w:tcMar>
            <w:tcBorders>
              <w:bottom w:val="single" w:sz="7" w:color="FFFFFF"/>
              <w:end w:val="single" w:sz="12" w:color="FFFFFF"/>
            </w:tcBorders>
          </w:tcPr>
          <w:p>
            <w:pPr>
              <w:spacing w:before="0" w:after="80" w:line="240" w:lineRule="auto"/>
            </w:pPr>
            <w:r>
              <w:rPr>
                <w:rFonts w:ascii="Lato" w:hAnsi="Lato" w:eastAsia="Lato" w:cs="Lato"/>
                <w:b/>
                <w:i w:val="0"/>
                <w:color w:val="637473"/>
                <w:sz w:val="14"/>
              </w:rPr>
              <w:t>HERSTELLER / MODELL</w:t>
            </w:r>
          </w:p>
          <w:p>
            <w:pPr>
              <w:spacing w:before="0" w:after="0" w:line="240" w:lineRule="auto"/>
            </w:pPr>
            <w:sdt>
              <w:sdtPr>
                <w:alias w:val="Fahrzeug Modell"/>
                <w:tag w:val="fahrzeug_modell"/>
                <w:id w:val="1011"/>
                <w:text w:multiLine="0"/>
              </w:sdtPr>
              <w:sdtContent>
                <w:r>
                  <w:rPr>
                    <w:color w:val="9AA7A2"/>
                    <w:sz w:val="18"/>
                    <w:rFonts w:ascii="Lato" w:hAnsi="Lato"/>
                  </w:rPr>
                  <w:t>Marke, Modell, Ausführung</w:t>
                </w:r>
              </w:sdtContent>
            </w:sdt>
          </w:p>
        </w:tc>
        <w:tc>
          <w:tcPr>
            <w:tcW w:type="dxa" w:w="4876"/>
            <w:vAlign w:val="center"/>
            <w:shd w:fill="F7F9F7"/>
            <w:tcMar>
              <w:top w:w="85" w:type="dxa"/>
              <w:start w:w="145" w:type="dxa"/>
              <w:bottom w:w="80" w:type="dxa"/>
              <w:end w:w="145" w:type="dxa"/>
            </w:tcMar>
            <w:tcBorders>
              <w:bottom w:val="single" w:sz="7" w:color="FFFFFF"/>
            </w:tcBorders>
          </w:tcPr>
          <w:p>
            <w:pPr>
              <w:spacing w:before="0" w:after="80" w:line="240" w:lineRule="auto"/>
            </w:pPr>
            <w:r>
              <w:rPr>
                <w:rFonts w:ascii="Lato" w:hAnsi="Lato" w:eastAsia="Lato" w:cs="Lato"/>
                <w:b/>
                <w:i w:val="0"/>
                <w:color w:val="637473"/>
                <w:sz w:val="14"/>
              </w:rPr>
              <w:t>FIN, SOFERN BEKANNT</w:t>
            </w:r>
          </w:p>
          <w:p>
            <w:pPr>
              <w:spacing w:before="0" w:after="0" w:line="240" w:lineRule="auto"/>
            </w:pPr>
            <w:sdt>
              <w:sdtPr>
                <w:alias w:val="Fahrzeug Fin"/>
                <w:tag w:val="fahrzeug_fin"/>
                <w:id w:val="1012"/>
                <w:text w:multiLine="0"/>
              </w:sdtPr>
              <w:sdtContent>
                <w:r>
                  <w:rPr>
                    <w:color w:val="9AA7A2"/>
                    <w:sz w:val="18"/>
                    <w:rFonts w:ascii="Lato" w:hAnsi="Lato"/>
                  </w:rPr>
                  <w:t>Fahrzeug-Ident.-Nr.</w:t>
                </w:r>
              </w:sdtContent>
            </w:sdt>
          </w:p>
        </w:tc>
      </w:tr>
      <w:tr>
        <w:trPr>
          <w:cantSplit/>
        </w:trPr>
        <w:tc>
          <w:tcPr>
            <w:tcW w:type="dxa" w:w="4876"/>
            <w:vAlign w:val="center"/>
            <w:shd w:fill="F7F9F7"/>
            <w:tcMar>
              <w:top w:w="85" w:type="dxa"/>
              <w:start w:w="145" w:type="dxa"/>
              <w:bottom w:w="80" w:type="dxa"/>
              <w:end w:w="145" w:type="dxa"/>
            </w:tcMar>
            <w:tcBorders>
              <w:bottom w:val="single" w:sz="7" w:color="FFFFFF"/>
              <w:end w:val="single" w:sz="12" w:color="FFFFFF"/>
            </w:tcBorders>
          </w:tcPr>
          <w:p>
            <w:pPr>
              <w:spacing w:before="0" w:after="80" w:line="240" w:lineRule="auto"/>
            </w:pPr>
            <w:r>
              <w:rPr>
                <w:rFonts w:ascii="Lato" w:hAnsi="Lato" w:eastAsia="Lato" w:cs="Lato"/>
                <w:b/>
                <w:i w:val="0"/>
                <w:color w:val="637473"/>
                <w:sz w:val="14"/>
              </w:rPr>
              <w:t>KENNZEICHEN, SOFERN VORHANDEN</w:t>
            </w:r>
          </w:p>
          <w:p>
            <w:pPr>
              <w:spacing w:before="0" w:after="0" w:line="240" w:lineRule="auto"/>
            </w:pPr>
            <w:sdt>
              <w:sdtPr>
                <w:alias w:val="Fahrzeug Kennzeichen"/>
                <w:tag w:val="fahrzeug_kennzeichen"/>
                <w:id w:val="1013"/>
                <w:text w:multiLine="0"/>
              </w:sdtPr>
              <w:sdtContent>
                <w:r>
                  <w:rPr>
                    <w:color w:val="9AA7A2"/>
                    <w:sz w:val="18"/>
                    <w:rFonts w:ascii="Lato" w:hAnsi="Lato"/>
                  </w:rPr>
                  <w:t>Amtliches Kennzeichen</w:t>
                </w:r>
              </w:sdtContent>
            </w:sdt>
          </w:p>
        </w:tc>
        <w:tc>
          <w:tcPr>
            <w:tcW w:type="dxa" w:w="4876"/>
            <w:vAlign w:val="center"/>
            <w:shd w:fill="F7F9F7"/>
            <w:tcMar>
              <w:top w:w="85" w:type="dxa"/>
              <w:start w:w="145" w:type="dxa"/>
              <w:bottom w:w="80" w:type="dxa"/>
              <w:end w:w="145" w:type="dxa"/>
            </w:tcMar>
            <w:tcBorders>
              <w:bottom w:val="single" w:sz="7" w:color="FFFFFF"/>
            </w:tcBorders>
          </w:tcPr>
          <w:p>
            <w:pPr>
              <w:spacing w:before="0" w:after="80" w:line="240" w:lineRule="auto"/>
            </w:pPr>
            <w:r>
              <w:rPr>
                <w:rFonts w:ascii="Lato" w:hAnsi="Lato" w:eastAsia="Lato" w:cs="Lato"/>
                <w:b/>
                <w:i w:val="0"/>
                <w:color w:val="637473"/>
                <w:sz w:val="14"/>
              </w:rPr>
              <w:t>VERKÄUFER / INSERAT (OPTIONAL)</w:t>
            </w:r>
          </w:p>
          <w:p>
            <w:pPr>
              <w:spacing w:before="0" w:after="0" w:line="240" w:lineRule="auto"/>
            </w:pPr>
            <w:sdt>
              <w:sdtPr>
                <w:alias w:val="Fahrzeug Anbieter"/>
                <w:tag w:val="fahrzeug_anbieter"/>
                <w:id w:val="1014"/>
                <w:text w:multiLine="0"/>
              </w:sdtPr>
              <w:sdtContent>
                <w:r>
                  <w:rPr>
                    <w:color w:val="9AA7A2"/>
                    <w:sz w:val="18"/>
                    <w:rFonts w:ascii="Lato" w:hAnsi="Lato"/>
                  </w:rPr>
                  <w:t>Name oder Referenz</w:t>
                </w:r>
              </w:sdtContent>
            </w:sdt>
          </w:p>
        </w:tc>
      </w:tr>
    </w:tbl>
    <w:p>
      <w:pPr>
        <w:spacing w:before="200" w:after="100" w:line="240" w:lineRule="auto"/>
      </w:pPr>
      <w:r>
        <w:rPr>
          <w:rFonts w:ascii="Lato" w:hAnsi="Lato" w:eastAsia="Lato" w:cs="Lato"/>
          <w:b/>
          <w:i w:val="0"/>
          <w:color w:val="B48A5E"/>
          <w:sz w:val="17"/>
        </w:rPr>
        <w:t xml:space="preserve">03  </w:t>
      </w:r>
      <w:r>
        <w:rPr>
          <w:rFonts w:ascii="Lato" w:hAnsi="Lato" w:eastAsia="Lato" w:cs="Lato"/>
          <w:b/>
          <w:i w:val="0"/>
          <w:color w:val="193B39"/>
          <w:sz w:val="18"/>
        </w:rPr>
        <w:t>UMFANG DER VOLLMACHT</w:t>
      </w:r>
      <w:r>
        <w:rPr>
          <w:rFonts w:ascii="Lato" w:hAnsi="Lato" w:eastAsia="Lato" w:cs="Lato"/>
          <w:b w:val="0"/>
          <w:i w:val="0"/>
          <w:color w:val="637473"/>
          <w:sz w:val="14"/>
        </w:rPr>
        <w:t xml:space="preserve">   ·   nur Angekreuztes ist gestattet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90"/>
        <w:gridCol w:w="4890"/>
      </w:tblGrid>
      <w:tr>
        <w:trPr>
          <w:cantSplit/>
        </w:trPr>
        <w:tc>
          <w:tcPr>
            <w:tcW w:type="dxa" w:w="4890"/>
            <w:tcMar>
              <w:top w:w="80" w:type="dxa"/>
              <w:start w:w="100" w:type="dxa"/>
              <w:bottom w:w="85" w:type="dxa"/>
              <w:end w:w="60" w:type="dxa"/>
            </w:tcMar>
          </w:tcPr>
          <w:p>
            <w:pPr>
              <w:spacing w:before="0" w:after="0" w:line="240" w:lineRule="auto"/>
            </w:pPr>
            <w:sdt>
              <w:sdtPr>
                <w:alias w:val="B Angebot"/>
                <w:tag w:val="b_angebot"/>
                <w:id w:val="1015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t>☐</w:t>
                </w:r>
              </w:sdtContent>
            </w:sdt>
            <w:r>
              <w:rPr>
                <w:rFonts w:ascii="Lato" w:hAnsi="Lato" w:eastAsia="Lato" w:cs="Lato"/>
                <w:b w:val="0"/>
                <w:i w:val="0"/>
                <w:color w:val="1C2E33"/>
                <w:sz w:val="16"/>
              </w:rPr>
              <w:t xml:space="preserve">  Fahrzeug besichtigen und Unterlagen prüfen</w:t>
            </w:r>
          </w:p>
        </w:tc>
        <w:tc>
          <w:tcPr>
            <w:tcW w:type="dxa" w:w="4890"/>
            <w:tcMar>
              <w:top w:w="80" w:type="dxa"/>
              <w:start w:w="100" w:type="dxa"/>
              <w:bottom w:w="85" w:type="dxa"/>
              <w:end w:w="60" w:type="dxa"/>
            </w:tcMar>
          </w:tcPr>
          <w:p>
            <w:pPr>
              <w:spacing w:before="0" w:after="0" w:line="240" w:lineRule="auto"/>
            </w:pPr>
            <w:sdt>
              <w:sdtPr>
                <w:alias w:val="B Verhandeln"/>
                <w:tag w:val="b_verhandeln"/>
                <w:id w:val="101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t>☐</w:t>
                </w:r>
              </w:sdtContent>
            </w:sdt>
            <w:r>
              <w:rPr>
                <w:rFonts w:ascii="Lato" w:hAnsi="Lato" w:eastAsia="Lato" w:cs="Lato"/>
                <w:b w:val="0"/>
                <w:i w:val="0"/>
                <w:color w:val="1C2E33"/>
                <w:sz w:val="16"/>
              </w:rPr>
              <w:t xml:space="preserve">  Konditionen verhandeln und vereinbaren</w:t>
            </w:r>
          </w:p>
        </w:tc>
      </w:tr>
      <w:tr>
        <w:trPr>
          <w:cantSplit/>
        </w:trPr>
        <w:tc>
          <w:tcPr>
            <w:tcW w:type="dxa" w:w="4890"/>
            <w:tcMar>
              <w:top w:w="80" w:type="dxa"/>
              <w:start w:w="100" w:type="dxa"/>
              <w:bottom w:w="85" w:type="dxa"/>
              <w:end w:w="60" w:type="dxa"/>
            </w:tcMar>
          </w:tcPr>
          <w:p>
            <w:pPr>
              <w:spacing w:before="0" w:after="0" w:line="240" w:lineRule="auto"/>
            </w:pPr>
            <w:sdt>
              <w:sdtPr>
                <w:alias w:val="B Unterschrift"/>
                <w:tag w:val="b_unterschrift"/>
                <w:id w:val="101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t>☐</w:t>
                </w:r>
              </w:sdtContent>
            </w:sdt>
            <w:r>
              <w:rPr>
                <w:rFonts w:ascii="Lato" w:hAnsi="Lato" w:eastAsia="Lato" w:cs="Lato"/>
                <w:b w:val="0"/>
                <w:i w:val="0"/>
                <w:color w:val="1C2E33"/>
                <w:sz w:val="16"/>
              </w:rPr>
              <w:t xml:space="preserve">  Kaufvertrag rechtsverbindlich unterzeichnen</w:t>
            </w:r>
          </w:p>
        </w:tc>
        <w:tc>
          <w:tcPr>
            <w:tcW w:type="dxa" w:w="4890"/>
            <w:tcMar>
              <w:top w:w="80" w:type="dxa"/>
              <w:start w:w="100" w:type="dxa"/>
              <w:bottom w:w="85" w:type="dxa"/>
              <w:end w:w="60" w:type="dxa"/>
            </w:tcMar>
          </w:tcPr>
          <w:p>
            <w:pPr>
              <w:spacing w:before="0" w:after="0" w:line="240" w:lineRule="auto"/>
            </w:pPr>
            <w:sdt>
              <w:sdtPr>
                <w:alias w:val="B Zahlung"/>
                <w:tag w:val="b_zahlung"/>
                <w:id w:val="101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t>☐</w:t>
                </w:r>
              </w:sdtContent>
            </w:sdt>
            <w:r>
              <w:rPr>
                <w:rFonts w:ascii="Lato" w:hAnsi="Lato" w:eastAsia="Lato" w:cs="Lato"/>
                <w:b w:val="0"/>
                <w:i w:val="0"/>
                <w:color w:val="1C2E33"/>
                <w:sz w:val="16"/>
              </w:rPr>
              <w:t xml:space="preserve">  Kaufpreis aus bereitgestellten Mitteln zahlen</w:t>
            </w:r>
          </w:p>
        </w:tc>
      </w:tr>
      <w:tr>
        <w:trPr>
          <w:cantSplit/>
        </w:trPr>
        <w:tc>
          <w:tcPr>
            <w:tcW w:type="dxa" w:w="4890"/>
            <w:tcMar>
              <w:top w:w="80" w:type="dxa"/>
              <w:start w:w="100" w:type="dxa"/>
              <w:bottom w:w="85" w:type="dxa"/>
              <w:end w:w="60" w:type="dxa"/>
            </w:tcMar>
          </w:tcPr>
          <w:p>
            <w:pPr>
              <w:spacing w:before="0" w:after="0" w:line="240" w:lineRule="auto"/>
            </w:pPr>
            <w:sdt>
              <w:sdtPr>
                <w:alias w:val="B Empfang"/>
                <w:tag w:val="b_empfang"/>
                <w:id w:val="1019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t>☐</w:t>
                </w:r>
              </w:sdtContent>
            </w:sdt>
            <w:r>
              <w:rPr>
                <w:rFonts w:ascii="Lato" w:hAnsi="Lato" w:eastAsia="Lato" w:cs="Lato"/>
                <w:b w:val="0"/>
                <w:i w:val="0"/>
                <w:color w:val="1C2E33"/>
                <w:sz w:val="16"/>
              </w:rPr>
              <w:t xml:space="preserve">  Fahrzeug, Schlüssel und Papiere übernehmen</w:t>
            </w:r>
          </w:p>
        </w:tc>
        <w:tc>
          <w:tcPr>
            <w:tcW w:type="dxa" w:w="4890"/>
            <w:tcMar>
              <w:top w:w="80" w:type="dxa"/>
              <w:start w:w="100" w:type="dxa"/>
              <w:bottom w:w="85" w:type="dxa"/>
              <w:end w:w="60" w:type="dxa"/>
            </w:tcMar>
          </w:tcPr>
          <w:p>
            <w:pPr>
              <w:spacing w:before="0" w:after="0" w:line="240" w:lineRule="auto"/>
            </w:pPr>
            <w:sdt>
              <w:sdtPr>
                <w:alias w:val="B Quittieren"/>
                <w:tag w:val="b_quittieren"/>
                <w:id w:val="1020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t>☐</w:t>
                </w:r>
              </w:sdtContent>
            </w:sdt>
            <w:r>
              <w:rPr>
                <w:rFonts w:ascii="Lato" w:hAnsi="Lato" w:eastAsia="Lato" w:cs="Lato"/>
                <w:b w:val="0"/>
                <w:i w:val="0"/>
                <w:color w:val="1C2E33"/>
                <w:sz w:val="16"/>
              </w:rPr>
              <w:t xml:space="preserve">  Übergabe und Empfang schriftlich bestätigen</w:t>
            </w:r>
          </w:p>
        </w:tc>
      </w:tr>
    </w:tbl>
    <w:p>
      <w:pPr>
        <w:spacing w:before="200" w:after="100" w:line="240" w:lineRule="auto"/>
      </w:pPr>
      <w:r>
        <w:rPr>
          <w:rFonts w:ascii="Lato" w:hAnsi="Lato" w:eastAsia="Lato" w:cs="Lato"/>
          <w:b/>
          <w:i w:val="0"/>
          <w:color w:val="B48A5E"/>
          <w:sz w:val="17"/>
        </w:rPr>
        <w:t xml:space="preserve">04  </w:t>
      </w:r>
      <w:r>
        <w:rPr>
          <w:rFonts w:ascii="Lato" w:hAnsi="Lato" w:eastAsia="Lato" w:cs="Lato"/>
          <w:b/>
          <w:i w:val="0"/>
          <w:color w:val="193B39"/>
          <w:sz w:val="18"/>
        </w:rPr>
        <w:t>PREISGRENZE UND BEDINGUNGEN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  <w:vAlign w:val="center"/>
            <w:shd w:fill="F7F9F7"/>
            <w:tcMar>
              <w:top w:w="85" w:type="dxa"/>
              <w:start w:w="145" w:type="dxa"/>
              <w:bottom w:w="80" w:type="dxa"/>
              <w:end w:w="145" w:type="dxa"/>
            </w:tcMar>
            <w:tcBorders>
              <w:bottom w:val="single" w:sz="7" w:color="FFFFFF"/>
              <w:end w:val="single" w:sz="12" w:color="FFFFFF"/>
            </w:tcBorders>
          </w:tcPr>
          <w:p>
            <w:pPr>
              <w:spacing w:before="0" w:after="80" w:line="240" w:lineRule="auto"/>
            </w:pPr>
            <w:r>
              <w:rPr>
                <w:rFonts w:ascii="Lato" w:hAnsi="Lato" w:eastAsia="Lato" w:cs="Lato"/>
                <w:b/>
                <w:i w:val="0"/>
                <w:color w:val="637473"/>
                <w:sz w:val="14"/>
              </w:rPr>
              <w:t>HÖCHSTBETRAG (GESAMTKOSTEN INKL. NEBENKOSTEN)</w:t>
            </w:r>
          </w:p>
          <w:p>
            <w:pPr>
              <w:spacing w:before="0" w:after="0" w:line="240" w:lineRule="auto"/>
            </w:pPr>
            <w:sdt>
              <w:sdtPr>
                <w:alias w:val="Limit"/>
                <w:tag w:val="limit"/>
                <w:id w:val="1021"/>
                <w:text w:multiLine="0"/>
              </w:sdtPr>
              <w:sdtContent>
                <w:r>
                  <w:rPr>
                    <w:color w:val="9AA7A2"/>
                    <w:sz w:val="18"/>
                    <w:rFonts w:ascii="Lato" w:hAnsi="Lato"/>
                  </w:rPr>
                  <w:t>Betrag in EUR</w:t>
                </w:r>
              </w:sdtContent>
            </w:sdt>
          </w:p>
        </w:tc>
        <w:tc>
          <w:tcPr>
            <w:tcW w:type="dxa" w:w="4876"/>
            <w:vAlign w:val="center"/>
            <w:shd w:fill="F7F9F7"/>
            <w:tcMar>
              <w:top w:w="85" w:type="dxa"/>
              <w:start w:w="145" w:type="dxa"/>
              <w:bottom w:w="80" w:type="dxa"/>
              <w:end w:w="145" w:type="dxa"/>
            </w:tcMar>
            <w:tcBorders>
              <w:bottom w:val="single" w:sz="7" w:color="FFFFFF"/>
            </w:tcBorders>
          </w:tcPr>
          <w:p>
            <w:pPr>
              <w:spacing w:before="0" w:after="80" w:line="240" w:lineRule="auto"/>
            </w:pPr>
            <w:r>
              <w:rPr>
                <w:rFonts w:ascii="Lato" w:hAnsi="Lato" w:eastAsia="Lato" w:cs="Lato"/>
                <w:b/>
                <w:i w:val="0"/>
                <w:color w:val="637473"/>
                <w:sz w:val="14"/>
              </w:rPr>
              <w:t>BEFRISTET BIS (OPTIONAL)</w:t>
            </w:r>
          </w:p>
          <w:p>
            <w:pPr>
              <w:spacing w:before="0" w:after="0" w:line="240" w:lineRule="auto"/>
            </w:pPr>
            <w:sdt>
              <w:sdtPr>
                <w:alias w:val="Datum Ende"/>
                <w:tag w:val="datum_ende"/>
                <w:id w:val="1022"/>
                <w:text w:multiLine="0"/>
              </w:sdtPr>
              <w:sdtContent>
                <w:r>
                  <w:rPr>
                    <w:color w:val="9AA7A2"/>
                    <w:sz w:val="18"/>
                    <w:rFonts w:ascii="Lato" w:hAnsi="Lato"/>
                  </w:rPr>
                  <w:t>TT.MM.JJJJ</w:t>
                </w:r>
              </w:sdtContent>
            </w:sdt>
          </w:p>
        </w:tc>
      </w:tr>
    </w:tbl>
    <w:p>
      <w:pPr>
        <w:spacing w:before="100" w:after="0"/>
      </w:pPr>
      <w:sdt>
        <w:sdtPr>
          <w:alias w:val="Zahlung Durch Gebers"/>
          <w:tag w:val="zahlung_durch_gebers"/>
          <w:id w:val="102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t>☐</w:t>
          </w:r>
        </w:sdtContent>
      </w:sdt>
      <w:r>
        <w:rPr>
          <w:rFonts w:ascii="Lato" w:hAnsi="Lato" w:eastAsia="Lato" w:cs="Lato"/>
          <w:b w:val="0"/>
          <w:i w:val="0"/>
          <w:color w:val="1C2E33"/>
          <w:sz w:val="16"/>
        </w:rPr>
        <w:t xml:space="preserve">  Nur Vollmachtgeber/in zahlt (keine Zahlungsvollmacht)</w:t>
      </w:r>
    </w:p>
    <w:p>
      <w:pPr>
        <w:spacing w:before="80" w:after="0"/>
      </w:pPr>
      <w:r>
        <w:rPr>
          <w:rFonts w:ascii="Lato" w:hAnsi="Lato" w:eastAsia="Lato" w:cs="Lato"/>
          <w:b/>
          <w:i w:val="0"/>
          <w:color w:val="193B39"/>
          <w:sz w:val="16"/>
        </w:rPr>
        <w:t xml:space="preserve">Besondere Weisungen  </w:t>
      </w:r>
      <w:sdt>
        <w:sdtPr>
          <w:alias w:val="Weisungen"/>
          <w:tag w:val="weisungen"/>
          <w:id w:val="1024"/>
          <w:text w:multiLine="0"/>
        </w:sdtPr>
        <w:sdtContent>
          <w:r>
            <w:rPr>
              <w:color w:val="9AA7A2"/>
              <w:sz w:val="16"/>
              <w:rFonts w:ascii="Lato" w:hAnsi="Lato"/>
            </w:rPr>
            <w:t>Zusätzliche Bedingungen (optional)</w:t>
          </w:r>
        </w:sdtContent>
      </w:sdt>
    </w:p>
    <w:p>
      <w:pPr>
        <w:spacing w:before="80" w:after="20" w:line="281" w:lineRule="auto"/>
      </w:pPr>
      <w:r>
        <w:rPr>
          <w:rFonts w:ascii="Lato" w:hAnsi="Lato" w:eastAsia="Lato" w:cs="Lato"/>
          <w:b w:val="0"/>
          <w:i w:val="0"/>
          <w:color w:val="637473"/>
          <w:sz w:val="15"/>
        </w:rPr>
        <w:t>Vertragsunterzeichnung nur mit ausgefüllter Preisobergrenze. Ausgeschlossen: Finanzierung, Leasing, Inzahlunggabe, Untervollmacht und Kfz-Zulassung.</w:t>
      </w:r>
    </w:p>
    <w:p>
      <w:pPr>
        <w:spacing w:before="200" w:after="100" w:line="240" w:lineRule="auto"/>
      </w:pPr>
      <w:r>
        <w:rPr>
          <w:rFonts w:ascii="Lato" w:hAnsi="Lato" w:eastAsia="Lato" w:cs="Lato"/>
          <w:b/>
          <w:i w:val="0"/>
          <w:color w:val="B48A5E"/>
          <w:sz w:val="17"/>
        </w:rPr>
        <w:t xml:space="preserve">05  </w:t>
      </w:r>
      <w:r>
        <w:rPr>
          <w:rFonts w:ascii="Lato" w:hAnsi="Lato" w:eastAsia="Lato" w:cs="Lato"/>
          <w:b/>
          <w:i w:val="0"/>
          <w:color w:val="193B39"/>
          <w:sz w:val="18"/>
        </w:rPr>
        <w:t>GELTUNG UND UNTERZEICHNUNG</w:t>
      </w:r>
    </w:p>
    <w:p>
      <w:pPr>
        <w:spacing w:before="0" w:after="80" w:line="257" w:lineRule="auto"/>
      </w:pPr>
      <w:r>
        <w:rPr>
          <w:rFonts w:ascii="Lato" w:hAnsi="Lato" w:eastAsia="Lato" w:cs="Lato"/>
          <w:b w:val="0"/>
          <w:i w:val="0"/>
          <w:color w:val="1C2E33"/>
          <w:sz w:val="15"/>
        </w:rPr>
        <w:t>Diese Vollmacht gilt ab Unterzeichnung bis zum vereinbarten Ablauf, andernfalls bis zur Beendigung des Kaufvorgangs. Sie kann jederzeit widerrufen werden.</w:t>
      </w:r>
    </w:p>
    <w:p>
      <w:pPr>
        <w:spacing w:before="0" w:after="0"/>
      </w:pPr>
      <w:r>
        <w:rPr>
          <w:rFonts w:ascii="Lato" w:hAnsi="Lato" w:eastAsia="Lato" w:cs="Lato"/>
          <w:b/>
          <w:i w:val="0"/>
          <w:color w:val="193B39"/>
          <w:sz w:val="16"/>
        </w:rPr>
        <w:t xml:space="preserve">Ort / Datum:  </w:t>
      </w:r>
      <w:sdt>
        <w:sdtPr>
          <w:alias w:val="Ort Datum"/>
          <w:tag w:val="ort_datum"/>
          <w:id w:val="1025"/>
          <w:text w:multiLine="0"/>
        </w:sdtPr>
        <w:sdtContent>
          <w:r>
            <w:rPr>
              <w:color w:val="9AA7A2"/>
              <w:sz w:val="17"/>
              <w:rFonts w:ascii="Lato" w:hAnsi="Lato"/>
            </w:rPr>
            <w:t>Ort, TT.MM.JJJJ</w:t>
          </w:r>
        </w:sdtContent>
      </w:sdt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c>
          <w:tcPr>
            <w:tcW w:type="dxa" w:w="4904"/>
            <w:tcMar>
              <w:top w:w="70" w:type="dxa"/>
              <w:start w:w="85" w:type="dxa"/>
              <w:bottom w:w="40" w:type="dxa"/>
              <w:end w:w="175" w:type="dxa"/>
            </w:tcMar>
          </w:tcPr>
          <w:p>
            <w:pPr>
              <w:spacing w:before="0" w:after="0"/>
            </w:pPr>
            <w:r>
              <w:rPr>
                <w:rFonts w:ascii="Lato" w:hAnsi="Lato" w:eastAsia="Lato" w:cs="Lato"/>
                <w:b w:val="0"/>
                <w:i w:val="0"/>
                <w:color w:val="1C2E33"/>
                <w:sz w:val="16"/>
              </w:rPr>
              <w:t xml:space="preserve"> </w:t>
            </w:r>
          </w:p>
          <w:p>
            <w:pPr>
              <w:spacing w:before="340" w:after="0"/>
            </w:pPr>
            <w:r>
              <w:rPr>
                <w:rFonts w:ascii="Lato" w:hAnsi="Lato" w:eastAsia="Lato" w:cs="Lato"/>
                <w:b w:val="0"/>
                <w:i w:val="0"/>
                <w:color w:val="637473"/>
                <w:sz w:val="18"/>
              </w:rPr>
              <w:t>________________________________</w:t>
            </w:r>
          </w:p>
          <w:p>
            <w:pPr>
              <w:spacing w:before="40" w:after="0"/>
            </w:pPr>
            <w:r>
              <w:rPr>
                <w:rFonts w:ascii="Lato" w:hAnsi="Lato" w:eastAsia="Lato" w:cs="Lato"/>
                <w:b/>
                <w:i w:val="0"/>
                <w:color w:val="637473"/>
                <w:sz w:val="13"/>
              </w:rPr>
              <w:t>UNTERSCHRIFT VOLLMACHTGEBER/IN</w:t>
            </w:r>
          </w:p>
        </w:tc>
        <w:tc>
          <w:tcPr>
            <w:tcW w:type="dxa" w:w="4904"/>
            <w:tcMar>
              <w:top w:w="70" w:type="dxa"/>
              <w:start w:w="85" w:type="dxa"/>
              <w:bottom w:w="40" w:type="dxa"/>
              <w:end w:w="175" w:type="dxa"/>
            </w:tcMar>
          </w:tcPr>
          <w:p>
            <w:pPr>
              <w:spacing w:before="0" w:after="0"/>
            </w:pPr>
            <w:r>
              <w:rPr>
                <w:rFonts w:ascii="Lato" w:hAnsi="Lato" w:eastAsia="Lato" w:cs="Lato"/>
                <w:b w:val="0"/>
                <w:i w:val="0"/>
                <w:color w:val="1C2E33"/>
                <w:sz w:val="16"/>
              </w:rPr>
              <w:t xml:space="preserve"> </w:t>
            </w:r>
          </w:p>
          <w:p>
            <w:pPr>
              <w:spacing w:before="340" w:after="0"/>
            </w:pPr>
            <w:r>
              <w:rPr>
                <w:rFonts w:ascii="Lato" w:hAnsi="Lato" w:eastAsia="Lato" w:cs="Lato"/>
                <w:b w:val="0"/>
                <w:i w:val="0"/>
                <w:color w:val="637473"/>
                <w:sz w:val="18"/>
              </w:rPr>
              <w:t>________________________________</w:t>
            </w:r>
          </w:p>
          <w:p>
            <w:pPr>
              <w:spacing w:before="40" w:after="0"/>
            </w:pPr>
            <w:r>
              <w:rPr>
                <w:rFonts w:ascii="Lato" w:hAnsi="Lato" w:eastAsia="Lato" w:cs="Lato"/>
                <w:b/>
                <w:i w:val="0"/>
                <w:color w:val="637473"/>
                <w:sz w:val="13"/>
              </w:rPr>
              <w:t>KENNTNISNAHME BEVOLLMÄCHTIGTE/R (OPTIONAL)</w:t>
            </w:r>
          </w:p>
        </w:tc>
      </w:tr>
    </w:tbl>
    <w:p>
      <w:r>
        <w:br w:type="page"/>
      </w:r>
    </w:p>
    <w:p>
      <w:pPr>
        <w:spacing w:before="0" w:after="60" w:line="240" w:lineRule="auto"/>
      </w:pPr>
      <w:r>
        <w:rPr>
          <w:rFonts w:ascii="Lato" w:hAnsi="Lato" w:eastAsia="Lato" w:cs="Lato"/>
          <w:b/>
          <w:i w:val="0"/>
          <w:color w:val="B48A5E"/>
          <w:sz w:val="14"/>
        </w:rPr>
        <w:t>MOBILITÄT   /   PRAXISBLATT</w:t>
      </w:r>
    </w:p>
    <w:p>
      <w:pPr>
        <w:spacing w:before="20" w:after="100" w:line="240" w:lineRule="auto"/>
      </w:pPr>
      <w:r>
        <w:rPr>
          <w:rFonts w:ascii="Lato" w:hAnsi="Lato" w:eastAsia="Lato" w:cs="Lato"/>
          <w:b/>
          <w:i w:val="0"/>
          <w:color w:val="193B39"/>
          <w:sz w:val="40"/>
        </w:rPr>
        <w:t>Kauf- &amp; Übergabevermerk</w:t>
      </w:r>
    </w:p>
    <w:p>
      <w:pPr>
        <w:spacing w:before="0" w:after="160" w:line="259" w:lineRule="auto"/>
      </w:pPr>
      <w:r>
        <w:rPr>
          <w:rFonts w:ascii="Lato" w:hAnsi="Lato" w:eastAsia="Lato" w:cs="Lato"/>
          <w:b w:val="0"/>
          <w:i w:val="0"/>
          <w:color w:val="637473"/>
          <w:sz w:val="16"/>
        </w:rPr>
        <w:t>Freiwillige Dokumentation zur Fahrzeugübernahme  ·  nicht Teil des Kaufvertrags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803"/>
        <w:gridCol w:w="2948"/>
      </w:tblGrid>
      <w:tr>
        <w:tc>
          <w:tcPr>
            <w:tcW w:type="dxa" w:w="4904"/>
            <w:shd w:fill="193B39"/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spacing w:before="0" w:after="0"/>
            </w:pPr>
            <w:r>
              <w:rPr>
                <w:rFonts w:ascii="Lato" w:hAnsi="Lato" w:eastAsia="Lato" w:cs="Lato"/>
                <w:b/>
                <w:i w:val="0"/>
                <w:color w:val="FFFFFF"/>
                <w:sz w:val="18"/>
              </w:rPr>
              <w:t>OPTIONALER TRANSAKTIONSNACHWEIS</w:t>
            </w:r>
          </w:p>
        </w:tc>
        <w:tc>
          <w:tcPr>
            <w:tcW w:type="dxa" w:w="4904"/>
            <w:shd w:fill="193B39"/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Lato" w:hAnsi="Lato" w:eastAsia="Lato" w:cs="Lato"/>
                <w:b/>
                <w:i w:val="0"/>
                <w:color w:val="DFCFBA"/>
                <w:sz w:val="16"/>
              </w:rPr>
              <w:t>DOKUMENT 02 / 02</w:t>
            </w:r>
          </w:p>
        </w:tc>
      </w:tr>
    </w:tbl>
    <w:p>
      <w:pPr>
        <w:spacing w:before="80" w:after="0" w:line="281" w:lineRule="auto"/>
      </w:pPr>
      <w:r>
        <w:rPr>
          <w:rFonts w:ascii="Lato" w:hAnsi="Lato" w:eastAsia="Lato" w:cs="Lato"/>
          <w:b w:val="0"/>
          <w:i w:val="0"/>
          <w:color w:val="1C2E33"/>
          <w:sz w:val="17"/>
        </w:rPr>
        <w:t>Dieses Blatt unterstützt den Bevollmächtigten bei der Fahrzeugübergabe. Es ersetzt weder den Kaufvertrag noch die im Einzelfall erforderlichen Fahrzeugdokumente.</w:t>
      </w:r>
    </w:p>
    <w:p>
      <w:pPr>
        <w:spacing w:before="200" w:after="100" w:line="240" w:lineRule="auto"/>
      </w:pPr>
      <w:r>
        <w:rPr>
          <w:rFonts w:ascii="Lato" w:hAnsi="Lato" w:eastAsia="Lato" w:cs="Lato"/>
          <w:b/>
          <w:i w:val="0"/>
          <w:color w:val="B48A5E"/>
          <w:sz w:val="17"/>
        </w:rPr>
        <w:t xml:space="preserve">A  </w:t>
      </w:r>
      <w:r>
        <w:rPr>
          <w:rFonts w:ascii="Lato" w:hAnsi="Lato" w:eastAsia="Lato" w:cs="Lato"/>
          <w:b/>
          <w:i w:val="0"/>
          <w:color w:val="193B39"/>
          <w:sz w:val="18"/>
        </w:rPr>
        <w:t>KAUFDATEN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  <w:vAlign w:val="center"/>
            <w:shd w:fill="F7F9F7"/>
            <w:tcMar>
              <w:top w:w="85" w:type="dxa"/>
              <w:start w:w="145" w:type="dxa"/>
              <w:bottom w:w="80" w:type="dxa"/>
              <w:end w:w="145" w:type="dxa"/>
            </w:tcMar>
            <w:tcBorders>
              <w:bottom w:val="single" w:sz="7" w:color="FFFFFF"/>
              <w:end w:val="single" w:sz="12" w:color="FFFFFF"/>
            </w:tcBorders>
          </w:tcPr>
          <w:p>
            <w:pPr>
              <w:spacing w:before="0" w:after="80" w:line="240" w:lineRule="auto"/>
            </w:pPr>
            <w:r>
              <w:rPr>
                <w:rFonts w:ascii="Lato" w:hAnsi="Lato" w:eastAsia="Lato" w:cs="Lato"/>
                <w:b/>
                <w:i w:val="0"/>
                <w:color w:val="637473"/>
                <w:sz w:val="14"/>
              </w:rPr>
              <w:t>VERKÄUFER/IN / BETRIEB</w:t>
            </w:r>
          </w:p>
          <w:p>
            <w:pPr>
              <w:spacing w:before="0" w:after="0" w:line="240" w:lineRule="auto"/>
            </w:pPr>
            <w:sdt>
              <w:sdtPr>
                <w:alias w:val="Protokoll Verkaeufer"/>
                <w:tag w:val="protokoll_verkaeufer"/>
                <w:id w:val="1026"/>
                <w:text w:multiLine="0"/>
              </w:sdtPr>
              <w:sdtContent>
                <w:r>
                  <w:rPr>
                    <w:color w:val="9AA7A2"/>
                    <w:sz w:val="18"/>
                    <w:rFonts w:ascii="Lato" w:hAnsi="Lato"/>
                  </w:rPr>
                  <w:t>Name / Firma</w:t>
                </w:r>
              </w:sdtContent>
            </w:sdt>
          </w:p>
        </w:tc>
        <w:tc>
          <w:tcPr>
            <w:tcW w:type="dxa" w:w="4876"/>
            <w:vAlign w:val="center"/>
            <w:shd w:fill="F7F9F7"/>
            <w:tcMar>
              <w:top w:w="85" w:type="dxa"/>
              <w:start w:w="145" w:type="dxa"/>
              <w:bottom w:w="80" w:type="dxa"/>
              <w:end w:w="145" w:type="dxa"/>
            </w:tcMar>
            <w:tcBorders>
              <w:bottom w:val="single" w:sz="7" w:color="FFFFFF"/>
            </w:tcBorders>
          </w:tcPr>
          <w:p>
            <w:pPr>
              <w:spacing w:before="0" w:after="80" w:line="240" w:lineRule="auto"/>
            </w:pPr>
            <w:r>
              <w:rPr>
                <w:rFonts w:ascii="Lato" w:hAnsi="Lato" w:eastAsia="Lato" w:cs="Lato"/>
                <w:b/>
                <w:i w:val="0"/>
                <w:color w:val="637473"/>
                <w:sz w:val="14"/>
              </w:rPr>
              <w:t>KAUFVERTRAG VOM</w:t>
            </w:r>
          </w:p>
          <w:p>
            <w:pPr>
              <w:spacing w:before="0" w:after="0" w:line="240" w:lineRule="auto"/>
            </w:pPr>
            <w:sdt>
              <w:sdtPr>
                <w:alias w:val="Protokoll Vertrag"/>
                <w:tag w:val="protokoll_vertrag"/>
                <w:id w:val="1027"/>
                <w:text w:multiLine="0"/>
              </w:sdtPr>
              <w:sdtContent>
                <w:r>
                  <w:rPr>
                    <w:color w:val="9AA7A2"/>
                    <w:sz w:val="18"/>
                    <w:rFonts w:ascii="Lato" w:hAnsi="Lato"/>
                  </w:rPr>
                  <w:t>TT.MM.JJJJ</w:t>
                </w:r>
              </w:sdtContent>
            </w:sdt>
          </w:p>
        </w:tc>
      </w:tr>
      <w:tr>
        <w:trPr>
          <w:cantSplit/>
        </w:trPr>
        <w:tc>
          <w:tcPr>
            <w:tcW w:type="dxa" w:w="4876"/>
            <w:vAlign w:val="center"/>
            <w:shd w:fill="F7F9F7"/>
            <w:tcMar>
              <w:top w:w="85" w:type="dxa"/>
              <w:start w:w="145" w:type="dxa"/>
              <w:bottom w:w="80" w:type="dxa"/>
              <w:end w:w="145" w:type="dxa"/>
            </w:tcMar>
            <w:tcBorders>
              <w:bottom w:val="single" w:sz="7" w:color="FFFFFF"/>
              <w:end w:val="single" w:sz="12" w:color="FFFFFF"/>
            </w:tcBorders>
          </w:tcPr>
          <w:p>
            <w:pPr>
              <w:spacing w:before="0" w:after="80" w:line="240" w:lineRule="auto"/>
            </w:pPr>
            <w:r>
              <w:rPr>
                <w:rFonts w:ascii="Lato" w:hAnsi="Lato" w:eastAsia="Lato" w:cs="Lato"/>
                <w:b/>
                <w:i w:val="0"/>
                <w:color w:val="637473"/>
                <w:sz w:val="14"/>
              </w:rPr>
              <w:t>TATSÄCHLICHER KAUFPREIS</w:t>
            </w:r>
          </w:p>
          <w:p>
            <w:pPr>
              <w:spacing w:before="0" w:after="0" w:line="240" w:lineRule="auto"/>
            </w:pPr>
            <w:sdt>
              <w:sdtPr>
                <w:alias w:val="Protokoll Preis"/>
                <w:tag w:val="protokoll_preis"/>
                <w:id w:val="1028"/>
                <w:text w:multiLine="0"/>
              </w:sdtPr>
              <w:sdtContent>
                <w:r>
                  <w:rPr>
                    <w:color w:val="9AA7A2"/>
                    <w:sz w:val="18"/>
                    <w:rFonts w:ascii="Lato" w:hAnsi="Lato"/>
                  </w:rPr>
                  <w:t>EUR</w:t>
                </w:r>
              </w:sdtContent>
            </w:sdt>
          </w:p>
        </w:tc>
        <w:tc>
          <w:tcPr>
            <w:tcW w:type="dxa" w:w="4876"/>
            <w:vAlign w:val="center"/>
            <w:shd w:fill="F7F9F7"/>
            <w:tcMar>
              <w:top w:w="85" w:type="dxa"/>
              <w:start w:w="145" w:type="dxa"/>
              <w:bottom w:w="80" w:type="dxa"/>
              <w:end w:w="145" w:type="dxa"/>
            </w:tcMar>
            <w:tcBorders>
              <w:bottom w:val="single" w:sz="7" w:color="FFFFFF"/>
            </w:tcBorders>
          </w:tcPr>
          <w:p>
            <w:pPr>
              <w:spacing w:before="0" w:after="80" w:line="240" w:lineRule="auto"/>
            </w:pPr>
            <w:r>
              <w:rPr>
                <w:rFonts w:ascii="Lato" w:hAnsi="Lato" w:eastAsia="Lato" w:cs="Lato"/>
                <w:b/>
                <w:i w:val="0"/>
                <w:color w:val="637473"/>
                <w:sz w:val="14"/>
              </w:rPr>
              <w:t>KILOMETERSTAND BEI ÜBERGABE</w:t>
            </w:r>
          </w:p>
          <w:p>
            <w:pPr>
              <w:spacing w:before="0" w:after="0" w:line="240" w:lineRule="auto"/>
            </w:pPr>
            <w:sdt>
              <w:sdtPr>
                <w:alias w:val="Protokoll Km"/>
                <w:tag w:val="protokoll_km"/>
                <w:id w:val="1029"/>
                <w:text w:multiLine="0"/>
              </w:sdtPr>
              <w:sdtContent>
                <w:r>
                  <w:rPr>
                    <w:color w:val="9AA7A2"/>
                    <w:sz w:val="18"/>
                    <w:rFonts w:ascii="Lato" w:hAnsi="Lato"/>
                  </w:rPr>
                  <w:t>km</w:t>
                </w:r>
              </w:sdtContent>
            </w:sdt>
          </w:p>
        </w:tc>
      </w:tr>
      <w:tr>
        <w:trPr>
          <w:cantSplit/>
        </w:trPr>
        <w:tc>
          <w:tcPr>
            <w:tcW w:type="dxa" w:w="4876"/>
            <w:vAlign w:val="center"/>
            <w:shd w:fill="F7F9F7"/>
            <w:tcMar>
              <w:top w:w="85" w:type="dxa"/>
              <w:start w:w="145" w:type="dxa"/>
              <w:bottom w:w="80" w:type="dxa"/>
              <w:end w:w="145" w:type="dxa"/>
            </w:tcMar>
            <w:tcBorders>
              <w:bottom w:val="single" w:sz="7" w:color="FFFFFF"/>
              <w:end w:val="single" w:sz="12" w:color="FFFFFF"/>
            </w:tcBorders>
          </w:tcPr>
          <w:p>
            <w:pPr>
              <w:spacing w:before="0" w:after="80" w:line="240" w:lineRule="auto"/>
            </w:pPr>
            <w:r>
              <w:rPr>
                <w:rFonts w:ascii="Lato" w:hAnsi="Lato" w:eastAsia="Lato" w:cs="Lato"/>
                <w:b/>
                <w:i w:val="0"/>
                <w:color w:val="637473"/>
                <w:sz w:val="14"/>
              </w:rPr>
              <w:t>ÜBERGABEORT</w:t>
            </w:r>
          </w:p>
          <w:p>
            <w:pPr>
              <w:spacing w:before="0" w:after="0" w:line="240" w:lineRule="auto"/>
            </w:pPr>
            <w:sdt>
              <w:sdtPr>
                <w:alias w:val="Protokoll Ort"/>
                <w:tag w:val="protokoll_ort"/>
                <w:id w:val="1030"/>
                <w:text w:multiLine="0"/>
              </w:sdtPr>
              <w:sdtContent>
                <w:r>
                  <w:rPr>
                    <w:color w:val="9AA7A2"/>
                    <w:sz w:val="18"/>
                    <w:rFonts w:ascii="Lato" w:hAnsi="Lato"/>
                  </w:rPr>
                  <w:t>Ort</w:t>
                </w:r>
              </w:sdtContent>
            </w:sdt>
          </w:p>
        </w:tc>
        <w:tc>
          <w:tcPr>
            <w:tcW w:type="dxa" w:w="4876"/>
            <w:vAlign w:val="center"/>
            <w:shd w:fill="F7F9F7"/>
            <w:tcMar>
              <w:top w:w="85" w:type="dxa"/>
              <w:start w:w="145" w:type="dxa"/>
              <w:bottom w:w="80" w:type="dxa"/>
              <w:end w:w="145" w:type="dxa"/>
            </w:tcMar>
            <w:tcBorders>
              <w:bottom w:val="single" w:sz="7" w:color="FFFFFF"/>
            </w:tcBorders>
          </w:tcPr>
          <w:p>
            <w:pPr>
              <w:spacing w:before="0" w:after="80" w:line="240" w:lineRule="auto"/>
            </w:pPr>
            <w:r>
              <w:rPr>
                <w:rFonts w:ascii="Lato" w:hAnsi="Lato" w:eastAsia="Lato" w:cs="Lato"/>
                <w:b/>
                <w:i w:val="0"/>
                <w:color w:val="637473"/>
                <w:sz w:val="14"/>
              </w:rPr>
              <w:t>ÜBERGABEDATUM / UHRZEIT</w:t>
            </w:r>
          </w:p>
          <w:p>
            <w:pPr>
              <w:spacing w:before="0" w:after="0" w:line="240" w:lineRule="auto"/>
            </w:pPr>
            <w:sdt>
              <w:sdtPr>
                <w:alias w:val="Protokoll Datum"/>
                <w:tag w:val="protokoll_datum"/>
                <w:id w:val="1031"/>
                <w:text w:multiLine="0"/>
              </w:sdtPr>
              <w:sdtContent>
                <w:r>
                  <w:rPr>
                    <w:color w:val="9AA7A2"/>
                    <w:sz w:val="18"/>
                    <w:rFonts w:ascii="Lato" w:hAnsi="Lato"/>
                  </w:rPr>
                  <w:t>TT.MM.JJJJ / HH:MM</w:t>
                </w:r>
              </w:sdtContent>
            </w:sdt>
          </w:p>
        </w:tc>
      </w:tr>
    </w:tbl>
    <w:p>
      <w:pPr>
        <w:spacing w:before="200" w:after="100" w:line="240" w:lineRule="auto"/>
      </w:pPr>
      <w:r>
        <w:rPr>
          <w:rFonts w:ascii="Lato" w:hAnsi="Lato" w:eastAsia="Lato" w:cs="Lato"/>
          <w:b/>
          <w:i w:val="0"/>
          <w:color w:val="B48A5E"/>
          <w:sz w:val="17"/>
        </w:rPr>
        <w:t xml:space="preserve">B  </w:t>
      </w:r>
      <w:r>
        <w:rPr>
          <w:rFonts w:ascii="Lato" w:hAnsi="Lato" w:eastAsia="Lato" w:cs="Lato"/>
          <w:b/>
          <w:i w:val="0"/>
          <w:color w:val="193B39"/>
          <w:sz w:val="18"/>
        </w:rPr>
        <w:t>FAHRZEUG- UND DOKUMENTENCHECK</w:t>
      </w:r>
      <w:r>
        <w:rPr>
          <w:rFonts w:ascii="Lato" w:hAnsi="Lato" w:eastAsia="Lato" w:cs="Lato"/>
          <w:b w:val="0"/>
          <w:i w:val="0"/>
          <w:color w:val="637473"/>
          <w:sz w:val="14"/>
        </w:rPr>
        <w:t xml:space="preserve">   ·   bei Übergabe auswählen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90"/>
        <w:gridCol w:w="4890"/>
      </w:tblGrid>
      <w:tr>
        <w:trPr>
          <w:cantSplit/>
        </w:trPr>
        <w:tc>
          <w:tcPr>
            <w:tcW w:type="dxa" w:w="4890"/>
            <w:tcMar>
              <w:top w:w="80" w:type="dxa"/>
              <w:start w:w="100" w:type="dxa"/>
              <w:bottom w:w="85" w:type="dxa"/>
              <w:end w:w="60" w:type="dxa"/>
            </w:tcMar>
          </w:tcPr>
          <w:p>
            <w:pPr>
              <w:spacing w:before="0" w:after="0" w:line="240" w:lineRule="auto"/>
            </w:pPr>
            <w:sdt>
              <w:sdtPr>
                <w:alias w:val="Chk Schluessel"/>
                <w:tag w:val="chk_schluessel"/>
                <w:id w:val="1032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t>☐</w:t>
                </w:r>
              </w:sdtContent>
            </w:sdt>
            <w:r>
              <w:rPr>
                <w:rFonts w:ascii="Lato" w:hAnsi="Lato" w:eastAsia="Lato" w:cs="Lato"/>
                <w:b w:val="0"/>
                <w:i w:val="0"/>
                <w:color w:val="1C2E33"/>
                <w:sz w:val="16"/>
              </w:rPr>
              <w:t xml:space="preserve">  Fahrzeugschlüssel erhalten</w:t>
            </w:r>
          </w:p>
        </w:tc>
        <w:tc>
          <w:tcPr>
            <w:tcW w:type="dxa" w:w="4890"/>
            <w:tcMar>
              <w:top w:w="80" w:type="dxa"/>
              <w:start w:w="100" w:type="dxa"/>
              <w:bottom w:w="85" w:type="dxa"/>
              <w:end w:w="60" w:type="dxa"/>
            </w:tcMar>
          </w:tcPr>
          <w:p>
            <w:pPr>
              <w:spacing w:before="0" w:after="0" w:line="240" w:lineRule="auto"/>
            </w:pPr>
            <w:sdt>
              <w:sdtPr>
                <w:alias w:val="Chk Teil1"/>
                <w:tag w:val="chk_teil1"/>
                <w:id w:val="1033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t>☐</w:t>
                </w:r>
              </w:sdtContent>
            </w:sdt>
            <w:r>
              <w:rPr>
                <w:rFonts w:ascii="Lato" w:hAnsi="Lato" w:eastAsia="Lato" w:cs="Lato"/>
                <w:b w:val="0"/>
                <w:i w:val="0"/>
                <w:color w:val="1C2E33"/>
                <w:sz w:val="16"/>
              </w:rPr>
              <w:t xml:space="preserve">  Zulassungsbescheinigung Teil I erhalten</w:t>
            </w:r>
          </w:p>
        </w:tc>
      </w:tr>
      <w:tr>
        <w:trPr>
          <w:cantSplit/>
        </w:trPr>
        <w:tc>
          <w:tcPr>
            <w:tcW w:type="dxa" w:w="4890"/>
            <w:tcMar>
              <w:top w:w="80" w:type="dxa"/>
              <w:start w:w="100" w:type="dxa"/>
              <w:bottom w:w="85" w:type="dxa"/>
              <w:end w:w="60" w:type="dxa"/>
            </w:tcMar>
          </w:tcPr>
          <w:p>
            <w:pPr>
              <w:spacing w:before="0" w:after="0" w:line="240" w:lineRule="auto"/>
            </w:pPr>
            <w:sdt>
              <w:sdtPr>
                <w:alias w:val="Chk Teil2"/>
                <w:tag w:val="chk_teil2"/>
                <w:id w:val="1034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t>☐</w:t>
                </w:r>
              </w:sdtContent>
            </w:sdt>
            <w:r>
              <w:rPr>
                <w:rFonts w:ascii="Lato" w:hAnsi="Lato" w:eastAsia="Lato" w:cs="Lato"/>
                <w:b w:val="0"/>
                <w:i w:val="0"/>
                <w:color w:val="1C2E33"/>
                <w:sz w:val="16"/>
              </w:rPr>
              <w:t xml:space="preserve">  Zulassungsbescheinigung Teil II erhalten</w:t>
            </w:r>
          </w:p>
        </w:tc>
        <w:tc>
          <w:tcPr>
            <w:tcW w:type="dxa" w:w="4890"/>
            <w:tcMar>
              <w:top w:w="80" w:type="dxa"/>
              <w:start w:w="100" w:type="dxa"/>
              <w:bottom w:w="85" w:type="dxa"/>
              <w:end w:w="60" w:type="dxa"/>
            </w:tcMar>
          </w:tcPr>
          <w:p>
            <w:pPr>
              <w:spacing w:before="0" w:after="0" w:line="240" w:lineRule="auto"/>
            </w:pPr>
            <w:sdt>
              <w:sdtPr>
                <w:alias w:val="Chk Hu"/>
                <w:tag w:val="chk_hu"/>
                <w:id w:val="1035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t>☐</w:t>
                </w:r>
              </w:sdtContent>
            </w:sdt>
            <w:r>
              <w:rPr>
                <w:rFonts w:ascii="Lato" w:hAnsi="Lato" w:eastAsia="Lato" w:cs="Lato"/>
                <w:b w:val="0"/>
                <w:i w:val="0"/>
                <w:color w:val="1C2E33"/>
                <w:sz w:val="16"/>
              </w:rPr>
              <w:t xml:space="preserve">  Letzter HU-Bericht vorgelegt</w:t>
            </w:r>
          </w:p>
        </w:tc>
      </w:tr>
      <w:tr>
        <w:trPr>
          <w:cantSplit/>
        </w:trPr>
        <w:tc>
          <w:tcPr>
            <w:tcW w:type="dxa" w:w="4890"/>
            <w:tcMar>
              <w:top w:w="80" w:type="dxa"/>
              <w:start w:w="100" w:type="dxa"/>
              <w:bottom w:w="85" w:type="dxa"/>
              <w:end w:w="60" w:type="dxa"/>
            </w:tcMar>
          </w:tcPr>
          <w:p>
            <w:pPr>
              <w:spacing w:before="0" w:after="0" w:line="240" w:lineRule="auto"/>
            </w:pPr>
            <w:sdt>
              <w:sdtPr>
                <w:alias w:val="Chk Service"/>
                <w:tag w:val="chk_service"/>
                <w:id w:val="1036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t>☐</w:t>
                </w:r>
              </w:sdtContent>
            </w:sdt>
            <w:r>
              <w:rPr>
                <w:rFonts w:ascii="Lato" w:hAnsi="Lato" w:eastAsia="Lato" w:cs="Lato"/>
                <w:b w:val="0"/>
                <w:i w:val="0"/>
                <w:color w:val="1C2E33"/>
                <w:sz w:val="16"/>
              </w:rPr>
              <w:t xml:space="preserve">  Service- / Wartungsnachweise erhalten</w:t>
            </w:r>
          </w:p>
        </w:tc>
        <w:tc>
          <w:tcPr>
            <w:tcW w:type="dxa" w:w="4890"/>
            <w:tcMar>
              <w:top w:w="80" w:type="dxa"/>
              <w:start w:w="100" w:type="dxa"/>
              <w:bottom w:w="85" w:type="dxa"/>
              <w:end w:w="60" w:type="dxa"/>
            </w:tcMar>
          </w:tcPr>
          <w:p>
            <w:pPr>
              <w:spacing w:before="0" w:after="0" w:line="240" w:lineRule="auto"/>
            </w:pPr>
            <w:sdt>
              <w:sdtPr>
                <w:alias w:val="Chk Coc"/>
                <w:tag w:val="chk_coc"/>
                <w:id w:val="1037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t>☐</w:t>
                </w:r>
              </w:sdtContent>
            </w:sdt>
            <w:r>
              <w:rPr>
                <w:rFonts w:ascii="Lato" w:hAnsi="Lato" w:eastAsia="Lato" w:cs="Lato"/>
                <w:b w:val="0"/>
                <w:i w:val="0"/>
                <w:color w:val="1C2E33"/>
                <w:sz w:val="16"/>
              </w:rPr>
              <w:t xml:space="preserve">  CoC-Papier (soweit vorhanden) erhalten</w:t>
            </w:r>
          </w:p>
        </w:tc>
      </w:tr>
      <w:tr>
        <w:trPr>
          <w:cantSplit/>
        </w:trPr>
        <w:tc>
          <w:tcPr>
            <w:tcW w:type="dxa" w:w="4890"/>
            <w:tcMar>
              <w:top w:w="80" w:type="dxa"/>
              <w:start w:w="100" w:type="dxa"/>
              <w:bottom w:w="85" w:type="dxa"/>
              <w:end w:w="60" w:type="dxa"/>
            </w:tcMar>
          </w:tcPr>
          <w:p>
            <w:pPr>
              <w:spacing w:before="0" w:after="0" w:line="240" w:lineRule="auto"/>
            </w:pPr>
            <w:sdt>
              <w:sdtPr>
                <w:alias w:val="Chk Zubehoer"/>
                <w:tag w:val="chk_zubehoer"/>
                <w:id w:val="1038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t>☐</w:t>
                </w:r>
              </w:sdtContent>
            </w:sdt>
            <w:r>
              <w:rPr>
                <w:rFonts w:ascii="Lato" w:hAnsi="Lato" w:eastAsia="Lato" w:cs="Lato"/>
                <w:b w:val="0"/>
                <w:i w:val="0"/>
                <w:color w:val="1C2E33"/>
                <w:sz w:val="16"/>
              </w:rPr>
              <w:t xml:space="preserve">  Vereinbartes Zubehör vollständig erhalten</w:t>
            </w:r>
          </w:p>
        </w:tc>
        <w:tc>
          <w:tcPr>
            <w:tcW w:type="dxa" w:w="4890"/>
            <w:tcMar>
              <w:top w:w="80" w:type="dxa"/>
              <w:start w:w="100" w:type="dxa"/>
              <w:bottom w:w="85" w:type="dxa"/>
              <w:end w:w="60" w:type="dxa"/>
            </w:tcMar>
          </w:tcPr>
          <w:p>
            <w:pPr>
              <w:spacing w:before="0" w:after="0" w:line="240" w:lineRule="auto"/>
            </w:pPr>
            <w:sdt>
              <w:sdtPr>
                <w:alias w:val="Chk Schaeden"/>
                <w:tag w:val="chk_schaeden"/>
                <w:id w:val="1039"/>
                <w14:checkbox>
                  <w14:checked w14:val="0"/>
                  <w14:checkedState w14:val="2612" w14:font="DejaVu Sans"/>
                  <w14:uncheckedState w14:val="2610" w14:font="DejaVu Sans"/>
                </w14:checkbox>
              </w:sdtPr>
              <w:sdtContent>
                <w:r>
                  <w:t>☐</w:t>
                </w:r>
              </w:sdtContent>
            </w:sdt>
            <w:r>
              <w:rPr>
                <w:rFonts w:ascii="Lato" w:hAnsi="Lato" w:eastAsia="Lato" w:cs="Lato"/>
                <w:b w:val="0"/>
                <w:i w:val="0"/>
                <w:color w:val="1C2E33"/>
                <w:sz w:val="16"/>
              </w:rPr>
              <w:t xml:space="preserve">  Sichtbare Schäden dokumentiert</w:t>
            </w:r>
          </w:p>
        </w:tc>
      </w:tr>
    </w:tbl>
    <w:p>
      <w:pPr>
        <w:spacing w:before="200" w:after="100" w:line="240" w:lineRule="auto"/>
      </w:pPr>
      <w:r>
        <w:rPr>
          <w:rFonts w:ascii="Lato" w:hAnsi="Lato" w:eastAsia="Lato" w:cs="Lato"/>
          <w:b/>
          <w:i w:val="0"/>
          <w:color w:val="B48A5E"/>
          <w:sz w:val="17"/>
        </w:rPr>
        <w:t xml:space="preserve">C  </w:t>
      </w:r>
      <w:r>
        <w:rPr>
          <w:rFonts w:ascii="Lato" w:hAnsi="Lato" w:eastAsia="Lato" w:cs="Lato"/>
          <w:b/>
          <w:i w:val="0"/>
          <w:color w:val="193B39"/>
          <w:sz w:val="18"/>
        </w:rPr>
        <w:t>KAUFPREIS UND SCHLÜSSEL</w:t>
      </w:r>
    </w:p>
    <w:p>
      <w:pPr>
        <w:spacing w:before="0" w:after="100"/>
      </w:pPr>
      <w:sdt>
        <w:sdtPr>
          <w:alias w:val="Art Ueberweisung"/>
          <w:tag w:val="art_ueberweisung"/>
          <w:id w:val="104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t>☐</w:t>
          </w:r>
        </w:sdtContent>
      </w:sdt>
      <w:r>
        <w:rPr>
          <w:rFonts w:ascii="Lato" w:hAnsi="Lato" w:eastAsia="Lato" w:cs="Lato"/>
          <w:b w:val="0"/>
          <w:i w:val="0"/>
          <w:color w:val="1C2E33"/>
          <w:sz w:val="16"/>
        </w:rPr>
        <w:t xml:space="preserve">  Überweisung durch Käufer/in</w:t>
      </w:r>
      <w:r>
        <w:rPr>
          <w:rFonts w:ascii="Lato" w:hAnsi="Lato" w:eastAsia="Lato" w:cs="Lato"/>
          <w:b w:val="0"/>
          <w:i w:val="0"/>
          <w:color w:val="1C2E33"/>
          <w:sz w:val="16"/>
        </w:rPr>
        <w:t xml:space="preserve">      </w:t>
      </w:r>
      <w:sdt>
        <w:sdtPr>
          <w:alias w:val="Art Vorort"/>
          <w:tag w:val="art_vorort"/>
          <w:id w:val="104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t>☐</w:t>
          </w:r>
        </w:sdtContent>
      </w:sdt>
      <w:r>
        <w:rPr>
          <w:rFonts w:ascii="Lato" w:hAnsi="Lato" w:eastAsia="Lato" w:cs="Lato"/>
          <w:b w:val="0"/>
          <w:i w:val="0"/>
          <w:color w:val="1C2E33"/>
          <w:sz w:val="16"/>
        </w:rPr>
        <w:t xml:space="preserve">  Zahlung durch Bevollmächtigte/n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rPr>
          <w:cantSplit/>
        </w:trPr>
        <w:tc>
          <w:tcPr>
            <w:tcW w:type="dxa" w:w="4876"/>
            <w:vAlign w:val="center"/>
            <w:shd w:fill="F7F9F7"/>
            <w:tcMar>
              <w:top w:w="85" w:type="dxa"/>
              <w:start w:w="145" w:type="dxa"/>
              <w:bottom w:w="80" w:type="dxa"/>
              <w:end w:w="145" w:type="dxa"/>
            </w:tcMar>
            <w:tcBorders>
              <w:bottom w:val="single" w:sz="7" w:color="FFFFFF"/>
              <w:end w:val="single" w:sz="12" w:color="FFFFFF"/>
            </w:tcBorders>
          </w:tcPr>
          <w:p>
            <w:pPr>
              <w:spacing w:before="0" w:after="80" w:line="240" w:lineRule="auto"/>
            </w:pPr>
            <w:r>
              <w:rPr>
                <w:rFonts w:ascii="Lato" w:hAnsi="Lato" w:eastAsia="Lato" w:cs="Lato"/>
                <w:b/>
                <w:i w:val="0"/>
                <w:color w:val="637473"/>
                <w:sz w:val="14"/>
              </w:rPr>
              <w:t>ANZAHL ERHALTENER SCHLÜSSEL</w:t>
            </w:r>
          </w:p>
          <w:p>
            <w:pPr>
              <w:spacing w:before="0" w:after="0" w:line="240" w:lineRule="auto"/>
            </w:pPr>
            <w:sdt>
              <w:sdtPr>
                <w:alias w:val="Protokoll Schluessel"/>
                <w:tag w:val="protokoll_schluessel"/>
                <w:id w:val="1042"/>
                <w:text w:multiLine="0"/>
              </w:sdtPr>
              <w:sdtContent>
                <w:r>
                  <w:rPr>
                    <w:color w:val="9AA7A2"/>
                    <w:sz w:val="18"/>
                    <w:rFonts w:ascii="Lato" w:hAnsi="Lato"/>
                  </w:rPr>
                  <w:t>Anzahl</w:t>
                </w:r>
              </w:sdtContent>
            </w:sdt>
          </w:p>
        </w:tc>
        <w:tc>
          <w:tcPr>
            <w:tcW w:type="dxa" w:w="4876"/>
            <w:vAlign w:val="center"/>
            <w:shd w:fill="F7F9F7"/>
            <w:tcMar>
              <w:top w:w="85" w:type="dxa"/>
              <w:start w:w="145" w:type="dxa"/>
              <w:bottom w:w="80" w:type="dxa"/>
              <w:end w:w="145" w:type="dxa"/>
            </w:tcMar>
            <w:tcBorders>
              <w:bottom w:val="single" w:sz="7" w:color="FFFFFF"/>
            </w:tcBorders>
          </w:tcPr>
          <w:p>
            <w:pPr>
              <w:spacing w:before="0" w:after="80" w:line="240" w:lineRule="auto"/>
            </w:pPr>
            <w:r>
              <w:rPr>
                <w:rFonts w:ascii="Lato" w:hAnsi="Lato" w:eastAsia="Lato" w:cs="Lato"/>
                <w:b/>
                <w:i w:val="0"/>
                <w:color w:val="637473"/>
                <w:sz w:val="14"/>
              </w:rPr>
              <w:t>ZAHLUNGSNACHWEIS / REFERENZ</w:t>
            </w:r>
          </w:p>
          <w:p>
            <w:pPr>
              <w:spacing w:before="0" w:after="0" w:line="240" w:lineRule="auto"/>
            </w:pPr>
            <w:sdt>
              <w:sdtPr>
                <w:alias w:val="Protokoll Nachweis"/>
                <w:tag w:val="protokoll_nachweis"/>
                <w:id w:val="1043"/>
                <w:text w:multiLine="0"/>
              </w:sdtPr>
              <w:sdtContent>
                <w:r>
                  <w:rPr>
                    <w:color w:val="9AA7A2"/>
                    <w:sz w:val="18"/>
                    <w:rFonts w:ascii="Lato" w:hAnsi="Lato"/>
                  </w:rPr>
                  <w:t>Angabe (optional)</w:t>
                </w:r>
              </w:sdtContent>
            </w:sdt>
          </w:p>
        </w:tc>
      </w:tr>
    </w:tbl>
    <w:p>
      <w:pPr>
        <w:spacing w:before="200" w:after="100" w:line="240" w:lineRule="auto"/>
      </w:pPr>
      <w:r>
        <w:rPr>
          <w:rFonts w:ascii="Lato" w:hAnsi="Lato" w:eastAsia="Lato" w:cs="Lato"/>
          <w:b/>
          <w:i w:val="0"/>
          <w:color w:val="B48A5E"/>
          <w:sz w:val="17"/>
        </w:rPr>
        <w:t xml:space="preserve">D  </w:t>
      </w:r>
      <w:r>
        <w:rPr>
          <w:rFonts w:ascii="Lato" w:hAnsi="Lato" w:eastAsia="Lato" w:cs="Lato"/>
          <w:b/>
          <w:i w:val="0"/>
          <w:color w:val="193B39"/>
          <w:sz w:val="18"/>
        </w:rPr>
        <w:t>ABWEICHUNGEN UND FESTSTELLUNGEN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751"/>
      </w:tblGrid>
      <w:tr>
        <w:tc>
          <w:tcPr>
            <w:tcW w:type="dxa" w:w="9808"/>
            <w:shd w:fill="F7F9F7"/>
            <w:tcMar>
              <w:top w:w="130" w:type="dxa"/>
              <w:start w:w="145" w:type="dxa"/>
              <w:bottom w:w="180" w:type="dxa"/>
              <w:end w:w="145" w:type="dxa"/>
            </w:tcMar>
          </w:tcPr>
          <w:p>
            <w:pPr>
              <w:spacing w:before="0" w:after="60"/>
            </w:pPr>
            <w:r>
              <w:rPr>
                <w:rFonts w:ascii="Lato" w:hAnsi="Lato" w:eastAsia="Lato" w:cs="Lato"/>
                <w:b/>
                <w:i w:val="0"/>
                <w:color w:val="637473"/>
                <w:sz w:val="14"/>
              </w:rPr>
              <w:t>FEHLENDE UNTERLAGEN, MÄNGEL, ZUBEHÖR, OFFENE PUNKTE</w:t>
            </w:r>
          </w:p>
          <w:p>
            <w:pPr>
              <w:spacing w:before="0" w:after="160"/>
            </w:pPr>
            <w:sdt>
              <w:sdtPr>
                <w:alias w:val="Protokoll Notizen"/>
                <w:tag w:val="protokoll_notizen"/>
                <w:id w:val="1044"/>
                <w:text w:multiLine="0"/>
              </w:sdtPr>
              <w:sdtContent>
                <w:r>
                  <w:rPr>
                    <w:color w:val="9AA7A2"/>
                    <w:sz w:val="18"/>
                    <w:rFonts w:ascii="Lato" w:hAnsi="Lato"/>
                  </w:rPr>
                  <w:t>Feststellungen und Vereinbarungen eintragen</w:t>
                </w:r>
              </w:sdtContent>
            </w:sdt>
          </w:p>
          <w:p>
            <w:pPr>
              <w:spacing w:before="80" w:after="0"/>
            </w:pPr>
            <w:r>
              <w:rPr>
                <w:rFonts w:ascii="Lato" w:hAnsi="Lato" w:eastAsia="Lato" w:cs="Lato"/>
                <w:b w:val="0"/>
                <w:i w:val="0"/>
                <w:color w:val="CDD7D2"/>
                <w:sz w:val="16"/>
              </w:rPr>
              <w:t>___________________________________________________________________________</w:t>
            </w:r>
          </w:p>
        </w:tc>
      </w:tr>
    </w:tbl>
    <w:p>
      <w:pPr>
        <w:spacing w:before="200" w:after="100" w:line="240" w:lineRule="auto"/>
      </w:pPr>
      <w:r>
        <w:rPr>
          <w:rFonts w:ascii="Lato" w:hAnsi="Lato" w:eastAsia="Lato" w:cs="Lato"/>
          <w:b/>
          <w:i w:val="0"/>
          <w:color w:val="B48A5E"/>
          <w:sz w:val="17"/>
        </w:rPr>
        <w:t xml:space="preserve">E  </w:t>
      </w:r>
      <w:r>
        <w:rPr>
          <w:rFonts w:ascii="Lato" w:hAnsi="Lato" w:eastAsia="Lato" w:cs="Lato"/>
          <w:b/>
          <w:i w:val="0"/>
          <w:color w:val="193B39"/>
          <w:sz w:val="18"/>
        </w:rPr>
        <w:t>BESTÄTIGUNG DER ÜBERNAHME</w:t>
      </w:r>
    </w:p>
    <w:p>
      <w:pPr>
        <w:spacing w:before="0" w:after="60"/>
      </w:pPr>
      <w:r>
        <w:rPr>
          <w:rFonts w:ascii="Lato" w:hAnsi="Lato" w:eastAsia="Lato" w:cs="Lato"/>
          <w:b w:val="0"/>
          <w:i w:val="0"/>
          <w:color w:val="637473"/>
          <w:sz w:val="15"/>
        </w:rPr>
        <w:t>Ich bestätige ausschließlich den oben dokumentierten Erhalt; Angaben zum Zustand des Fahrzeugs ersetzen keine Prüfung oder vertragliche Vereinbarung.</w:t>
      </w:r>
    </w:p>
    <w:p>
      <w:pPr>
        <w:spacing w:before="80" w:after="0"/>
      </w:pPr>
      <w:r>
        <w:rPr>
          <w:rFonts w:ascii="Lato" w:hAnsi="Lato" w:eastAsia="Lato" w:cs="Lato"/>
          <w:b/>
          <w:i w:val="0"/>
          <w:color w:val="193B39"/>
          <w:sz w:val="16"/>
        </w:rPr>
        <w:t xml:space="preserve">Ort / Datum:  </w:t>
      </w:r>
      <w:sdt>
        <w:sdtPr>
          <w:alias w:val="Protokoll Ort Datum"/>
          <w:tag w:val="protokoll_ort_datum"/>
          <w:id w:val="1045"/>
          <w:text w:multiLine="0"/>
        </w:sdtPr>
        <w:sdtContent>
          <w:r>
            <w:rPr>
              <w:color w:val="9AA7A2"/>
              <w:sz w:val="17"/>
              <w:rFonts w:ascii="Lato" w:hAnsi="Lato"/>
            </w:rPr>
            <w:t>Ort, TT.MM.JJJJ</w:t>
          </w:r>
        </w:sdtContent>
      </w:sdt>
    </w:p>
    <w:p>
      <w:pPr>
        <w:spacing w:before="320" w:after="0"/>
      </w:pPr>
      <w:r>
        <w:rPr>
          <w:rFonts w:ascii="Lato" w:hAnsi="Lato" w:eastAsia="Lato" w:cs="Lato"/>
          <w:b w:val="0"/>
          <w:i w:val="0"/>
          <w:color w:val="637473"/>
          <w:sz w:val="18"/>
        </w:rPr>
        <w:t>_______________________________________</w:t>
      </w:r>
    </w:p>
    <w:p>
      <w:pPr>
        <w:spacing w:before="40" w:after="0"/>
      </w:pPr>
      <w:r>
        <w:rPr>
          <w:rFonts w:ascii="Lato" w:hAnsi="Lato" w:eastAsia="Lato" w:cs="Lato"/>
          <w:b/>
          <w:i w:val="0"/>
          <w:color w:val="637473"/>
          <w:sz w:val="14"/>
        </w:rPr>
        <w:t>UNTERSCHRIFT BEVOLLMÄCHTIGTE/R</w:t>
      </w:r>
    </w:p>
    <w:sectPr w:rsidR="00FC693F" w:rsidRPr="0006063C" w:rsidSect="00034616">
      <w:footerReference w:type="default" r:id="rId9"/>
      <w:pgSz w:w="11906" w:h="16838"/>
      <w:pgMar w:top="822" w:right="1049" w:bottom="833" w:left="1049" w:header="369" w:footer="41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jc w:val="right"/>
    </w:pPr>
    <w:r>
      <w:rPr>
        <w:rFonts w:ascii="Lato" w:hAnsi="Lato" w:eastAsia="Lato" w:cs="Lato"/>
        <w:b/>
        <w:i w:val="0"/>
        <w:color w:val="637473"/>
        <w:sz w:val="13"/>
      </w:rPr>
      <w:t>FAHRZEUGKAUF   /   KAUFVOLLMACHT</w:t>
    </w:r>
    <w:r>
      <w:rPr>
        <w:rFonts w:ascii="Lato" w:hAnsi="Lato" w:eastAsia="Lato" w:cs="Lato"/>
        <w:b w:val="0"/>
        <w:i w:val="0"/>
        <w:color w:val="637473"/>
        <w:sz w:val="13"/>
      </w:rPr>
      <w:t xml:space="preserve">     •     SEITE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52" w:lineRule="auto"/>
    </w:pPr>
    <w:rPr>
      <w:rFonts w:ascii="Lato" w:hAnsi="Lato"/>
      <w:color w:val="1C2E33"/>
      <w:sz w:val="17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ini">
    <w:name w:val="Mini"/>
    <w:rPr>
      <w:rFonts w:ascii="Lato" w:hAnsi="Lato"/>
      <w:sz w:val="15"/>
    </w:rPr>
  </w:style>
  <w:style w:type="paragraph" w:customStyle="1" w:styleId="Tiny">
    <w:name w:val="Tiny"/>
    <w:rPr>
      <w:rFonts w:ascii="Lato" w:hAnsi="Lato"/>
      <w:sz w:val="1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Vollmacht zum Autokauf – bearbeitbare Vorlage</dc:title>
  <dc:subject>Fahrzeugkauf Vollmacht und optionaler Übergabevermerk</dc:subject>
  <dc:creator/>
  <cp:keywords>Vollmacht, Fahrzeugkauf, Autokauf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