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Title"/>
      </w:pPr>
      <w:r>
        <w:t>Vollmacht zur Paketabholung</w:t>
      </w:r>
    </w:p>
    <w:p>
      <w:pPr>
        <w:pStyle w:val="DocSubtitle"/>
      </w:pPr>
      <w:r>
        <w:t>Allgemeine Vorlage für die Abholung durch eine bevollmächtigte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426"/>
            <w:shd w:fill="F4F7FA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6" w:color="D8E2EC"/>
              <w:left w:val="single" w:sz="6" w:color="D8E2EC"/>
              <w:bottom w:val="single" w:sz="6" w:color="D8E2EC"/>
              <w:right w:val="single" w:sz="6" w:color="D8E2EC"/>
            </w:tcBorders>
          </w:tcPr>
          <w:p>
            <w:pPr>
              <w:spacing w:after="0"/>
            </w:pPr>
            <w:r>
              <w:rPr>
                <w:b/>
                <w:color w:val="1E365B"/>
              </w:rPr>
              <w:t xml:space="preserve">Zweck: </w:t>
            </w:r>
            <w:r>
              <w:t>Eine andere Person darf die unten bezeichnete(n), an mich adressierte(n) Sendung(en) in meinem Namen abholen und den Empfang bestätigen.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426"/>
            <w:shd w:fill="1E365B"/>
            <w:tcMar>
              <w:top w:w="80" w:type="dxa"/>
              <w:start w:w="140" w:type="dxa"/>
              <w:bottom w:w="80" w:type="dxa"/>
              <w:end w:w="140" w:type="dxa"/>
            </w:tcMar>
            <w:tcBorders>
              <w:top w:val="single" w:sz="4" w:color="1E365B"/>
              <w:left w:val="single" w:sz="4" w:color="1E365B"/>
              <w:bottom w:val="single" w:sz="4" w:color="1E365B"/>
              <w:right w:val="single" w:sz="4" w:color="1E365B"/>
            </w:tcBorders>
          </w:tcPr>
          <w:p>
            <w:pPr>
              <w:pStyle w:val="SectionHead"/>
            </w:pPr>
            <w:r>
              <w:t>1  Umfang der Vollmacht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1"/>
      </w:tblGrid>
      <w:tr>
        <w:tc>
          <w:tcPr>
            <w:tcW w:type="dxa" w:w="10426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☐  Einmalige Vollmacht  </w:t>
            </w:r>
            <w:r>
              <w:rPr>
                <w:color w:val="5F6F7F"/>
                <w:sz w:val="16"/>
              </w:rPr>
              <w:t>nur für die unter Ziffer 2 bezeichnete(n) Sendung(en)</w:t>
            </w:r>
          </w:p>
        </w:tc>
      </w:tr>
      <w:tr>
        <w:tc>
          <w:tcPr>
            <w:tcW w:type="dxa" w:w="10426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☐  Befristete Vollmacht  </w:t>
            </w:r>
            <w:r>
              <w:rPr>
                <w:color w:val="5F6F7F"/>
                <w:sz w:val="16"/>
              </w:rPr>
              <w:t>für alle an mich adressierten, zur Abholung bereitliegenden Sendungen vom ____________ bis ____________</w:t>
            </w:r>
          </w:p>
        </w:tc>
      </w:tr>
      <w:tr>
        <w:tc>
          <w:tcPr>
            <w:tcW w:type="dxa" w:w="10426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☐  Bis auf Widerruf  </w:t>
            </w:r>
            <w:r>
              <w:rPr>
                <w:color w:val="5F6F7F"/>
                <w:sz w:val="16"/>
              </w:rPr>
              <w:t>nur soweit die jeweilige Abholstelle eine dauerhafte Vollmacht akzeptiert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426"/>
            <w:shd w:fill="1E365B"/>
            <w:tcMar>
              <w:top w:w="80" w:type="dxa"/>
              <w:start w:w="140" w:type="dxa"/>
              <w:bottom w:w="80" w:type="dxa"/>
              <w:end w:w="140" w:type="dxa"/>
            </w:tcMar>
            <w:tcBorders>
              <w:top w:val="single" w:sz="4" w:color="1E365B"/>
              <w:left w:val="single" w:sz="4" w:color="1E365B"/>
              <w:bottom w:val="single" w:sz="4" w:color="1E365B"/>
              <w:right w:val="single" w:sz="4" w:color="1E365B"/>
            </w:tcBorders>
          </w:tcPr>
          <w:p>
            <w:pPr>
              <w:pStyle w:val="SectionHead"/>
            </w:pPr>
            <w:r>
              <w:t>2  Sendung(en) und Abholstelle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778"/>
        <w:gridCol w:w="7313"/>
      </w:tblGrid>
      <w:tr>
        <w:trPr>
          <w:cantSplit/>
        </w:trPr>
        <w:tc>
          <w:tcPr>
            <w:tcW w:type="dxa" w:w="2778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263442"/>
                <w:sz w:val="17"/>
              </w:rPr>
              <w:t>Paketdienst / Zusteller</w:t>
            </w:r>
          </w:p>
        </w:tc>
        <w:tc>
          <w:tcPr>
            <w:tcW w:type="dxa" w:w="731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shd w:fill="FBFCFD"/>
            <w:tcBorders>
              <w:bottom w:val="single" w:sz="8" w:color="9BAEBD"/>
            </w:tcBorders>
          </w:tcPr>
          <w:p>
            <w:pPr>
              <w:spacing w:after="0"/>
            </w:pPr>
            <w:r>
              <w:rPr>
                <w:i/>
                <w:color w:val="9AA7B3"/>
                <w:sz w:val="15"/>
              </w:rPr>
              <w:t>optional, z. B. Paketdienst oder Postunternehmen</w:t>
            </w:r>
          </w:p>
        </w:tc>
      </w:tr>
      <w:tr>
        <w:trPr>
          <w:cantSplit/>
        </w:trPr>
        <w:tc>
          <w:tcPr>
            <w:tcW w:type="dxa" w:w="2778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263442"/>
                <w:sz w:val="17"/>
              </w:rPr>
              <w:t>Abholstelle / Filiale</w:t>
            </w:r>
          </w:p>
        </w:tc>
        <w:tc>
          <w:tcPr>
            <w:tcW w:type="dxa" w:w="731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shd w:fill="FBFCFD"/>
            <w:tcBorders>
              <w:bottom w:val="single" w:sz="8" w:color="9BAEBD"/>
            </w:tcBorders>
          </w:tcPr>
          <w:p>
            <w:pPr>
              <w:spacing w:after="0"/>
            </w:pPr>
            <w:r>
              <w:rPr>
                <w:i/>
                <w:color w:val="9AA7B3"/>
                <w:sz w:val="15"/>
              </w:rPr>
              <w:t>Name oder Anschrift, sofern bekannt</w:t>
            </w:r>
          </w:p>
        </w:tc>
      </w:tr>
      <w:tr>
        <w:trPr>
          <w:cantSplit/>
        </w:trPr>
        <w:tc>
          <w:tcPr>
            <w:tcW w:type="dxa" w:w="2778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263442"/>
                <w:sz w:val="17"/>
              </w:rPr>
              <w:t>Sendungsnummer 1</w:t>
            </w:r>
          </w:p>
        </w:tc>
        <w:tc>
          <w:tcPr>
            <w:tcW w:type="dxa" w:w="731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shd w:fill="FBFCFD"/>
            <w:tcBorders>
              <w:bottom w:val="single" w:sz="8" w:color="9BAEBD"/>
            </w:tcBorders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778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263442"/>
                <w:sz w:val="17"/>
              </w:rPr>
              <w:t>Sendungsnummer 2</w:t>
            </w:r>
          </w:p>
        </w:tc>
        <w:tc>
          <w:tcPr>
            <w:tcW w:type="dxa" w:w="731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shd w:fill="FBFCFD"/>
            <w:tcBorders>
              <w:bottom w:val="single" w:sz="8" w:color="9BAEBD"/>
            </w:tcBorders>
          </w:tcPr>
          <w:p>
            <w:pPr>
              <w:spacing w:after="0"/>
            </w:pPr>
            <w:r>
              <w:rPr>
                <w:i/>
                <w:color w:val="9AA7B3"/>
                <w:sz w:val="15"/>
              </w:rPr>
              <w:t>optional</w:t>
            </w:r>
          </w:p>
        </w:tc>
      </w:tr>
      <w:tr>
        <w:trPr>
          <w:cantSplit/>
        </w:trPr>
        <w:tc>
          <w:tcPr>
            <w:tcW w:type="dxa" w:w="2778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263442"/>
                <w:sz w:val="17"/>
              </w:rPr>
              <w:t>Benachrichtigung / Abholcode</w:t>
            </w:r>
          </w:p>
        </w:tc>
        <w:tc>
          <w:tcPr>
            <w:tcW w:type="dxa" w:w="731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shd w:fill="FBFCFD"/>
            <w:tcBorders>
              <w:bottom w:val="single" w:sz="8" w:color="9BAEBD"/>
            </w:tcBorders>
          </w:tcPr>
          <w:p>
            <w:pPr>
              <w:spacing w:after="0"/>
            </w:pPr>
            <w:r>
              <w:rPr>
                <w:i/>
                <w:color w:val="9AA7B3"/>
                <w:sz w:val="15"/>
              </w:rPr>
              <w:t>optional; nur eintragen, wenn erforderlich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426"/>
            <w:shd w:fill="1E365B"/>
            <w:tcMar>
              <w:top w:w="80" w:type="dxa"/>
              <w:start w:w="140" w:type="dxa"/>
              <w:bottom w:w="80" w:type="dxa"/>
              <w:end w:w="140" w:type="dxa"/>
            </w:tcMar>
            <w:tcBorders>
              <w:top w:val="single" w:sz="4" w:color="1E365B"/>
              <w:left w:val="single" w:sz="4" w:color="1E365B"/>
              <w:bottom w:val="single" w:sz="4" w:color="1E365B"/>
              <w:right w:val="single" w:sz="4" w:color="1E365B"/>
            </w:tcBorders>
          </w:tcPr>
          <w:p>
            <w:pPr>
              <w:pStyle w:val="SectionHead"/>
            </w:pPr>
            <w:r>
              <w:t>3  Vollmachtgeber/in und bevollmächtigte Person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9"/>
        <w:gridCol w:w="4989"/>
      </w:tblGrid>
      <w:tr>
        <w:tc>
          <w:tcPr>
            <w:tcW w:type="dxa" w:w="5213"/>
            <w:tcMar>
              <w:top w:w="80" w:type="dxa"/>
              <w:start w:w="90" w:type="dxa"/>
              <w:bottom w:w="80" w:type="dxa"/>
              <w:end w:w="90" w:type="dxa"/>
            </w:tcMar>
            <w:shd w:fill="FBFCFD"/>
            <w:tcBorders>
              <w:top w:val="single" w:sz="6" w:color="D8E2EC"/>
              <w:left w:val="single" w:sz="6" w:color="D8E2EC"/>
              <w:bottom w:val="single" w:sz="6" w:color="D8E2EC"/>
              <w:right w:val="single" w:sz="6" w:color="D8E2EC"/>
            </w:tcBorders>
          </w:tcPr>
          <w:p>
            <w:pPr>
              <w:spacing w:after="80"/>
            </w:pPr>
            <w:r>
              <w:rPr>
                <w:b/>
                <w:color w:val="1E365B"/>
                <w:sz w:val="17"/>
              </w:rPr>
              <w:t>Vollmachtgeber/in  (Empfänger/in)</w:t>
            </w:r>
          </w:p>
          <w:p>
            <w:pPr>
              <w:spacing w:before="30" w:after="0"/>
            </w:pPr>
            <w:r>
              <w:rPr>
                <w:color w:val="5F6F7F"/>
                <w:sz w:val="15"/>
              </w:rPr>
              <w:t>Vor- und Nachname</w:t>
            </w:r>
          </w:p>
          <w:p>
            <w:pPr>
              <w:spacing w:before="0" w:after="20"/>
            </w:pPr>
            <w:r>
              <w:rPr>
                <w:color w:val="9BAEBD"/>
                <w:sz w:val="16"/>
              </w:rPr>
              <w:t>________________________________________</w:t>
            </w:r>
          </w:p>
          <w:p>
            <w:pPr>
              <w:spacing w:before="30" w:after="0"/>
            </w:pPr>
            <w:r>
              <w:rPr>
                <w:color w:val="5F6F7F"/>
                <w:sz w:val="15"/>
              </w:rPr>
              <w:t>Straße / Hausnummer</w:t>
            </w:r>
          </w:p>
          <w:p>
            <w:pPr>
              <w:spacing w:before="0" w:after="20"/>
            </w:pPr>
            <w:r>
              <w:rPr>
                <w:color w:val="9BAEBD"/>
                <w:sz w:val="16"/>
              </w:rPr>
              <w:t>________________________________________</w:t>
            </w:r>
          </w:p>
          <w:p>
            <w:pPr>
              <w:spacing w:before="30" w:after="0"/>
            </w:pPr>
            <w:r>
              <w:rPr>
                <w:color w:val="5F6F7F"/>
                <w:sz w:val="15"/>
              </w:rPr>
              <w:t>PLZ / Ort</w:t>
            </w:r>
          </w:p>
          <w:p>
            <w:pPr>
              <w:spacing w:before="0" w:after="20"/>
            </w:pPr>
            <w:r>
              <w:rPr>
                <w:color w:val="9BAEBD"/>
                <w:sz w:val="16"/>
              </w:rPr>
              <w:t>________________________________________</w:t>
            </w:r>
          </w:p>
          <w:p>
            <w:pPr>
              <w:spacing w:before="30" w:after="0"/>
            </w:pPr>
            <w:r>
              <w:rPr>
                <w:color w:val="5F6F7F"/>
                <w:sz w:val="15"/>
              </w:rPr>
              <w:t>Telefon / E-Mail (optional)</w:t>
            </w:r>
          </w:p>
          <w:p>
            <w:pPr>
              <w:spacing w:before="0" w:after="20"/>
            </w:pPr>
            <w:r>
              <w:rPr>
                <w:color w:val="9BAEBD"/>
                <w:sz w:val="16"/>
              </w:rPr>
              <w:t>________________________________________</w:t>
            </w:r>
          </w:p>
        </w:tc>
        <w:tc>
          <w:tcPr>
            <w:tcW w:type="dxa" w:w="5213"/>
            <w:tcMar>
              <w:top w:w="80" w:type="dxa"/>
              <w:start w:w="90" w:type="dxa"/>
              <w:bottom w:w="80" w:type="dxa"/>
              <w:end w:w="90" w:type="dxa"/>
            </w:tcMar>
            <w:shd w:fill="FBFCFD"/>
            <w:tcBorders>
              <w:top w:val="single" w:sz="6" w:color="D8E2EC"/>
              <w:left w:val="single" w:sz="6" w:color="D8E2EC"/>
              <w:bottom w:val="single" w:sz="6" w:color="D8E2EC"/>
              <w:right w:val="single" w:sz="6" w:color="D8E2EC"/>
            </w:tcBorders>
          </w:tcPr>
          <w:p>
            <w:pPr>
              <w:spacing w:after="80"/>
            </w:pPr>
            <w:r>
              <w:rPr>
                <w:b/>
                <w:color w:val="1E365B"/>
                <w:sz w:val="17"/>
              </w:rPr>
              <w:t>Bevollmächtigte Person  (Abholer/in)</w:t>
            </w:r>
          </w:p>
          <w:p>
            <w:pPr>
              <w:spacing w:before="30" w:after="0"/>
            </w:pPr>
            <w:r>
              <w:rPr>
                <w:color w:val="5F6F7F"/>
                <w:sz w:val="15"/>
              </w:rPr>
              <w:t>Vor- und Nachname</w:t>
            </w:r>
          </w:p>
          <w:p>
            <w:pPr>
              <w:spacing w:before="0" w:after="20"/>
            </w:pPr>
            <w:r>
              <w:rPr>
                <w:color w:val="9BAEBD"/>
                <w:sz w:val="16"/>
              </w:rPr>
              <w:t>________________________________________</w:t>
            </w:r>
          </w:p>
          <w:p>
            <w:pPr>
              <w:spacing w:before="30" w:after="0"/>
            </w:pPr>
            <w:r>
              <w:rPr>
                <w:color w:val="5F6F7F"/>
                <w:sz w:val="15"/>
              </w:rPr>
              <w:t>Straße / Hausnummer</w:t>
            </w:r>
          </w:p>
          <w:p>
            <w:pPr>
              <w:spacing w:before="0" w:after="20"/>
            </w:pPr>
            <w:r>
              <w:rPr>
                <w:color w:val="9BAEBD"/>
                <w:sz w:val="16"/>
              </w:rPr>
              <w:t>________________________________________</w:t>
            </w:r>
          </w:p>
          <w:p>
            <w:pPr>
              <w:spacing w:before="30" w:after="0"/>
            </w:pPr>
            <w:r>
              <w:rPr>
                <w:color w:val="5F6F7F"/>
                <w:sz w:val="15"/>
              </w:rPr>
              <w:t>PLZ / Ort</w:t>
            </w:r>
          </w:p>
          <w:p>
            <w:pPr>
              <w:spacing w:before="0" w:after="20"/>
            </w:pPr>
            <w:r>
              <w:rPr>
                <w:color w:val="9BAEBD"/>
                <w:sz w:val="16"/>
              </w:rPr>
              <w:t>________________________________________</w:t>
            </w:r>
          </w:p>
          <w:p>
            <w:pPr>
              <w:spacing w:before="30" w:after="0"/>
            </w:pPr>
            <w:r>
              <w:rPr>
                <w:color w:val="5F6F7F"/>
                <w:sz w:val="15"/>
              </w:rPr>
              <w:t>Telefon / E-Mail (optional)</w:t>
            </w:r>
          </w:p>
          <w:p>
            <w:pPr>
              <w:spacing w:before="0" w:after="20"/>
            </w:pPr>
            <w:r>
              <w:rPr>
                <w:color w:val="9BAEBD"/>
                <w:sz w:val="16"/>
              </w:rPr>
              <w:t>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426"/>
            <w:shd w:fill="1E365B"/>
            <w:tcMar>
              <w:top w:w="80" w:type="dxa"/>
              <w:start w:w="140" w:type="dxa"/>
              <w:bottom w:w="80" w:type="dxa"/>
              <w:end w:w="140" w:type="dxa"/>
            </w:tcMar>
            <w:tcBorders>
              <w:top w:val="single" w:sz="4" w:color="1E365B"/>
              <w:left w:val="single" w:sz="4" w:color="1E365B"/>
              <w:bottom w:val="single" w:sz="4" w:color="1E365B"/>
              <w:right w:val="single" w:sz="4" w:color="1E365B"/>
            </w:tcBorders>
          </w:tcPr>
          <w:p>
            <w:pPr>
              <w:pStyle w:val="SectionHead"/>
            </w:pPr>
            <w:r>
              <w:t>4  Erklärung und Unterschrift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426"/>
            <w:tcMar>
              <w:top w:w="95" w:type="dxa"/>
              <w:start w:w="120" w:type="dxa"/>
              <w:bottom w:w="95" w:type="dxa"/>
              <w:end w:w="120" w:type="dxa"/>
            </w:tcMar>
            <w:shd w:fill="FFFFFF"/>
            <w:tcBorders>
              <w:top w:val="single" w:sz="5" w:color="D8E2EC"/>
              <w:left w:val="single" w:sz="5" w:color="D8E2EC"/>
              <w:bottom w:val="single" w:sz="5" w:color="D8E2EC"/>
              <w:right w:val="single" w:sz="5" w:color="D8E2EC"/>
            </w:tcBorders>
          </w:tcPr>
          <w:p>
            <w:pPr>
              <w:spacing w:after="60"/>
            </w:pPr>
            <w:r>
              <w:rPr>
                <w:b w:val="0"/>
              </w:rPr>
              <w:t xml:space="preserve">Hiermit bevollmächtige ich die oben genannte Person, die von dieser Vollmacht erfasste(n) Sendung(en) in meinem Namen abzuholen, entgegenzunehmen und den Empfang gegenüber der Abholstelle zu bestätigen. </w:t>
            </w:r>
            <w:r>
              <w:rPr>
                <w:b/>
              </w:rPr>
              <w:t>Die Vollmacht umfasst keine darüber hinausgehenden Verfügungen über die Sendung.</w:t>
            </w:r>
          </w:p>
          <w:p>
            <w:pPr>
              <w:spacing w:before="40" w:after="20"/>
            </w:pPr>
            <w:r>
              <w:rPr>
                <w:b/>
                <w:sz w:val="16"/>
              </w:rPr>
              <w:t>Ort / Datum</w:t>
            </w:r>
          </w:p>
          <w:p>
            <w:pPr>
              <w:spacing w:after="20"/>
            </w:pPr>
            <w:r>
              <w:rPr>
                <w:color w:val="9BAEBD"/>
              </w:rPr>
              <w:t>________________________________________</w:t>
            </w:r>
          </w:p>
          <w:p>
            <w:pPr>
              <w:spacing w:before="40" w:after="20"/>
            </w:pPr>
            <w:r>
              <w:rPr>
                <w:b/>
                <w:sz w:val="16"/>
              </w:rPr>
              <w:t>Unterschrift Vollmachtgeber/in</w:t>
            </w:r>
          </w:p>
          <w:p>
            <w:pPr>
              <w:spacing w:after="0"/>
            </w:pPr>
            <w:r>
              <w:rPr>
                <w:color w:val="9BAEBD"/>
              </w:rPr>
              <w:t>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426"/>
            <w:tcMar>
              <w:top w:w="80" w:type="dxa"/>
              <w:start w:w="115" w:type="dxa"/>
              <w:bottom w:w="80" w:type="dxa"/>
              <w:end w:w="115" w:type="dxa"/>
            </w:tcMar>
            <w:shd w:fill="F8F2E7"/>
            <w:tcBorders>
              <w:top w:val="single" w:sz="4" w:color="E4D4B8"/>
              <w:left w:val="single" w:sz="4" w:color="E4D4B8"/>
              <w:bottom w:val="single" w:sz="4" w:color="E4D4B8"/>
              <w:right w:val="single" w:sz="4" w:color="E4D4B8"/>
            </w:tcBorders>
          </w:tcPr>
          <w:p>
            <w:pPr>
              <w:spacing w:after="20"/>
            </w:pPr>
            <w:r>
              <w:rPr>
                <w:b/>
                <w:color w:val="7A5B2B"/>
              </w:rPr>
              <w:t xml:space="preserve">Wichtig: </w:t>
            </w:r>
            <w:r>
              <w:t>Die bevollmächtigte Person sollte diese Vollmacht im Original, einen gültigen amtlichen Lichtbildausweis und – sofern vorhanden – die Abholbenachrichtigung mitnehmen.</w:t>
            </w:r>
          </w:p>
          <w:p>
            <w:pPr>
              <w:spacing w:after="0"/>
            </w:pPr>
            <w:r>
              <w:rPr>
                <w:color w:val="5F6F7F"/>
                <w:sz w:val="15"/>
              </w:rPr>
              <w:t>Nicht geeignet ist die Vorlage, wenn der Paketdienst oder Absender eine persönliche Übergabe verlangt (z. B. Identitäts- oder Altersprüfung) oder eine Vertretung ausdrücklich ausschließt.</w:t>
            </w:r>
          </w:p>
        </w:tc>
      </w:tr>
    </w:tbl>
    <w:sectPr>
      <w:headerReference w:type="default" r:id="rId9"/>
      <w:footerReference w:type="default" r:id="rId10"/>
      <w:pgSz w:w="12240" w:h="15840"/>
      <w:pgMar w:top="794" w:right="907" w:bottom="737" w:left="907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F6F7F"/>
        <w:sz w:val="14"/>
      </w:rPr>
      <w:t>Allgemeine Vorlage – Anforderungen können je nach Paketdienst, Versandart und Absender abweichen.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F6F7F"/>
        <w:sz w:val="15"/>
      </w:rPr>
      <w:t>VOLLMACHT  |  PAKETABHOLUNG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rial" w:hAnsi="Arial"/>
      <w:color w:val="2634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spacing w:before="0" w:after="40"/>
    </w:pPr>
    <w:rPr>
      <w:rFonts w:ascii="Arial" w:hAnsi="Arial"/>
      <w:b/>
      <w:color w:val="1E365B"/>
      <w:sz w:val="44"/>
    </w:rPr>
  </w:style>
  <w:style w:type="paragraph" w:customStyle="1" w:styleId="DocSubtitle">
    <w:name w:val="DocSubtitle"/>
    <w:pPr>
      <w:spacing w:before="0" w:after="100"/>
    </w:pPr>
    <w:rPr>
      <w:rFonts w:ascii="Arial" w:hAnsi="Arial"/>
      <w:b w:val="0"/>
      <w:color w:val="5F6F7F"/>
      <w:sz w:val="19"/>
    </w:rPr>
  </w:style>
  <w:style w:type="paragraph" w:customStyle="1" w:styleId="SectionHead">
    <w:name w:val="SectionHead"/>
    <w:pPr>
      <w:spacing w:before="100" w:after="0"/>
    </w:pPr>
    <w:rPr>
      <w:rFonts w:ascii="Arial" w:hAnsi="Arial"/>
      <w:b/>
      <w:color w:val="FFFFFF"/>
      <w:sz w:val="20"/>
    </w:rPr>
  </w:style>
  <w:style w:type="paragraph" w:customStyle="1" w:styleId="SmallNote">
    <w:name w:val="SmallNote"/>
    <w:pPr>
      <w:spacing w:before="0" w:after="0"/>
    </w:pPr>
    <w:rPr>
      <w:rFonts w:ascii="Arial" w:hAnsi="Arial"/>
      <w:b w:val="0"/>
      <w:color w:val="5F6F7F"/>
      <w:sz w:val="1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zur Paketabholung – Vorlage</dc:title>
  <dc:subject>Allgemeine Vollmacht für die Abholung von Paketen und Sendungen durch eine bevollmächtigte Person</dc:subject>
  <dc:creator/>
  <cp:keywords>Vollmacht, Paketabholung, Abholvollmacht, Paket abholen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