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7710"/>
        <w:gridCol w:w="2211"/>
      </w:tblGrid>
      <w:tr>
        <w:trPr>
          <w:cantSplit/>
        </w:trPr>
        <w:tc>
          <w:tcPr>
            <w:tcW w:type="dxa" w:w="7710"/>
            <w:tcMar>
              <w:top w:w="20" w:type="dxa"/>
              <w:start w:w="0" w:type="dxa"/>
              <w:bottom w:w="60" w:type="dxa"/>
              <w:end w:w="0" w:type="dxa"/>
            </w:tcMar>
          </w:tcPr>
          <w:p>
            <w:pPr>
              <w:spacing w:after="40"/>
            </w:pPr>
            <w:r>
              <w:rPr>
                <w:b/>
                <w:color w:val="087C83"/>
                <w:sz w:val="16"/>
              </w:rPr>
              <w:t>RECHTLICHE VERTRETUNG  ·  EINZELFAHRZEUG</w:t>
            </w:r>
          </w:p>
          <w:p>
            <w:pPr>
              <w:pStyle w:val="TitleLarge"/>
            </w:pPr>
            <w:r>
              <w:rPr>
                <w:b/>
                <w:color w:val="14283B"/>
                <w:sz w:val="39"/>
              </w:rPr>
              <w:t>Vollmacht zum Kfz-Verkauf</w:t>
            </w:r>
          </w:p>
          <w:p>
            <w:pPr>
              <w:pStyle w:val="SubtitleSmall"/>
            </w:pPr>
            <w:r>
              <w:rPr>
                <w:b w:val="0"/>
                <w:color w:val="596D79"/>
                <w:sz w:val="16"/>
              </w:rPr>
              <w:t>Schriftliche Ermächtigung zum Verkauf eines konkret bezeichneten Fahrzeugs</w:t>
            </w:r>
          </w:p>
        </w:tc>
        <w:tc>
          <w:tcPr>
            <w:tcW w:type="dxa" w:w="2211"/>
            <w:vAlign w:val="center"/>
            <w:tcMar>
              <w:top w:w="20" w:type="dxa"/>
              <w:start w:w="0" w:type="dxa"/>
              <w:bottom w:w="60" w:type="dxa"/>
              <w:end w:w="0" w:type="dxa"/>
            </w:tcMar>
          </w:tcPr>
          <w:p>
            <w:pPr>
              <w:spacing w:after="0"/>
              <w:jc w:val="right"/>
            </w:pPr>
            <w:r>
              <w:rPr>
                <w:b/>
                <w:color w:val="087C83"/>
                <w:sz w:val="16"/>
              </w:rPr>
              <w:t>FORMULAR  /  01</w:t>
            </w:r>
          </w:p>
          <w:p>
            <w:pPr>
              <w:jc w:val="right"/>
            </w:pPr>
            <w:r>
              <w:rPr>
                <w:b w:val="0"/>
                <w:color w:val="788893"/>
                <w:sz w:val="14"/>
              </w:rPr>
              <w:t>KFZ-VERKAUF</w:t>
            </w:r>
          </w:p>
        </w:tc>
      </w:tr>
    </w:tbl>
    <w:p>
      <w:pPr>
        <w:spacing w:after="0" w:before="0"/>
      </w:pPr>
      <w:r>
        <w:rPr>
          <w:sz w:val="8"/>
        </w:rPr>
        <w:t xml:space="preserve"> </w:t>
      </w:r>
    </w:p>
    <w:tbl>
      <w:tblPr>
        <w:tblW w:type="auto" w:w="0"/>
        <w:jc w:val="center"/>
        <w:tblLayout w:type="fixed"/>
        <w:tblLook w:firstColumn="1" w:firstRow="1" w:lastColumn="0" w:lastRow="0" w:noHBand="0" w:noVBand="1" w:val="04A0"/>
      </w:tblPr>
      <w:tblGrid>
        <w:gridCol w:w="9950"/>
      </w:tblGrid>
      <w:tr>
        <w:trPr>
          <w:trHeight w:val="31"/>
          <w:cantSplit/>
        </w:trPr>
        <w:tc>
          <w:tcPr>
            <w:tcW w:type="dxa" w:w="9950"/>
            <w:shd w:fill="087C83"/>
            <w:tcMar>
              <w:top w:w="0" w:type="dxa"/>
              <w:start w:w="0" w:type="dxa"/>
              <w:bottom w:w="0" w:type="dxa"/>
              <w:end w:w="0" w:type="dxa"/>
            </w:tcMar>
          </w:tcPr>
          <w:p/>
        </w:tc>
      </w:tr>
    </w:tbl>
    <w:p>
      <w:pPr>
        <w:spacing w:after="0" w:before="0"/>
      </w:pPr>
      <w:r>
        <w:rPr>
          <w:sz w:val="12"/>
        </w:rPr>
        <w:t xml:space="preserve"> </w:t>
      </w:r>
    </w:p>
    <w:tbl>
      <w:tblPr>
        <w:tblW w:type="auto" w:w="0"/>
        <w:jc w:val="center"/>
        <w:tblLayout w:type="fixed"/>
        <w:tblLook w:firstColumn="1" w:firstRow="1" w:lastColumn="0" w:lastRow="0" w:noHBand="0" w:noVBand="1" w:val="04A0"/>
      </w:tblPr>
      <w:tblGrid>
        <w:gridCol w:w="408"/>
        <w:gridCol w:w="9541"/>
      </w:tblGrid>
      <w:tr>
        <w:trPr>
          <w:cantSplit/>
        </w:trPr>
        <w:tc>
          <w:tcPr>
            <w:tcW w:type="dxa" w:w="408"/>
            <w:shd w:fill="087C83"/>
            <w:tcMar>
              <w:top w:w="35" w:type="dxa"/>
              <w:start w:w="0" w:type="dxa"/>
              <w:bottom w:w="30" w:type="dxa"/>
              <w:end w:w="0" w:type="dxa"/>
            </w:tcMar>
          </w:tcPr>
          <w:p>
            <w:pPr>
              <w:spacing w:after="0"/>
              <w:jc w:val="center"/>
            </w:pPr>
            <w:r>
              <w:rPr>
                <w:b/>
                <w:color w:val="FFFFFF"/>
                <w:sz w:val="15"/>
              </w:rPr>
              <w:t>01</w:t>
            </w:r>
          </w:p>
        </w:tc>
        <w:tc>
          <w:tcPr>
            <w:tcW w:type="dxa" w:w="9541"/>
            <w:tcMar>
              <w:top w:w="20" w:type="dxa"/>
              <w:start w:w="140" w:type="dxa"/>
              <w:bottom w:w="20" w:type="dxa"/>
              <w:end w:w="0" w:type="dxa"/>
            </w:tcMar>
          </w:tcPr>
          <w:p>
            <w:pPr>
              <w:spacing w:after="0"/>
            </w:pPr>
            <w:r>
              <w:rPr>
                <w:b/>
                <w:color w:val="14283B"/>
                <w:sz w:val="20"/>
              </w:rPr>
              <w:t>Beteiligte</w:t>
            </w:r>
            <w:r>
              <w:rPr>
                <w:b w:val="0"/>
                <w:color w:val="788893"/>
                <w:sz w:val="13"/>
              </w:rPr>
              <w:t xml:space="preserve">   VOLLMACHTGEBER UND VERTRETUNG</w:t>
            </w:r>
          </w:p>
        </w:tc>
      </w:tr>
    </w:tbl>
    <w:p>
      <w:pPr>
        <w:spacing w:after="0" w:before="0"/>
      </w:pPr>
      <w:r>
        <w:rPr>
          <w:sz w:val="4"/>
        </w:rPr>
        <w:t xml:space="preserve"> </w:t>
      </w:r>
    </w:p>
    <w:tbl>
      <w:tblPr>
        <w:tblW w:type="auto" w:w="0"/>
        <w:jc w:val="center"/>
        <w:tblLayout w:type="fixed"/>
        <w:tblLook w:firstColumn="1" w:firstRow="1" w:lastColumn="0" w:lastRow="0" w:noHBand="0" w:noVBand="1" w:val="04A0"/>
      </w:tblPr>
      <w:tblGrid>
        <w:gridCol w:w="4989"/>
        <w:gridCol w:w="4961"/>
      </w:tblGrid>
      <w:tr>
        <w:trPr>
          <w:cantSplit/>
        </w:trPr>
        <w:tc>
          <w:tcPr>
            <w:tcW w:type="dxa" w:w="4989"/>
            <w:vAlign w:val="center"/>
            <w:shd w:fill="F4F7F8"/>
            <w:tcMar>
              <w:top w:w="45" w:type="dxa"/>
              <w:start w:w="115" w:type="dxa"/>
              <w:bottom w:w="40" w:type="dxa"/>
              <w:end w:w="115" w:type="dxa"/>
            </w:tcMar>
            <w:tcBorders>
              <w:bottom w:val="single" w:sz="7" w:color="D9E2E6"/>
            </w:tcBorders>
          </w:tcPr>
          <w:p>
            <w:pPr>
              <w:spacing w:after="0"/>
            </w:pPr>
            <w:r>
              <w:rPr>
                <w:b/>
                <w:color w:val="596D79"/>
                <w:sz w:val="13"/>
              </w:rPr>
              <w:t>VOLLMACHTGEBER / EIGENTÜMER · NAME / FIRMA</w:t>
            </w:r>
          </w:p>
          <w:p>
            <w:pPr>
              <w:spacing w:before="0" w:after="0"/>
            </w:pPr>
            <w:sdt>
              <w:sdtPr>
                <w:alias w:val="Vg Name"/>
                <w:tag w:val="vg_name"/>
                <w:id w:val="8100"/>
                <w:text/>
              </w:sdtPr>
              <w:sdtContent>
                <w:r>
                  <w:rPr>
                    <w:color w:val="88969F"/>
                    <w:i/>
                    <w:sz w:val="18"/>
                  </w:rPr>
                  <w:t>Name oder Firma</w:t>
                </w:r>
              </w:sdtContent>
            </w:sdt>
          </w:p>
        </w:tc>
        <w:tc>
          <w:tcPr>
            <w:tcW w:type="dxa" w:w="4961"/>
            <w:vAlign w:val="center"/>
            <w:shd w:fill="F4F7F8"/>
            <w:tcMar>
              <w:top w:w="45" w:type="dxa"/>
              <w:start w:w="115" w:type="dxa"/>
              <w:bottom w:w="40" w:type="dxa"/>
              <w:end w:w="115" w:type="dxa"/>
            </w:tcMar>
            <w:tcBorders>
              <w:bottom w:val="single" w:sz="7" w:color="D9E2E6"/>
            </w:tcBorders>
          </w:tcPr>
          <w:p>
            <w:pPr>
              <w:spacing w:after="0"/>
            </w:pPr>
            <w:r>
              <w:rPr>
                <w:b/>
                <w:color w:val="596D79"/>
                <w:sz w:val="13"/>
              </w:rPr>
              <w:t>BEVOLLMÄCHTIGTE PERSON · NAME</w:t>
            </w:r>
          </w:p>
          <w:p>
            <w:pPr>
              <w:spacing w:before="0" w:after="0"/>
            </w:pPr>
            <w:sdt>
              <w:sdtPr>
                <w:alias w:val="Bv Name"/>
                <w:tag w:val="bv_name"/>
                <w:id w:val="8101"/>
                <w:text/>
              </w:sdtPr>
              <w:sdtContent>
                <w:r>
                  <w:rPr>
                    <w:color w:val="88969F"/>
                    <w:i/>
                    <w:sz w:val="18"/>
                  </w:rPr>
                  <w:t>Vor- und Nachname</w:t>
                </w:r>
              </w:sdtContent>
            </w:sdt>
          </w:p>
        </w:tc>
      </w:tr>
    </w:tbl>
    <w:p>
      <w:pPr>
        <w:spacing w:after="0" w:before="0"/>
      </w:pPr>
      <w:r>
        <w:rPr>
          <w:sz w:val="4"/>
        </w:rPr>
        <w:t xml:space="preserve"> </w:t>
      </w:r>
    </w:p>
    <w:tbl>
      <w:tblPr>
        <w:tblW w:type="auto" w:w="0"/>
        <w:jc w:val="center"/>
        <w:tblLayout w:type="fixed"/>
        <w:tblLook w:firstColumn="1" w:firstRow="1" w:lastColumn="0" w:lastRow="0" w:noHBand="0" w:noVBand="1" w:val="04A0"/>
      </w:tblPr>
      <w:tblGrid>
        <w:gridCol w:w="4989"/>
        <w:gridCol w:w="4961"/>
      </w:tblGrid>
      <w:tr>
        <w:trPr>
          <w:cantSplit/>
        </w:trPr>
        <w:tc>
          <w:tcPr>
            <w:tcW w:type="dxa" w:w="4989"/>
            <w:vAlign w:val="center"/>
            <w:shd w:fill="F4F7F8"/>
            <w:tcMar>
              <w:top w:w="45" w:type="dxa"/>
              <w:start w:w="115" w:type="dxa"/>
              <w:bottom w:w="40" w:type="dxa"/>
              <w:end w:w="115" w:type="dxa"/>
            </w:tcMar>
            <w:tcBorders>
              <w:bottom w:val="single" w:sz="7" w:color="D9E2E6"/>
            </w:tcBorders>
          </w:tcPr>
          <w:p>
            <w:pPr>
              <w:spacing w:after="0"/>
            </w:pPr>
            <w:r>
              <w:rPr>
                <w:b/>
                <w:color w:val="596D79"/>
                <w:sz w:val="13"/>
              </w:rPr>
              <w:t>VOLLMACHTGEBER · STRASSE, PLZ, ORT</w:t>
            </w:r>
          </w:p>
          <w:p>
            <w:pPr>
              <w:spacing w:before="0" w:after="0"/>
            </w:pPr>
            <w:sdt>
              <w:sdtPr>
                <w:alias w:val="Vg Anschrift"/>
                <w:tag w:val="vg_anschrift"/>
                <w:id w:val="8102"/>
                <w:text/>
              </w:sdtPr>
              <w:sdtContent>
                <w:r>
                  <w:rPr>
                    <w:color w:val="88969F"/>
                    <w:i/>
                    <w:sz w:val="18"/>
                  </w:rPr>
                  <w:t>Vollständige Anschrift</w:t>
                </w:r>
              </w:sdtContent>
            </w:sdt>
          </w:p>
        </w:tc>
        <w:tc>
          <w:tcPr>
            <w:tcW w:type="dxa" w:w="4961"/>
            <w:vAlign w:val="center"/>
            <w:shd w:fill="F4F7F8"/>
            <w:tcMar>
              <w:top w:w="45" w:type="dxa"/>
              <w:start w:w="115" w:type="dxa"/>
              <w:bottom w:w="40" w:type="dxa"/>
              <w:end w:w="115" w:type="dxa"/>
            </w:tcMar>
            <w:tcBorders>
              <w:bottom w:val="single" w:sz="7" w:color="D9E2E6"/>
            </w:tcBorders>
          </w:tcPr>
          <w:p>
            <w:pPr>
              <w:spacing w:after="0"/>
            </w:pPr>
            <w:r>
              <w:rPr>
                <w:b/>
                <w:color w:val="596D79"/>
                <w:sz w:val="13"/>
              </w:rPr>
              <w:t>VERTRETUNG · STRASSE, PLZ, ORT</w:t>
            </w:r>
          </w:p>
          <w:p>
            <w:pPr>
              <w:spacing w:before="0" w:after="0"/>
            </w:pPr>
            <w:sdt>
              <w:sdtPr>
                <w:alias w:val="Bv Anschrift"/>
                <w:tag w:val="bv_anschrift"/>
                <w:id w:val="8103"/>
                <w:text/>
              </w:sdtPr>
              <w:sdtContent>
                <w:r>
                  <w:rPr>
                    <w:color w:val="88969F"/>
                    <w:i/>
                    <w:sz w:val="18"/>
                  </w:rPr>
                  <w:t>Vollständige Anschrift</w:t>
                </w:r>
              </w:sdtContent>
            </w:sdt>
          </w:p>
        </w:tc>
      </w:tr>
    </w:tbl>
    <w:p>
      <w:pPr>
        <w:spacing w:after="0" w:before="0"/>
      </w:pPr>
      <w:r>
        <w:rPr>
          <w:sz w:val="4"/>
        </w:rPr>
        <w:t xml:space="preserve"> </w:t>
      </w:r>
    </w:p>
    <w:tbl>
      <w:tblPr>
        <w:tblW w:type="auto" w:w="0"/>
        <w:jc w:val="center"/>
        <w:tblLayout w:type="fixed"/>
        <w:tblLook w:firstColumn="1" w:firstRow="1" w:lastColumn="0" w:lastRow="0" w:noHBand="0" w:noVBand="1" w:val="04A0"/>
      </w:tblPr>
      <w:tblGrid>
        <w:gridCol w:w="4989"/>
        <w:gridCol w:w="4961"/>
      </w:tblGrid>
      <w:tr>
        <w:trPr>
          <w:cantSplit/>
        </w:trPr>
        <w:tc>
          <w:tcPr>
            <w:tcW w:type="dxa" w:w="4989"/>
            <w:vAlign w:val="center"/>
            <w:shd w:fill="F4F7F8"/>
            <w:tcMar>
              <w:top w:w="45" w:type="dxa"/>
              <w:start w:w="115" w:type="dxa"/>
              <w:bottom w:w="40" w:type="dxa"/>
              <w:end w:w="115" w:type="dxa"/>
            </w:tcMar>
            <w:tcBorders>
              <w:bottom w:val="single" w:sz="7" w:color="D9E2E6"/>
            </w:tcBorders>
          </w:tcPr>
          <w:p>
            <w:pPr>
              <w:spacing w:after="0"/>
            </w:pPr>
            <w:r>
              <w:rPr>
                <w:b/>
                <w:color w:val="596D79"/>
                <w:sz w:val="13"/>
              </w:rPr>
              <w:t>VOLLMACHTGEBER · GEBURTSDATUM (OPTIONAL)</w:t>
            </w:r>
          </w:p>
          <w:p>
            <w:pPr>
              <w:spacing w:before="0" w:after="0"/>
            </w:pPr>
            <w:sdt>
              <w:sdtPr>
                <w:alias w:val="Vg Geburt"/>
                <w:tag w:val="vg_geburt"/>
                <w:id w:val="8104"/>
                <w:text/>
              </w:sdtPr>
              <w:sdtContent>
                <w:r>
                  <w:rPr>
                    <w:color w:val="88969F"/>
                    <w:i/>
                    <w:sz w:val="18"/>
                  </w:rPr>
                  <w:t>TT.MM.JJJJ</w:t>
                </w:r>
              </w:sdtContent>
            </w:sdt>
          </w:p>
        </w:tc>
        <w:tc>
          <w:tcPr>
            <w:tcW w:type="dxa" w:w="4961"/>
            <w:vAlign w:val="center"/>
            <w:shd w:fill="F4F7F8"/>
            <w:tcMar>
              <w:top w:w="45" w:type="dxa"/>
              <w:start w:w="115" w:type="dxa"/>
              <w:bottom w:w="40" w:type="dxa"/>
              <w:end w:w="115" w:type="dxa"/>
            </w:tcMar>
            <w:tcBorders>
              <w:bottom w:val="single" w:sz="7" w:color="D9E2E6"/>
            </w:tcBorders>
          </w:tcPr>
          <w:p>
            <w:pPr>
              <w:spacing w:after="0"/>
            </w:pPr>
            <w:r>
              <w:rPr>
                <w:b/>
                <w:color w:val="596D79"/>
                <w:sz w:val="13"/>
              </w:rPr>
              <w:t>VERTRETUNG · GEBURTSDATUM</w:t>
            </w:r>
          </w:p>
          <w:p>
            <w:pPr>
              <w:spacing w:before="0" w:after="0"/>
            </w:pPr>
            <w:sdt>
              <w:sdtPr>
                <w:alias w:val="Bv Geburt"/>
                <w:tag w:val="bv_geburt"/>
                <w:id w:val="8105"/>
                <w:text/>
              </w:sdtPr>
              <w:sdtContent>
                <w:r>
                  <w:rPr>
                    <w:color w:val="88969F"/>
                    <w:i/>
                    <w:sz w:val="18"/>
                  </w:rPr>
                  <w:t>TT.MM.JJJJ</w:t>
                </w:r>
              </w:sdtContent>
            </w:sdt>
          </w:p>
        </w:tc>
      </w:tr>
    </w:tbl>
    <w:p>
      <w:pPr>
        <w:spacing w:after="0" w:before="0"/>
      </w:pPr>
      <w:r>
        <w:rPr>
          <w:sz w:val="6"/>
        </w:rPr>
        <w:t xml:space="preserve"> </w:t>
      </w:r>
    </w:p>
    <w:tbl>
      <w:tblPr>
        <w:tblW w:type="auto" w:w="0"/>
        <w:jc w:val="center"/>
        <w:tblLayout w:type="fixed"/>
        <w:tblLook w:firstColumn="1" w:firstRow="1" w:lastColumn="0" w:lastRow="0" w:noHBand="0" w:noVBand="1" w:val="04A0"/>
      </w:tblPr>
      <w:tblGrid>
        <w:gridCol w:w="408"/>
        <w:gridCol w:w="9541"/>
      </w:tblGrid>
      <w:tr>
        <w:trPr>
          <w:cantSplit/>
        </w:trPr>
        <w:tc>
          <w:tcPr>
            <w:tcW w:type="dxa" w:w="408"/>
            <w:shd w:fill="087C83"/>
            <w:tcMar>
              <w:top w:w="35" w:type="dxa"/>
              <w:start w:w="0" w:type="dxa"/>
              <w:bottom w:w="30" w:type="dxa"/>
              <w:end w:w="0" w:type="dxa"/>
            </w:tcMar>
          </w:tcPr>
          <w:p>
            <w:pPr>
              <w:spacing w:after="0"/>
              <w:jc w:val="center"/>
            </w:pPr>
            <w:r>
              <w:rPr>
                <w:b/>
                <w:color w:val="FFFFFF"/>
                <w:sz w:val="15"/>
              </w:rPr>
              <w:t>02</w:t>
            </w:r>
          </w:p>
        </w:tc>
        <w:tc>
          <w:tcPr>
            <w:tcW w:type="dxa" w:w="9541"/>
            <w:tcMar>
              <w:top w:w="20" w:type="dxa"/>
              <w:start w:w="140" w:type="dxa"/>
              <w:bottom w:w="20" w:type="dxa"/>
              <w:end w:w="0" w:type="dxa"/>
            </w:tcMar>
          </w:tcPr>
          <w:p>
            <w:pPr>
              <w:spacing w:after="0"/>
            </w:pPr>
            <w:r>
              <w:rPr>
                <w:b/>
                <w:color w:val="14283B"/>
                <w:sz w:val="20"/>
              </w:rPr>
              <w:t>Fahrzeugidentifikation</w:t>
            </w:r>
          </w:p>
        </w:tc>
      </w:tr>
    </w:tbl>
    <w:p>
      <w:pPr>
        <w:spacing w:after="0" w:before="0"/>
      </w:pPr>
      <w:r>
        <w:rPr>
          <w:sz w:val="4"/>
        </w:rPr>
        <w:t xml:space="preserve"> </w:t>
      </w:r>
    </w:p>
    <w:tbl>
      <w:tblPr>
        <w:tblW w:type="auto" w:w="0"/>
        <w:jc w:val="center"/>
        <w:tblLayout w:type="fixed"/>
        <w:tblLook w:firstColumn="1" w:firstRow="1" w:lastColumn="0" w:lastRow="0" w:noHBand="0" w:noVBand="1" w:val="04A0"/>
      </w:tblPr>
      <w:tblGrid>
        <w:gridCol w:w="6009"/>
        <w:gridCol w:w="3940"/>
      </w:tblGrid>
      <w:tr>
        <w:trPr>
          <w:cantSplit/>
        </w:trPr>
        <w:tc>
          <w:tcPr>
            <w:tcW w:type="dxa" w:w="6009"/>
            <w:vAlign w:val="center"/>
            <w:shd w:fill="F4F7F8"/>
            <w:tcMar>
              <w:top w:w="45" w:type="dxa"/>
              <w:start w:w="115" w:type="dxa"/>
              <w:bottom w:w="40" w:type="dxa"/>
              <w:end w:w="115" w:type="dxa"/>
            </w:tcMar>
            <w:tcBorders>
              <w:bottom w:val="single" w:sz="7" w:color="D9E2E6"/>
            </w:tcBorders>
          </w:tcPr>
          <w:p>
            <w:pPr>
              <w:spacing w:after="0"/>
            </w:pPr>
            <w:r>
              <w:rPr>
                <w:b/>
                <w:color w:val="596D79"/>
                <w:sz w:val="13"/>
              </w:rPr>
              <w:t>HERSTELLER / MODELL</w:t>
            </w:r>
          </w:p>
          <w:p>
            <w:pPr>
              <w:spacing w:before="0" w:after="0"/>
            </w:pPr>
            <w:sdt>
              <w:sdtPr>
                <w:alias w:val="Fz Modell"/>
                <w:tag w:val="fz_modell"/>
                <w:id w:val="8106"/>
                <w:text/>
              </w:sdtPr>
              <w:sdtContent>
                <w:r>
                  <w:rPr>
                    <w:color w:val="88969F"/>
                    <w:i/>
                    <w:sz w:val="18"/>
                  </w:rPr>
                  <w:t>Hersteller, Modell</w:t>
                </w:r>
              </w:sdtContent>
            </w:sdt>
          </w:p>
        </w:tc>
        <w:tc>
          <w:tcPr>
            <w:tcW w:type="dxa" w:w="3940"/>
            <w:vAlign w:val="center"/>
            <w:shd w:fill="F4F7F8"/>
            <w:tcMar>
              <w:top w:w="45" w:type="dxa"/>
              <w:start w:w="115" w:type="dxa"/>
              <w:bottom w:w="40" w:type="dxa"/>
              <w:end w:w="115" w:type="dxa"/>
            </w:tcMar>
            <w:tcBorders>
              <w:bottom w:val="single" w:sz="7" w:color="D9E2E6"/>
            </w:tcBorders>
          </w:tcPr>
          <w:p>
            <w:pPr>
              <w:spacing w:after="0"/>
            </w:pPr>
            <w:r>
              <w:rPr>
                <w:b/>
                <w:color w:val="596D79"/>
                <w:sz w:val="13"/>
              </w:rPr>
              <w:t>AMTLICHES KENNZEICHEN</w:t>
            </w:r>
          </w:p>
          <w:p>
            <w:pPr>
              <w:spacing w:before="0" w:after="0"/>
            </w:pPr>
            <w:sdt>
              <w:sdtPr>
                <w:alias w:val="Fz Kennzeichen"/>
                <w:tag w:val="fz_kennzeichen"/>
                <w:id w:val="8107"/>
                <w:text/>
              </w:sdtPr>
              <w:sdtContent>
                <w:r>
                  <w:rPr>
                    <w:color w:val="88969F"/>
                    <w:i/>
                    <w:sz w:val="18"/>
                  </w:rPr>
                  <w:t>z. B. B AB 123</w:t>
                </w:r>
              </w:sdtContent>
            </w:sdt>
          </w:p>
        </w:tc>
      </w:tr>
    </w:tbl>
    <w:p>
      <w:pPr>
        <w:spacing w:after="0" w:before="0"/>
      </w:pPr>
      <w:r>
        <w:rPr>
          <w:sz w:val="6"/>
        </w:rPr>
        <w:t xml:space="preserve"> </w:t>
      </w:r>
    </w:p>
    <w:tbl>
      <w:tblPr>
        <w:tblW w:type="auto" w:w="0"/>
        <w:jc w:val="center"/>
        <w:tblLayout w:type="fixed"/>
        <w:tblLook w:firstColumn="1" w:firstRow="1" w:lastColumn="0" w:lastRow="0" w:noHBand="0" w:noVBand="1" w:val="04A0"/>
      </w:tblPr>
      <w:tblGrid>
        <w:gridCol w:w="6009"/>
        <w:gridCol w:w="3940"/>
      </w:tblGrid>
      <w:tr>
        <w:trPr>
          <w:cantSplit/>
        </w:trPr>
        <w:tc>
          <w:tcPr>
            <w:tcW w:type="dxa" w:w="6009"/>
            <w:vAlign w:val="center"/>
            <w:shd w:fill="F4F7F8"/>
            <w:tcMar>
              <w:top w:w="45" w:type="dxa"/>
              <w:start w:w="115" w:type="dxa"/>
              <w:bottom w:w="40" w:type="dxa"/>
              <w:end w:w="115" w:type="dxa"/>
            </w:tcMar>
            <w:tcBorders>
              <w:bottom w:val="single" w:sz="7" w:color="D9E2E6"/>
            </w:tcBorders>
          </w:tcPr>
          <w:p>
            <w:pPr>
              <w:spacing w:after="0"/>
            </w:pPr>
            <w:r>
              <w:rPr>
                <w:b/>
                <w:color w:val="596D79"/>
                <w:sz w:val="13"/>
              </w:rPr>
              <w:t>FAHRZEUG-IDENTIFIZIERUNGSNUMMER (FIN)</w:t>
            </w:r>
          </w:p>
          <w:p>
            <w:pPr>
              <w:spacing w:before="0" w:after="0"/>
            </w:pPr>
            <w:sdt>
              <w:sdtPr>
                <w:alias w:val="Fz Fin"/>
                <w:tag w:val="fz_fin"/>
                <w:id w:val="8108"/>
                <w:text/>
              </w:sdtPr>
              <w:sdtContent>
                <w:r>
                  <w:rPr>
                    <w:color w:val="88969F"/>
                    <w:i/>
                    <w:sz w:val="18"/>
                  </w:rPr>
                  <w:t>17-stellige FIN</w:t>
                </w:r>
              </w:sdtContent>
            </w:sdt>
          </w:p>
        </w:tc>
        <w:tc>
          <w:tcPr>
            <w:tcW w:type="dxa" w:w="3940"/>
            <w:vAlign w:val="center"/>
            <w:shd w:fill="F4F7F8"/>
            <w:tcMar>
              <w:top w:w="45" w:type="dxa"/>
              <w:start w:w="115" w:type="dxa"/>
              <w:bottom w:w="40" w:type="dxa"/>
              <w:end w:w="115" w:type="dxa"/>
            </w:tcMar>
            <w:tcBorders>
              <w:bottom w:val="single" w:sz="7" w:color="D9E2E6"/>
            </w:tcBorders>
          </w:tcPr>
          <w:p>
            <w:pPr>
              <w:spacing w:after="0"/>
            </w:pPr>
            <w:r>
              <w:rPr>
                <w:b/>
                <w:color w:val="596D79"/>
                <w:sz w:val="13"/>
              </w:rPr>
              <w:t>ERSTZULASSUNG (OPTIONAL)</w:t>
            </w:r>
          </w:p>
          <w:p>
            <w:pPr>
              <w:spacing w:before="0" w:after="0"/>
            </w:pPr>
            <w:sdt>
              <w:sdtPr>
                <w:alias w:val="Fz Erstzul"/>
                <w:tag w:val="fz_erstzul"/>
                <w:id w:val="8109"/>
                <w:text/>
              </w:sdtPr>
              <w:sdtContent>
                <w:r>
                  <w:rPr>
                    <w:color w:val="88969F"/>
                    <w:i/>
                    <w:sz w:val="18"/>
                  </w:rPr>
                  <w:t>MM.JJJJ</w:t>
                </w:r>
              </w:sdtContent>
            </w:sdt>
          </w:p>
        </w:tc>
      </w:tr>
    </w:tbl>
    <w:p>
      <w:pPr>
        <w:spacing w:after="0" w:before="0"/>
      </w:pPr>
      <w:r>
        <w:rPr>
          <w:sz w:val="6"/>
        </w:rPr>
        <w:t xml:space="preserve"> </w:t>
      </w:r>
    </w:p>
    <w:tbl>
      <w:tblPr>
        <w:tblW w:type="auto" w:w="0"/>
        <w:jc w:val="center"/>
        <w:tblLayout w:type="fixed"/>
        <w:tblLook w:firstColumn="1" w:firstRow="1" w:lastColumn="0" w:lastRow="0" w:noHBand="0" w:noVBand="1" w:val="04A0"/>
      </w:tblPr>
      <w:tblGrid>
        <w:gridCol w:w="408"/>
        <w:gridCol w:w="9541"/>
      </w:tblGrid>
      <w:tr>
        <w:trPr>
          <w:cantSplit/>
        </w:trPr>
        <w:tc>
          <w:tcPr>
            <w:tcW w:type="dxa" w:w="408"/>
            <w:shd w:fill="087C83"/>
            <w:tcMar>
              <w:top w:w="35" w:type="dxa"/>
              <w:start w:w="0" w:type="dxa"/>
              <w:bottom w:w="30" w:type="dxa"/>
              <w:end w:w="0" w:type="dxa"/>
            </w:tcMar>
          </w:tcPr>
          <w:p>
            <w:pPr>
              <w:spacing w:after="0"/>
              <w:jc w:val="center"/>
            </w:pPr>
            <w:r>
              <w:rPr>
                <w:b/>
                <w:color w:val="FFFFFF"/>
                <w:sz w:val="15"/>
              </w:rPr>
              <w:t>03</w:t>
            </w:r>
          </w:p>
        </w:tc>
        <w:tc>
          <w:tcPr>
            <w:tcW w:type="dxa" w:w="9541"/>
            <w:tcMar>
              <w:top w:w="20" w:type="dxa"/>
              <w:start w:w="140" w:type="dxa"/>
              <w:bottom w:w="20" w:type="dxa"/>
              <w:end w:w="0" w:type="dxa"/>
            </w:tcMar>
          </w:tcPr>
          <w:p>
            <w:pPr>
              <w:spacing w:after="0"/>
            </w:pPr>
            <w:r>
              <w:rPr>
                <w:b/>
                <w:color w:val="14283B"/>
                <w:sz w:val="20"/>
              </w:rPr>
              <w:t>Umfang der Verkaufsvollmacht</w:t>
            </w:r>
          </w:p>
        </w:tc>
      </w:tr>
    </w:tbl>
    <w:p>
      <w:pPr>
        <w:spacing w:after="0" w:before="0"/>
      </w:pPr>
      <w:r>
        <w:rPr>
          <w:sz w:val="4"/>
        </w:rPr>
        <w:t xml:space="preserve"> </w:t>
      </w:r>
    </w:p>
    <w:p>
      <w:pPr>
        <w:spacing w:after="60"/>
      </w:pPr>
      <w:r>
        <w:rPr>
          <w:b w:val="0"/>
          <w:color w:val="14283B"/>
          <w:sz w:val="16"/>
        </w:rPr>
        <w:t>Ich bevollmächtige die oben genannte Person, das bezeichnete Fahrzeug in meinem Namen und auf meine Rechnung zu verkaufen, den Kaufvertrag zu unterzeichnen und die Eigentumsübertragung zu erklären. Fahrzeug, Schlüssel und Zulassungsbescheinigung Teil II dürfen erst nach vollständiger Zahlung des Kaufpreises übergeben werden.</w:t>
      </w:r>
    </w:p>
    <w:p>
      <w:pPr>
        <w:spacing w:after="60"/>
      </w:pPr>
      <w:r>
        <w:rPr>
          <w:b/>
          <w:color w:val="087C83"/>
          <w:sz w:val="16"/>
        </w:rPr>
        <w:t>Zusätzliche Befugnisse (nur bei Auswahl):</w:t>
      </w:r>
    </w:p>
    <w:tbl>
      <w:tblPr>
        <w:tblW w:type="auto" w:w="0"/>
        <w:jc w:val="center"/>
        <w:tblLayout w:type="fixed"/>
        <w:tblLook w:firstColumn="1" w:firstRow="1" w:lastColumn="0" w:lastRow="0" w:noHBand="0" w:noVBand="1" w:val="04A0"/>
      </w:tblPr>
      <w:tblGrid>
        <w:gridCol w:w="4975"/>
        <w:gridCol w:w="4975"/>
      </w:tblGrid>
      <w:tr>
        <w:trPr>
          <w:cantSplit/>
          <w:cantSplit/>
        </w:trPr>
        <w:tc>
          <w:tcPr>
            <w:tcW w:type="dxa" w:w="4975"/>
            <w:tcMar>
              <w:top w:w="30" w:type="dxa"/>
              <w:start w:w="75" w:type="dxa"/>
              <w:bottom w:w="25" w:type="dxa"/>
              <w:end w:w="85" w:type="dxa"/>
            </w:tcMar>
          </w:tcPr>
          <w:p>
            <w:pPr>
              <w:spacing w:line="240" w:lineRule="auto"/>
            </w:pPr>
            <w:sdt>
              <w:sdtPr>
                <w:alias w:val="Besichtigungen und Probefahrten organisieren"/>
                <w:tag w:val="opt_probefahrt"/>
                <w:id w:val="8110"/>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Besichtigungen und Probefahrten organisieren</w:t>
            </w:r>
          </w:p>
        </w:tc>
        <w:tc>
          <w:tcPr>
            <w:tcW w:type="dxa" w:w="4975"/>
            <w:tcMar>
              <w:top w:w="30" w:type="dxa"/>
              <w:start w:w="75" w:type="dxa"/>
              <w:bottom w:w="25" w:type="dxa"/>
              <w:end w:w="85" w:type="dxa"/>
            </w:tcMar>
          </w:tcPr>
          <w:p>
            <w:pPr>
              <w:spacing w:line="240" w:lineRule="auto"/>
            </w:pPr>
            <w:sdt>
              <w:sdtPr>
                <w:alias w:val="Kaufpreis entgegennehmen und quittieren"/>
                <w:tag w:val="opt_bargeld"/>
                <w:id w:val="8111"/>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Kaufpreis entgegennehmen und quittieren</w:t>
            </w:r>
          </w:p>
        </w:tc>
      </w:tr>
      <w:tr>
        <w:trPr>
          <w:cantSplit/>
          <w:cantSplit/>
        </w:trPr>
        <w:tc>
          <w:tcPr>
            <w:tcW w:type="dxa" w:w="4975"/>
            <w:tcMar>
              <w:top w:w="30" w:type="dxa"/>
              <w:start w:w="75" w:type="dxa"/>
              <w:bottom w:w="25" w:type="dxa"/>
              <w:end w:w="85" w:type="dxa"/>
            </w:tcMar>
          </w:tcPr>
          <w:p>
            <w:pPr>
              <w:spacing w:line="240" w:lineRule="auto"/>
            </w:pPr>
            <w:sdt>
              <w:sdtPr>
                <w:alias w:val="Verkauf an Versicherung und Behörde melden"/>
                <w:tag w:val="opt_meldung"/>
                <w:id w:val="8112"/>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Verkauf an Versicherung und Behörde melden</w:t>
            </w:r>
          </w:p>
        </w:tc>
        <w:tc>
          <w:tcPr>
            <w:tcW w:type="dxa" w:w="4975"/>
            <w:tcMar>
              <w:top w:w="30" w:type="dxa"/>
              <w:start w:w="75" w:type="dxa"/>
              <w:bottom w:w="25" w:type="dxa"/>
              <w:end w:w="85" w:type="dxa"/>
            </w:tcMar>
          </w:tcPr>
          <w:p>
            <w:pPr>
              <w:spacing w:line="240" w:lineRule="auto"/>
            </w:pPr>
            <w:sdt>
              <w:sdtPr>
                <w:alias w:val="Abmeldung des Fahrzeugs veranlassen"/>
                <w:tag w:val="opt_abmeldung"/>
                <w:id w:val="8113"/>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Abmeldung des Fahrzeugs veranlassen</w:t>
            </w:r>
          </w:p>
        </w:tc>
      </w:tr>
    </w:tbl>
    <w:p>
      <w:pPr>
        <w:spacing w:after="0" w:before="0"/>
      </w:pPr>
      <w:r>
        <w:rPr>
          <w:sz w:val="4"/>
        </w:rPr>
        <w:t xml:space="preserve"> </w:t>
      </w:r>
    </w:p>
    <w:tbl>
      <w:tblPr>
        <w:tblW w:type="auto" w:w="0"/>
        <w:jc w:val="center"/>
        <w:tblLayout w:type="fixed"/>
        <w:tblLook w:firstColumn="1" w:firstRow="1" w:lastColumn="0" w:lastRow="0" w:noHBand="0" w:noVBand="1" w:val="04A0"/>
      </w:tblPr>
      <w:tblGrid>
        <w:gridCol w:w="408"/>
        <w:gridCol w:w="9541"/>
      </w:tblGrid>
      <w:tr>
        <w:trPr>
          <w:cantSplit/>
        </w:trPr>
        <w:tc>
          <w:tcPr>
            <w:tcW w:type="dxa" w:w="408"/>
            <w:shd w:fill="087C83"/>
            <w:tcMar>
              <w:top w:w="35" w:type="dxa"/>
              <w:start w:w="0" w:type="dxa"/>
              <w:bottom w:w="30" w:type="dxa"/>
              <w:end w:w="0" w:type="dxa"/>
            </w:tcMar>
          </w:tcPr>
          <w:p>
            <w:pPr>
              <w:spacing w:after="0"/>
              <w:jc w:val="center"/>
            </w:pPr>
            <w:r>
              <w:rPr>
                <w:b/>
                <w:color w:val="FFFFFF"/>
                <w:sz w:val="15"/>
              </w:rPr>
              <w:t>04</w:t>
            </w:r>
          </w:p>
        </w:tc>
        <w:tc>
          <w:tcPr>
            <w:tcW w:type="dxa" w:w="9541"/>
            <w:tcMar>
              <w:top w:w="20" w:type="dxa"/>
              <w:start w:w="140" w:type="dxa"/>
              <w:bottom w:w="20" w:type="dxa"/>
              <w:end w:w="0" w:type="dxa"/>
            </w:tcMar>
          </w:tcPr>
          <w:p>
            <w:pPr>
              <w:spacing w:after="0"/>
            </w:pPr>
            <w:r>
              <w:rPr>
                <w:b/>
                <w:color w:val="14283B"/>
                <w:sz w:val="20"/>
              </w:rPr>
              <w:t>Preisvorgabe und Gültigkeit</w:t>
            </w:r>
          </w:p>
        </w:tc>
      </w:tr>
    </w:tbl>
    <w:p>
      <w:pPr>
        <w:spacing w:after="0" w:before="0"/>
      </w:pPr>
      <w:r>
        <w:rPr>
          <w:sz w:val="4"/>
        </w:rPr>
        <w:t xml:space="preserve"> </w:t>
      </w:r>
    </w:p>
    <w:p>
      <w:pPr>
        <w:spacing w:after="80"/>
      </w:pPr>
      <w:r>
        <w:rPr>
          <w:b/>
          <w:color w:val="087C83"/>
          <w:sz w:val="16"/>
        </w:rPr>
        <w:t>Kaufpreisregelung – bitte eine Option wählen:</w:t>
      </w:r>
    </w:p>
    <w:tbl>
      <w:tblPr>
        <w:tblW w:type="auto" w:w="0"/>
        <w:jc w:val="center"/>
        <w:tblLayout w:type="fixed"/>
        <w:tblLook w:firstColumn="1" w:firstRow="1" w:lastColumn="0" w:lastRow="0" w:noHBand="0" w:noVBand="1" w:val="04A0"/>
      </w:tblPr>
      <w:tblGrid>
        <w:gridCol w:w="4975"/>
        <w:gridCol w:w="4975"/>
      </w:tblGrid>
      <w:tr>
        <w:trPr>
          <w:cantSplit/>
          <w:cantSplit/>
        </w:trPr>
        <w:tc>
          <w:tcPr>
            <w:tcW w:type="dxa" w:w="4975"/>
            <w:tcMar>
              <w:top w:w="30" w:type="dxa"/>
              <w:start w:w="75" w:type="dxa"/>
              <w:bottom w:w="25" w:type="dxa"/>
              <w:end w:w="85" w:type="dxa"/>
            </w:tcMar>
          </w:tcPr>
          <w:p>
            <w:pPr>
              <w:spacing w:line="240" w:lineRule="auto"/>
            </w:pPr>
            <w:sdt>
              <w:sdtPr>
                <w:alias w:val="Verkauf nur ab folgendem Mindestpreis"/>
                <w:tag w:val="preis_mindest"/>
                <w:id w:val="8114"/>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Verkauf nur ab folgendem Mindestpreis</w:t>
            </w:r>
          </w:p>
        </w:tc>
        <w:tc>
          <w:tcPr>
            <w:tcW w:type="dxa" w:w="4975"/>
            <w:tcMar>
              <w:top w:w="30" w:type="dxa"/>
              <w:start w:w="75" w:type="dxa"/>
              <w:bottom w:w="25" w:type="dxa"/>
              <w:end w:w="85" w:type="dxa"/>
            </w:tcMar>
          </w:tcPr>
          <w:p>
            <w:pPr>
              <w:spacing w:line="240" w:lineRule="auto"/>
            </w:pPr>
            <w:sdt>
              <w:sdtPr>
                <w:alias w:val="Preis vor Abschluss gesondert freigeben"/>
                <w:tag w:val="preis_freigabe"/>
                <w:id w:val="8115"/>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Preis vor Abschluss gesondert freigeben</w:t>
            </w:r>
          </w:p>
        </w:tc>
      </w:tr>
      <w:tr>
        <w:trPr>
          <w:cantSplit/>
          <w:cantSplit/>
        </w:trPr>
        <w:tc>
          <w:tcPr>
            <w:tcW w:type="dxa" w:w="4975"/>
            <w:tcMar>
              <w:top w:w="30" w:type="dxa"/>
              <w:start w:w="75" w:type="dxa"/>
              <w:bottom w:w="25" w:type="dxa"/>
              <w:end w:w="85" w:type="dxa"/>
            </w:tcMar>
          </w:tcPr>
          <w:p>
            <w:pPr>
              <w:spacing w:line="240" w:lineRule="auto"/>
            </w:pPr>
            <w:sdt>
              <w:sdtPr>
                <w:alias w:val="Preisverhandlung im eigenen Ermessen"/>
                <w:tag w:val="preis_frei"/>
                <w:id w:val="8116"/>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Preisverhandlung im eigenen Ermessen</w:t>
            </w:r>
          </w:p>
        </w:tc>
        <w:tc>
          <w:tcPr>
            <w:tcW w:type="dxa" w:w="4975"/>
            <w:tcMar>
              <w:top w:w="30" w:type="dxa"/>
              <w:start w:w="75" w:type="dxa"/>
              <w:bottom w:w="25" w:type="dxa"/>
              <w:end w:w="85" w:type="dxa"/>
            </w:tcMar>
          </w:tcPr>
          <w:p/>
        </w:tc>
      </w:tr>
    </w:tbl>
    <w:p>
      <w:pPr>
        <w:spacing w:after="0" w:before="0"/>
      </w:pPr>
      <w:r>
        <w:rPr>
          <w:sz w:val="0"/>
        </w:rPr>
        <w:t xml:space="preserve"> </w:t>
      </w:r>
    </w:p>
    <w:tbl>
      <w:tblPr>
        <w:tblW w:type="auto" w:w="0"/>
        <w:jc w:val="center"/>
        <w:tblLayout w:type="fixed"/>
        <w:tblLook w:firstColumn="1" w:firstRow="1" w:lastColumn="0" w:lastRow="0" w:noHBand="0" w:noVBand="1" w:val="04A0"/>
      </w:tblPr>
      <w:tblGrid>
        <w:gridCol w:w="4989"/>
        <w:gridCol w:w="4961"/>
      </w:tblGrid>
      <w:tr>
        <w:trPr>
          <w:cantSplit/>
        </w:trPr>
        <w:tc>
          <w:tcPr>
            <w:tcW w:type="dxa" w:w="4989"/>
            <w:vAlign w:val="center"/>
            <w:shd w:fill="F4F7F8"/>
            <w:tcMar>
              <w:top w:w="45" w:type="dxa"/>
              <w:start w:w="115" w:type="dxa"/>
              <w:bottom w:w="40" w:type="dxa"/>
              <w:end w:w="115" w:type="dxa"/>
            </w:tcMar>
            <w:tcBorders>
              <w:bottom w:val="single" w:sz="7" w:color="D9E2E6"/>
            </w:tcBorders>
          </w:tcPr>
          <w:p>
            <w:pPr>
              <w:spacing w:after="0"/>
            </w:pPr>
            <w:r>
              <w:rPr>
                <w:b/>
                <w:color w:val="596D79"/>
                <w:sz w:val="13"/>
              </w:rPr>
              <w:t>MINDESTPREIS, FALLS AUSGEWÄHLT (EUR)</w:t>
            </w:r>
          </w:p>
          <w:p>
            <w:pPr>
              <w:spacing w:before="0" w:after="0"/>
            </w:pPr>
            <w:sdt>
              <w:sdtPr>
                <w:alias w:val="Preis Betrag"/>
                <w:tag w:val="preis_betrag"/>
                <w:id w:val="8117"/>
                <w:text/>
              </w:sdtPr>
              <w:sdtContent>
                <w:r>
                  <w:rPr>
                    <w:color w:val="88969F"/>
                    <w:i/>
                    <w:sz w:val="18"/>
                  </w:rPr>
                  <w:t>Betrag</w:t>
                </w:r>
              </w:sdtContent>
            </w:sdt>
          </w:p>
        </w:tc>
        <w:tc>
          <w:tcPr>
            <w:tcW w:type="dxa" w:w="4961"/>
            <w:vAlign w:val="center"/>
            <w:shd w:fill="F4F7F8"/>
            <w:tcMar>
              <w:top w:w="45" w:type="dxa"/>
              <w:start w:w="115" w:type="dxa"/>
              <w:bottom w:w="40" w:type="dxa"/>
              <w:end w:w="115" w:type="dxa"/>
            </w:tcMar>
            <w:tcBorders>
              <w:bottom w:val="single" w:sz="7" w:color="D9E2E6"/>
            </w:tcBorders>
          </w:tcPr>
          <w:p>
            <w:pPr>
              <w:spacing w:after="0"/>
            </w:pPr>
            <w:r>
              <w:rPr>
                <w:b/>
                <w:color w:val="596D79"/>
                <w:sz w:val="13"/>
              </w:rPr>
              <w:t>BEFRISTET BIS (OPTIONAL)</w:t>
            </w:r>
          </w:p>
          <w:p>
            <w:pPr>
              <w:spacing w:before="0" w:after="0"/>
            </w:pPr>
            <w:sdt>
              <w:sdtPr>
                <w:alias w:val="Ende Datum"/>
                <w:tag w:val="ende_datum"/>
                <w:id w:val="8118"/>
                <w:text/>
              </w:sdtPr>
              <w:sdtContent>
                <w:r>
                  <w:rPr>
                    <w:color w:val="88969F"/>
                    <w:i/>
                    <w:sz w:val="18"/>
                  </w:rPr>
                  <w:t>TT.MM.JJJJ</w:t>
                </w:r>
              </w:sdtContent>
            </w:sdt>
          </w:p>
        </w:tc>
      </w:tr>
    </w:tbl>
    <w:p>
      <w:pPr>
        <w:spacing w:after="0" w:before="0"/>
      </w:pPr>
      <w:r>
        <w:rPr>
          <w:sz w:val="6"/>
        </w:rPr>
        <w:t xml:space="preserve"> </w:t>
      </w:r>
    </w:p>
    <w:p>
      <w:pPr>
        <w:spacing w:after="120"/>
      </w:pPr>
      <w:r>
        <w:rPr>
          <w:b w:val="0"/>
          <w:color w:val="596D79"/>
          <w:sz w:val="15"/>
        </w:rPr>
        <w:t>Ohne angekreuzte Preisregelung ist vor Abschluss meine Zustimmung einzuholen. Die Vollmacht endet mit dem Verkauf, spätestens mit Ablauf einer eingetragenen Befristung; sie ist jederzeit widerruflich. Untervollmachten und Insichgeschäfte sind nicht gestattet.</w:t>
      </w:r>
    </w:p>
    <w:tbl>
      <w:tblPr>
        <w:tblW w:type="auto" w:w="0"/>
        <w:jc w:val="center"/>
        <w:tblLayout w:type="fixed"/>
        <w:tblLook w:firstColumn="1" w:firstRow="1" w:lastColumn="0" w:lastRow="0" w:noHBand="0" w:noVBand="1" w:val="04A0"/>
      </w:tblPr>
      <w:tblGrid>
        <w:gridCol w:w="408"/>
        <w:gridCol w:w="9541"/>
      </w:tblGrid>
      <w:tr>
        <w:trPr>
          <w:cantSplit/>
        </w:trPr>
        <w:tc>
          <w:tcPr>
            <w:tcW w:type="dxa" w:w="408"/>
            <w:shd w:fill="087C83"/>
            <w:tcMar>
              <w:top w:w="35" w:type="dxa"/>
              <w:start w:w="0" w:type="dxa"/>
              <w:bottom w:w="30" w:type="dxa"/>
              <w:end w:w="0" w:type="dxa"/>
            </w:tcMar>
          </w:tcPr>
          <w:p>
            <w:pPr>
              <w:spacing w:after="0"/>
              <w:jc w:val="center"/>
            </w:pPr>
            <w:r>
              <w:rPr>
                <w:b/>
                <w:color w:val="FFFFFF"/>
                <w:sz w:val="15"/>
              </w:rPr>
              <w:t>05</w:t>
            </w:r>
          </w:p>
        </w:tc>
        <w:tc>
          <w:tcPr>
            <w:tcW w:type="dxa" w:w="9541"/>
            <w:tcMar>
              <w:top w:w="20" w:type="dxa"/>
              <w:start w:w="140" w:type="dxa"/>
              <w:bottom w:w="20" w:type="dxa"/>
              <w:end w:w="0" w:type="dxa"/>
            </w:tcMar>
          </w:tcPr>
          <w:p>
            <w:pPr>
              <w:spacing w:after="0"/>
            </w:pPr>
            <w:r>
              <w:rPr>
                <w:b/>
                <w:color w:val="14283B"/>
                <w:sz w:val="20"/>
              </w:rPr>
              <w:t>Erteilung und Unterschrift</w:t>
            </w:r>
          </w:p>
        </w:tc>
      </w:tr>
    </w:tbl>
    <w:p>
      <w:pPr>
        <w:spacing w:after="0" w:before="0"/>
      </w:pPr>
      <w:r>
        <w:rPr>
          <w:sz w:val="4"/>
        </w:rPr>
        <w:t xml:space="preserve"> </w:t>
      </w:r>
    </w:p>
    <w:tbl>
      <w:tblPr>
        <w:tblW w:type="auto" w:w="0"/>
        <w:jc w:val="center"/>
        <w:tblLayout w:type="fixed"/>
        <w:tblLook w:firstColumn="1" w:firstRow="1" w:lastColumn="0" w:lastRow="0" w:noHBand="0" w:noVBand="1" w:val="04A0"/>
      </w:tblPr>
      <w:tblGrid>
        <w:gridCol w:w="4139"/>
        <w:gridCol w:w="5811"/>
      </w:tblGrid>
      <w:tr>
        <w:trPr>
          <w:cantSplit/>
        </w:trPr>
        <w:tc>
          <w:tcPr>
            <w:tcW w:type="dxa" w:w="4139"/>
            <w:vAlign w:val="center"/>
            <w:shd w:fill="F4F7F8"/>
            <w:tcMar>
              <w:top w:w="45" w:type="dxa"/>
              <w:start w:w="115" w:type="dxa"/>
              <w:bottom w:w="40" w:type="dxa"/>
              <w:end w:w="115" w:type="dxa"/>
            </w:tcMar>
            <w:tcBorders>
              <w:bottom w:val="single" w:sz="7" w:color="D9E2E6"/>
            </w:tcBorders>
          </w:tcPr>
          <w:p>
            <w:pPr>
              <w:spacing w:after="0"/>
            </w:pPr>
            <w:r>
              <w:rPr>
                <w:b/>
                <w:color w:val="596D79"/>
                <w:sz w:val="13"/>
              </w:rPr>
              <w:t>ORT, DATUM</w:t>
            </w:r>
          </w:p>
          <w:p>
            <w:pPr>
              <w:spacing w:before="0" w:after="0"/>
            </w:pPr>
            <w:sdt>
              <w:sdtPr>
                <w:alias w:val="Unterschrift Ort Datum"/>
                <w:tag w:val="unterschrift_ort_datum"/>
                <w:id w:val="8119"/>
                <w:text/>
              </w:sdtPr>
              <w:sdtContent>
                <w:r>
                  <w:rPr>
                    <w:color w:val="88969F"/>
                    <w:i/>
                    <w:sz w:val="18"/>
                  </w:rPr>
                  <w:t>Ort, TT.MM.JJJJ</w:t>
                </w:r>
              </w:sdtContent>
            </w:sdt>
          </w:p>
        </w:tc>
        <w:tc>
          <w:tcPr>
            <w:tcW w:type="dxa" w:w="5811"/>
            <w:vAlign w:val="center"/>
            <w:shd w:fill="F4F7F8"/>
            <w:tcMar>
              <w:top w:w="45" w:type="dxa"/>
              <w:start w:w="115" w:type="dxa"/>
              <w:bottom w:w="40" w:type="dxa"/>
              <w:end w:w="115" w:type="dxa"/>
            </w:tcMar>
            <w:tcBorders>
              <w:bottom w:val="single" w:sz="7" w:color="D9E2E6"/>
            </w:tcBorders>
          </w:tcPr>
          <w:p>
            <w:pPr>
              <w:spacing w:after="0"/>
            </w:pPr>
            <w:r>
              <w:rPr>
                <w:b/>
                <w:color w:val="596D79"/>
                <w:sz w:val="13"/>
              </w:rPr>
              <w:t>UNTERSCHRIFT DES VOLLMACHTGEBERS</w:t>
            </w:r>
          </w:p>
          <w:p>
            <w:pPr>
              <w:spacing w:before="0" w:after="0"/>
            </w:pPr>
            <w:sdt>
              <w:sdtPr>
                <w:alias w:val="Unterschrift Vg"/>
                <w:tag w:val="unterschrift_vg"/>
                <w:id w:val="8120"/>
                <w:text/>
              </w:sdtPr>
              <w:sdtContent>
                <w:r>
                  <w:rPr>
                    <w:color w:val="88969F"/>
                    <w:i/>
                    <w:sz w:val="18"/>
                  </w:rPr>
                  <w:t>Eigenhändig unterschreiben</w:t>
                </w:r>
              </w:sdtContent>
            </w:sdt>
          </w:p>
        </w:tc>
      </w:tr>
    </w:tbl>
    <w:p>
      <w:pPr>
        <w:spacing w:after="0" w:before="0"/>
      </w:pPr>
      <w:r>
        <w:rPr>
          <w:sz w:val="4"/>
        </w:rPr>
        <w:t xml:space="preserve"> </w:t>
      </w:r>
    </w:p>
    <w:p>
      <w:pPr>
        <w:spacing w:after="0"/>
      </w:pPr>
      <w:r>
        <w:rPr>
          <w:b w:val="0"/>
          <w:color w:val="596D79"/>
          <w:sz w:val="14"/>
        </w:rPr>
        <w:t>Hinweis: Diese Vollmacht ersetzt keinen Kaufvertrag und keine gesondert erforderliche Zulassungsvollmacht.</w:t>
      </w:r>
    </w:p>
    <w:p>
      <w:r>
        <w:br w:type="page"/>
      </w:r>
    </w:p>
    <w:tbl>
      <w:tblPr>
        <w:tblW w:type="auto" w:w="0"/>
        <w:jc w:val="center"/>
        <w:tblLayout w:type="fixed"/>
        <w:tblLook w:firstColumn="1" w:firstRow="1" w:lastColumn="0" w:lastRow="0" w:noHBand="0" w:noVBand="1" w:val="04A0"/>
      </w:tblPr>
      <w:tblGrid>
        <w:gridCol w:w="7710"/>
        <w:gridCol w:w="2211"/>
      </w:tblGrid>
      <w:tr>
        <w:trPr>
          <w:cantSplit/>
        </w:trPr>
        <w:tc>
          <w:tcPr>
            <w:tcW w:type="dxa" w:w="7710"/>
            <w:tcMar>
              <w:top w:w="20" w:type="dxa"/>
              <w:start w:w="0" w:type="dxa"/>
              <w:bottom w:w="60" w:type="dxa"/>
              <w:end w:w="0" w:type="dxa"/>
            </w:tcMar>
          </w:tcPr>
          <w:p>
            <w:pPr>
              <w:spacing w:after="40"/>
            </w:pPr>
            <w:r>
              <w:rPr>
                <w:b/>
                <w:color w:val="087C83"/>
                <w:sz w:val="16"/>
              </w:rPr>
              <w:t>OPTIONALE ANLAGE  ·  INTERNER NACHWEIS</w:t>
            </w:r>
          </w:p>
          <w:p>
            <w:pPr>
              <w:pStyle w:val="TitleLarge"/>
            </w:pPr>
            <w:r>
              <w:rPr>
                <w:b/>
                <w:color w:val="14283B"/>
                <w:sz w:val="39"/>
              </w:rPr>
              <w:t>Übergabe &amp; Abwicklung</w:t>
            </w:r>
          </w:p>
          <w:p>
            <w:pPr>
              <w:pStyle w:val="SubtitleSmall"/>
            </w:pPr>
            <w:r>
              <w:rPr>
                <w:b w:val="0"/>
                <w:color w:val="596D79"/>
                <w:sz w:val="16"/>
              </w:rPr>
              <w:t>Ergänzendes Nachweisblatt für die Übergabe an die bevollmächtigte Person</w:t>
            </w:r>
          </w:p>
        </w:tc>
        <w:tc>
          <w:tcPr>
            <w:tcW w:type="dxa" w:w="2211"/>
            <w:vAlign w:val="center"/>
            <w:tcMar>
              <w:top w:w="20" w:type="dxa"/>
              <w:start w:w="0" w:type="dxa"/>
              <w:bottom w:w="60" w:type="dxa"/>
              <w:end w:w="0" w:type="dxa"/>
            </w:tcMar>
          </w:tcPr>
          <w:p>
            <w:pPr>
              <w:spacing w:after="0"/>
              <w:jc w:val="right"/>
            </w:pPr>
            <w:r>
              <w:rPr>
                <w:b/>
                <w:color w:val="087C83"/>
                <w:sz w:val="16"/>
              </w:rPr>
              <w:t>FORMULAR  /  02</w:t>
            </w:r>
          </w:p>
          <w:p>
            <w:pPr>
              <w:jc w:val="right"/>
            </w:pPr>
            <w:r>
              <w:rPr>
                <w:b w:val="0"/>
                <w:color w:val="788893"/>
                <w:sz w:val="14"/>
              </w:rPr>
              <w:t>KFZ-VERKAUF</w:t>
            </w:r>
          </w:p>
        </w:tc>
      </w:tr>
    </w:tbl>
    <w:p>
      <w:pPr>
        <w:spacing w:after="0" w:before="0"/>
      </w:pPr>
      <w:r>
        <w:rPr>
          <w:sz w:val="8"/>
        </w:rPr>
        <w:t xml:space="preserve"> </w:t>
      </w:r>
    </w:p>
    <w:tbl>
      <w:tblPr>
        <w:tblW w:type="auto" w:w="0"/>
        <w:jc w:val="center"/>
        <w:tblLayout w:type="fixed"/>
        <w:tblLook w:firstColumn="1" w:firstRow="1" w:lastColumn="0" w:lastRow="0" w:noHBand="0" w:noVBand="1" w:val="04A0"/>
      </w:tblPr>
      <w:tblGrid>
        <w:gridCol w:w="9950"/>
      </w:tblGrid>
      <w:tr>
        <w:trPr>
          <w:trHeight w:val="31"/>
          <w:cantSplit/>
        </w:trPr>
        <w:tc>
          <w:tcPr>
            <w:tcW w:type="dxa" w:w="9950"/>
            <w:shd w:fill="087C83"/>
            <w:tcMar>
              <w:top w:w="0" w:type="dxa"/>
              <w:start w:w="0" w:type="dxa"/>
              <w:bottom w:w="0" w:type="dxa"/>
              <w:end w:w="0" w:type="dxa"/>
            </w:tcMar>
          </w:tcPr>
          <w:p/>
        </w:tc>
      </w:tr>
    </w:tbl>
    <w:p>
      <w:pPr>
        <w:spacing w:after="0" w:before="0"/>
      </w:pPr>
      <w:r>
        <w:rPr>
          <w:sz w:val="12"/>
        </w:rPr>
        <w:t xml:space="preserve"> </w:t>
      </w:r>
    </w:p>
    <w:tbl>
      <w:tblPr>
        <w:tblW w:type="auto" w:w="0"/>
        <w:jc w:val="center"/>
        <w:tblLayout w:type="fixed"/>
        <w:tblLook w:firstColumn="1" w:firstRow="1" w:lastColumn="0" w:lastRow="0" w:noHBand="0" w:noVBand="1" w:val="04A0"/>
      </w:tblPr>
      <w:tblGrid>
        <w:gridCol w:w="9950"/>
      </w:tblGrid>
      <w:tr>
        <w:trPr>
          <w:cantSplit/>
        </w:trPr>
        <w:tc>
          <w:tcPr>
            <w:tcW w:type="dxa" w:w="9950"/>
            <w:shd w:fill="EFF4F5"/>
            <w:tcMar>
              <w:top w:w="100" w:type="dxa"/>
              <w:start w:w="170" w:type="dxa"/>
              <w:bottom w:w="105" w:type="dxa"/>
              <w:end w:w="170" w:type="dxa"/>
            </w:tcMar>
          </w:tcPr>
          <w:p>
            <w:pPr>
              <w:spacing w:after="0"/>
            </w:pPr>
            <w:r>
              <w:rPr>
                <w:b w:val="0"/>
                <w:color w:val="596D79"/>
                <w:sz w:val="15"/>
              </w:rPr>
              <w:t>Diese Anlage ist optional. Sie dient der Dokumentation und erweitert die Verkaufsvollmacht nicht.</w:t>
            </w:r>
          </w:p>
        </w:tc>
      </w:tr>
    </w:tbl>
    <w:p>
      <w:pPr>
        <w:spacing w:after="0" w:before="0"/>
      </w:pPr>
      <w:r>
        <w:rPr>
          <w:sz w:val="26"/>
        </w:rPr>
        <w:t xml:space="preserve"> </w:t>
      </w:r>
    </w:p>
    <w:tbl>
      <w:tblPr>
        <w:tblW w:type="auto" w:w="0"/>
        <w:jc w:val="center"/>
        <w:tblLayout w:type="fixed"/>
        <w:tblLook w:firstColumn="1" w:firstRow="1" w:lastColumn="0" w:lastRow="0" w:noHBand="0" w:noVBand="1" w:val="04A0"/>
      </w:tblPr>
      <w:tblGrid>
        <w:gridCol w:w="408"/>
        <w:gridCol w:w="9541"/>
      </w:tblGrid>
      <w:tr>
        <w:trPr>
          <w:cantSplit/>
        </w:trPr>
        <w:tc>
          <w:tcPr>
            <w:tcW w:type="dxa" w:w="408"/>
            <w:shd w:fill="087C83"/>
            <w:tcMar>
              <w:top w:w="35" w:type="dxa"/>
              <w:start w:w="0" w:type="dxa"/>
              <w:bottom w:w="30" w:type="dxa"/>
              <w:end w:w="0" w:type="dxa"/>
            </w:tcMar>
          </w:tcPr>
          <w:p>
            <w:pPr>
              <w:spacing w:after="0"/>
              <w:jc w:val="center"/>
            </w:pPr>
            <w:r>
              <w:rPr>
                <w:b/>
                <w:color w:val="FFFFFF"/>
                <w:sz w:val="15"/>
              </w:rPr>
              <w:t>01</w:t>
            </w:r>
          </w:p>
        </w:tc>
        <w:tc>
          <w:tcPr>
            <w:tcW w:type="dxa" w:w="9541"/>
            <w:tcMar>
              <w:top w:w="20" w:type="dxa"/>
              <w:start w:w="140" w:type="dxa"/>
              <w:bottom w:w="20" w:type="dxa"/>
              <w:end w:w="0" w:type="dxa"/>
            </w:tcMar>
          </w:tcPr>
          <w:p>
            <w:pPr>
              <w:spacing w:after="0"/>
            </w:pPr>
            <w:r>
              <w:rPr>
                <w:b/>
                <w:color w:val="14283B"/>
                <w:sz w:val="20"/>
              </w:rPr>
              <w:t>Zuordnung</w:t>
            </w:r>
          </w:p>
        </w:tc>
      </w:tr>
    </w:tbl>
    <w:p>
      <w:pPr>
        <w:spacing w:after="0" w:before="0"/>
      </w:pPr>
      <w:r>
        <w:rPr>
          <w:sz w:val="4"/>
        </w:rPr>
        <w:t xml:space="preserve"> </w:t>
      </w:r>
    </w:p>
    <w:tbl>
      <w:tblPr>
        <w:tblW w:type="auto" w:w="0"/>
        <w:jc w:val="center"/>
        <w:tblLayout w:type="fixed"/>
        <w:tblLook w:firstColumn="1" w:firstRow="1" w:lastColumn="0" w:lastRow="0" w:noHBand="0" w:noVBand="1" w:val="04A0"/>
      </w:tblPr>
      <w:tblGrid>
        <w:gridCol w:w="4989"/>
        <w:gridCol w:w="4961"/>
      </w:tblGrid>
      <w:tr>
        <w:trPr>
          <w:cantSplit/>
        </w:trPr>
        <w:tc>
          <w:tcPr>
            <w:tcW w:type="dxa" w:w="4989"/>
            <w:vAlign w:val="center"/>
            <w:shd w:fill="F4F7F8"/>
            <w:tcMar>
              <w:top w:w="45" w:type="dxa"/>
              <w:start w:w="115" w:type="dxa"/>
              <w:bottom w:w="40" w:type="dxa"/>
              <w:end w:w="115" w:type="dxa"/>
            </w:tcMar>
            <w:tcBorders>
              <w:bottom w:val="single" w:sz="7" w:color="D9E2E6"/>
            </w:tcBorders>
          </w:tcPr>
          <w:p>
            <w:pPr>
              <w:spacing w:after="0"/>
            </w:pPr>
            <w:r>
              <w:rPr>
                <w:b/>
                <w:color w:val="596D79"/>
                <w:sz w:val="13"/>
              </w:rPr>
              <w:t>FAHRZEUG / MODELL</w:t>
            </w:r>
          </w:p>
          <w:p>
            <w:pPr>
              <w:spacing w:before="0" w:after="0"/>
            </w:pPr>
            <w:sdt>
              <w:sdtPr>
                <w:alias w:val="Protokoll Modell"/>
                <w:tag w:val="protokoll_modell"/>
                <w:id w:val="8121"/>
                <w:text/>
              </w:sdtPr>
              <w:sdtContent>
                <w:r>
                  <w:rPr>
                    <w:color w:val="88969F"/>
                    <w:i/>
                    <w:sz w:val="18"/>
                  </w:rPr>
                  <w:t>Hersteller, Modell</w:t>
                </w:r>
              </w:sdtContent>
            </w:sdt>
          </w:p>
        </w:tc>
        <w:tc>
          <w:tcPr>
            <w:tcW w:type="dxa" w:w="4961"/>
            <w:vAlign w:val="center"/>
            <w:shd w:fill="F4F7F8"/>
            <w:tcMar>
              <w:top w:w="45" w:type="dxa"/>
              <w:start w:w="115" w:type="dxa"/>
              <w:bottom w:w="40" w:type="dxa"/>
              <w:end w:w="115" w:type="dxa"/>
            </w:tcMar>
            <w:tcBorders>
              <w:bottom w:val="single" w:sz="7" w:color="D9E2E6"/>
            </w:tcBorders>
          </w:tcPr>
          <w:p>
            <w:pPr>
              <w:spacing w:after="0"/>
            </w:pPr>
            <w:r>
              <w:rPr>
                <w:b/>
                <w:color w:val="596D79"/>
                <w:sz w:val="13"/>
              </w:rPr>
              <w:t>FIN ODER KENNZEICHEN</w:t>
            </w:r>
          </w:p>
          <w:p>
            <w:pPr>
              <w:spacing w:before="0" w:after="0"/>
            </w:pPr>
            <w:sdt>
              <w:sdtPr>
                <w:alias w:val="Protokoll Fin"/>
                <w:tag w:val="protokoll_fin"/>
                <w:id w:val="8122"/>
                <w:text/>
              </w:sdtPr>
              <w:sdtContent>
                <w:r>
                  <w:rPr>
                    <w:color w:val="88969F"/>
                    <w:i/>
                    <w:sz w:val="18"/>
                  </w:rPr>
                  <w:t>FIN oder Kennzeichen</w:t>
                </w:r>
              </w:sdtContent>
            </w:sdt>
          </w:p>
        </w:tc>
      </w:tr>
    </w:tbl>
    <w:p>
      <w:pPr>
        <w:spacing w:after="0" w:before="0"/>
      </w:pPr>
      <w:r>
        <w:rPr>
          <w:sz w:val="6"/>
        </w:rPr>
        <w:t xml:space="preserve"> </w:t>
      </w:r>
    </w:p>
    <w:tbl>
      <w:tblPr>
        <w:tblW w:type="auto" w:w="0"/>
        <w:jc w:val="center"/>
        <w:tblLayout w:type="fixed"/>
        <w:tblLook w:firstColumn="1" w:firstRow="1" w:lastColumn="0" w:lastRow="0" w:noHBand="0" w:noVBand="1" w:val="04A0"/>
      </w:tblPr>
      <w:tblGrid>
        <w:gridCol w:w="408"/>
        <w:gridCol w:w="9541"/>
      </w:tblGrid>
      <w:tr>
        <w:trPr>
          <w:cantSplit/>
        </w:trPr>
        <w:tc>
          <w:tcPr>
            <w:tcW w:type="dxa" w:w="408"/>
            <w:shd w:fill="087C83"/>
            <w:tcMar>
              <w:top w:w="35" w:type="dxa"/>
              <w:start w:w="0" w:type="dxa"/>
              <w:bottom w:w="30" w:type="dxa"/>
              <w:end w:w="0" w:type="dxa"/>
            </w:tcMar>
          </w:tcPr>
          <w:p>
            <w:pPr>
              <w:spacing w:after="0"/>
              <w:jc w:val="center"/>
            </w:pPr>
            <w:r>
              <w:rPr>
                <w:b/>
                <w:color w:val="FFFFFF"/>
                <w:sz w:val="15"/>
              </w:rPr>
              <w:t>02</w:t>
            </w:r>
          </w:p>
        </w:tc>
        <w:tc>
          <w:tcPr>
            <w:tcW w:type="dxa" w:w="9541"/>
            <w:tcMar>
              <w:top w:w="20" w:type="dxa"/>
              <w:start w:w="140" w:type="dxa"/>
              <w:bottom w:w="20" w:type="dxa"/>
              <w:end w:w="0" w:type="dxa"/>
            </w:tcMar>
          </w:tcPr>
          <w:p>
            <w:pPr>
              <w:spacing w:after="0"/>
            </w:pPr>
            <w:r>
              <w:rPr>
                <w:b/>
                <w:color w:val="14283B"/>
                <w:sz w:val="20"/>
              </w:rPr>
              <w:t>An die bevollmächtigte Person übergeben</w:t>
            </w:r>
          </w:p>
        </w:tc>
      </w:tr>
    </w:tbl>
    <w:p>
      <w:pPr>
        <w:spacing w:after="0" w:before="0"/>
      </w:pPr>
      <w:r>
        <w:rPr>
          <w:sz w:val="4"/>
        </w:rPr>
        <w:t xml:space="preserve"> </w:t>
      </w:r>
    </w:p>
    <w:p>
      <w:pPr>
        <w:spacing w:after="60"/>
      </w:pPr>
      <w:r>
        <w:rPr>
          <w:b w:val="0"/>
          <w:color w:val="596D79"/>
          <w:sz w:val="16"/>
        </w:rPr>
        <w:t>Bei Übergabe bitte Zutreffendes markieren:</w:t>
      </w:r>
    </w:p>
    <w:tbl>
      <w:tblPr>
        <w:tblW w:type="auto" w:w="0"/>
        <w:jc w:val="center"/>
        <w:tblLayout w:type="fixed"/>
        <w:tblLook w:firstColumn="1" w:firstRow="1" w:lastColumn="0" w:lastRow="0" w:noHBand="0" w:noVBand="1" w:val="04A0"/>
      </w:tblPr>
      <w:tblGrid>
        <w:gridCol w:w="4975"/>
        <w:gridCol w:w="4975"/>
      </w:tblGrid>
      <w:tr>
        <w:trPr>
          <w:cantSplit/>
          <w:cantSplit/>
        </w:trPr>
        <w:tc>
          <w:tcPr>
            <w:tcW w:type="dxa" w:w="4975"/>
            <w:tcMar>
              <w:top w:w="30" w:type="dxa"/>
              <w:start w:w="75" w:type="dxa"/>
              <w:bottom w:w="25" w:type="dxa"/>
              <w:end w:w="85" w:type="dxa"/>
            </w:tcMar>
          </w:tcPr>
          <w:p>
            <w:pPr>
              <w:spacing w:line="240" w:lineRule="auto"/>
            </w:pPr>
            <w:sdt>
              <w:sdtPr>
                <w:alias w:val="Fahrzeug selbst"/>
                <w:tag w:val="doc_fahrzeug"/>
                <w:id w:val="8123"/>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Fahrzeug selbst</w:t>
            </w:r>
          </w:p>
        </w:tc>
        <w:tc>
          <w:tcPr>
            <w:tcW w:type="dxa" w:w="4975"/>
            <w:tcMar>
              <w:top w:w="30" w:type="dxa"/>
              <w:start w:w="75" w:type="dxa"/>
              <w:bottom w:w="25" w:type="dxa"/>
              <w:end w:w="85" w:type="dxa"/>
            </w:tcMar>
          </w:tcPr>
          <w:p>
            <w:pPr>
              <w:spacing w:line="240" w:lineRule="auto"/>
            </w:pPr>
            <w:sdt>
              <w:sdtPr>
                <w:alias w:val="Fahrzeugschlüssel"/>
                <w:tag w:val="doc_schluessel"/>
                <w:id w:val="8124"/>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Fahrzeugschlüssel</w:t>
            </w:r>
          </w:p>
        </w:tc>
      </w:tr>
      <w:tr>
        <w:trPr>
          <w:cantSplit/>
          <w:cantSplit/>
        </w:trPr>
        <w:tc>
          <w:tcPr>
            <w:tcW w:type="dxa" w:w="4975"/>
            <w:tcMar>
              <w:top w:w="30" w:type="dxa"/>
              <w:start w:w="75" w:type="dxa"/>
              <w:bottom w:w="25" w:type="dxa"/>
              <w:end w:w="85" w:type="dxa"/>
            </w:tcMar>
          </w:tcPr>
          <w:p>
            <w:pPr>
              <w:spacing w:line="240" w:lineRule="auto"/>
            </w:pPr>
            <w:sdt>
              <w:sdtPr>
                <w:alias w:val="Zulassungsbescheinigung Teil I"/>
                <w:tag w:val="doc_teil1"/>
                <w:id w:val="8125"/>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Zulassungsbescheinigung Teil I</w:t>
            </w:r>
          </w:p>
        </w:tc>
        <w:tc>
          <w:tcPr>
            <w:tcW w:type="dxa" w:w="4975"/>
            <w:tcMar>
              <w:top w:w="30" w:type="dxa"/>
              <w:start w:w="75" w:type="dxa"/>
              <w:bottom w:w="25" w:type="dxa"/>
              <w:end w:w="85" w:type="dxa"/>
            </w:tcMar>
          </w:tcPr>
          <w:p>
            <w:pPr>
              <w:spacing w:line="240" w:lineRule="auto"/>
            </w:pPr>
            <w:sdt>
              <w:sdtPr>
                <w:alias w:val="Zulassungsbescheinigung Teil II"/>
                <w:tag w:val="doc_teil2"/>
                <w:id w:val="8126"/>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Zulassungsbescheinigung Teil II</w:t>
            </w:r>
          </w:p>
        </w:tc>
      </w:tr>
      <w:tr>
        <w:trPr>
          <w:cantSplit/>
          <w:cantSplit/>
        </w:trPr>
        <w:tc>
          <w:tcPr>
            <w:tcW w:type="dxa" w:w="4975"/>
            <w:tcMar>
              <w:top w:w="30" w:type="dxa"/>
              <w:start w:w="75" w:type="dxa"/>
              <w:bottom w:w="25" w:type="dxa"/>
              <w:end w:w="85" w:type="dxa"/>
            </w:tcMar>
          </w:tcPr>
          <w:p>
            <w:pPr>
              <w:spacing w:line="240" w:lineRule="auto"/>
            </w:pPr>
            <w:sdt>
              <w:sdtPr>
                <w:alias w:val="HU-Nachweis"/>
                <w:tag w:val="doc_hu"/>
                <w:id w:val="8127"/>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HU-Nachweis</w:t>
            </w:r>
          </w:p>
        </w:tc>
        <w:tc>
          <w:tcPr>
            <w:tcW w:type="dxa" w:w="4975"/>
            <w:tcMar>
              <w:top w:w="30" w:type="dxa"/>
              <w:start w:w="75" w:type="dxa"/>
              <w:bottom w:w="25" w:type="dxa"/>
              <w:end w:w="85" w:type="dxa"/>
            </w:tcMar>
          </w:tcPr>
          <w:p>
            <w:pPr>
              <w:spacing w:line="240" w:lineRule="auto"/>
            </w:pPr>
            <w:sdt>
              <w:sdtPr>
                <w:alias w:val="Kennzeichenschilder"/>
                <w:tag w:val="doc_kennzeichen"/>
                <w:id w:val="8128"/>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Kennzeichenschilder</w:t>
            </w:r>
          </w:p>
        </w:tc>
      </w:tr>
      <w:tr>
        <w:trPr>
          <w:cantSplit/>
          <w:cantSplit/>
        </w:trPr>
        <w:tc>
          <w:tcPr>
            <w:tcW w:type="dxa" w:w="4975"/>
            <w:tcMar>
              <w:top w:w="30" w:type="dxa"/>
              <w:start w:w="75" w:type="dxa"/>
              <w:bottom w:w="25" w:type="dxa"/>
              <w:end w:w="85" w:type="dxa"/>
            </w:tcMar>
          </w:tcPr>
          <w:p>
            <w:pPr>
              <w:spacing w:line="240" w:lineRule="auto"/>
            </w:pPr>
            <w:sdt>
              <w:sdtPr>
                <w:alias w:val="Serviceunterlagen / Rechnungen"/>
                <w:tag w:val="doc_service"/>
                <w:id w:val="8129"/>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Serviceunterlagen / Rechnungen</w:t>
            </w:r>
          </w:p>
        </w:tc>
        <w:tc>
          <w:tcPr>
            <w:tcW w:type="dxa" w:w="4975"/>
            <w:tcMar>
              <w:top w:w="30" w:type="dxa"/>
              <w:start w:w="75" w:type="dxa"/>
              <w:bottom w:w="25" w:type="dxa"/>
              <w:end w:w="85" w:type="dxa"/>
            </w:tcMar>
          </w:tcPr>
          <w:p>
            <w:pPr>
              <w:spacing w:line="240" w:lineRule="auto"/>
            </w:pPr>
            <w:sdt>
              <w:sdtPr>
                <w:alias w:val="Weiteres Zubehör"/>
                <w:tag w:val="doc_zubehoer"/>
                <w:id w:val="8130"/>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Weiteres Zubehör</w:t>
            </w:r>
          </w:p>
        </w:tc>
      </w:tr>
    </w:tbl>
    <w:p>
      <w:pPr>
        <w:spacing w:after="0" w:before="0"/>
      </w:pPr>
      <w:r>
        <w:rPr>
          <w:sz w:val="14"/>
        </w:rPr>
        <w:t xml:space="preserve"> </w:t>
      </w:r>
    </w:p>
    <w:tbl>
      <w:tblPr>
        <w:tblW w:type="auto" w:w="0"/>
        <w:jc w:val="center"/>
        <w:tblLayout w:type="fixed"/>
        <w:tblLook w:firstColumn="1" w:firstRow="1" w:lastColumn="0" w:lastRow="0" w:noHBand="0" w:noVBand="1" w:val="04A0"/>
      </w:tblPr>
      <w:tblGrid>
        <w:gridCol w:w="3005"/>
        <w:gridCol w:w="6945"/>
      </w:tblGrid>
      <w:tr>
        <w:trPr>
          <w:cantSplit/>
        </w:trPr>
        <w:tc>
          <w:tcPr>
            <w:tcW w:type="dxa" w:w="3005"/>
            <w:vAlign w:val="center"/>
            <w:shd w:fill="F4F7F8"/>
            <w:tcMar>
              <w:top w:w="45" w:type="dxa"/>
              <w:start w:w="115" w:type="dxa"/>
              <w:bottom w:w="40" w:type="dxa"/>
              <w:end w:w="115" w:type="dxa"/>
            </w:tcMar>
            <w:tcBorders>
              <w:bottom w:val="single" w:sz="7" w:color="D9E2E6"/>
            </w:tcBorders>
          </w:tcPr>
          <w:p>
            <w:pPr>
              <w:spacing w:after="0"/>
            </w:pPr>
            <w:r>
              <w:rPr>
                <w:b/>
                <w:color w:val="596D79"/>
                <w:sz w:val="13"/>
              </w:rPr>
              <w:t>ANZAHL ÜBERGEBENER SCHLÜSSEL</w:t>
            </w:r>
          </w:p>
          <w:p>
            <w:pPr>
              <w:spacing w:before="0" w:after="0"/>
            </w:pPr>
            <w:sdt>
              <w:sdtPr>
                <w:alias w:val="Anzahl Schluessel"/>
                <w:tag w:val="anzahl_schluessel"/>
                <w:id w:val="8131"/>
                <w:text/>
              </w:sdtPr>
              <w:sdtContent>
                <w:r>
                  <w:rPr>
                    <w:color w:val="88969F"/>
                    <w:i/>
                    <w:sz w:val="18"/>
                  </w:rPr>
                  <w:t>Anzahl</w:t>
                </w:r>
              </w:sdtContent>
            </w:sdt>
          </w:p>
        </w:tc>
        <w:tc>
          <w:tcPr>
            <w:tcW w:type="dxa" w:w="6945"/>
            <w:vAlign w:val="center"/>
            <w:shd w:fill="F4F7F8"/>
            <w:tcMar>
              <w:top w:w="45" w:type="dxa"/>
              <w:start w:w="115" w:type="dxa"/>
              <w:bottom w:w="40" w:type="dxa"/>
              <w:end w:w="115" w:type="dxa"/>
            </w:tcMar>
            <w:tcBorders>
              <w:bottom w:val="single" w:sz="7" w:color="D9E2E6"/>
            </w:tcBorders>
          </w:tcPr>
          <w:p>
            <w:pPr>
              <w:spacing w:after="0"/>
            </w:pPr>
            <w:r>
              <w:rPr>
                <w:b/>
                <w:color w:val="596D79"/>
                <w:sz w:val="13"/>
              </w:rPr>
              <w:t>SONSTIGES / ZUBEHÖR</w:t>
            </w:r>
          </w:p>
          <w:p>
            <w:pPr>
              <w:spacing w:before="0" w:after="0"/>
            </w:pPr>
            <w:sdt>
              <w:sdtPr>
                <w:alias w:val="Zubehoer"/>
                <w:tag w:val="zubehoer"/>
                <w:id w:val="8132"/>
                <w:text/>
              </w:sdtPr>
              <w:sdtContent>
                <w:r>
                  <w:rPr>
                    <w:color w:val="88969F"/>
                    <w:i/>
                    <w:sz w:val="18"/>
                  </w:rPr>
                  <w:t>Bezeichnung</w:t>
                </w:r>
              </w:sdtContent>
            </w:sdt>
          </w:p>
        </w:tc>
      </w:tr>
    </w:tbl>
    <w:p>
      <w:pPr>
        <w:spacing w:after="0" w:before="0"/>
      </w:pPr>
      <w:r>
        <w:rPr>
          <w:sz w:val="6"/>
        </w:rPr>
        <w:t xml:space="preserve"> </w:t>
      </w:r>
    </w:p>
    <w:tbl>
      <w:tblPr>
        <w:tblW w:type="auto" w:w="0"/>
        <w:jc w:val="center"/>
        <w:tblLayout w:type="fixed"/>
        <w:tblLook w:firstColumn="1" w:firstRow="1" w:lastColumn="0" w:lastRow="0" w:noHBand="0" w:noVBand="1" w:val="04A0"/>
      </w:tblPr>
      <w:tblGrid>
        <w:gridCol w:w="408"/>
        <w:gridCol w:w="9541"/>
      </w:tblGrid>
      <w:tr>
        <w:trPr>
          <w:cantSplit/>
        </w:trPr>
        <w:tc>
          <w:tcPr>
            <w:tcW w:type="dxa" w:w="408"/>
            <w:shd w:fill="087C83"/>
            <w:tcMar>
              <w:top w:w="35" w:type="dxa"/>
              <w:start w:w="0" w:type="dxa"/>
              <w:bottom w:w="30" w:type="dxa"/>
              <w:end w:w="0" w:type="dxa"/>
            </w:tcMar>
          </w:tcPr>
          <w:p>
            <w:pPr>
              <w:spacing w:after="0"/>
              <w:jc w:val="center"/>
            </w:pPr>
            <w:r>
              <w:rPr>
                <w:b/>
                <w:color w:val="FFFFFF"/>
                <w:sz w:val="15"/>
              </w:rPr>
              <w:t>03</w:t>
            </w:r>
          </w:p>
        </w:tc>
        <w:tc>
          <w:tcPr>
            <w:tcW w:type="dxa" w:w="9541"/>
            <w:tcMar>
              <w:top w:w="20" w:type="dxa"/>
              <w:start w:w="140" w:type="dxa"/>
              <w:bottom w:w="20" w:type="dxa"/>
              <w:end w:w="0" w:type="dxa"/>
            </w:tcMar>
          </w:tcPr>
          <w:p>
            <w:pPr>
              <w:spacing w:after="0"/>
            </w:pPr>
            <w:r>
              <w:rPr>
                <w:b/>
                <w:color w:val="14283B"/>
                <w:sz w:val="20"/>
              </w:rPr>
              <w:t>Bestätigung der Übergabe an die Vertretung</w:t>
            </w:r>
          </w:p>
        </w:tc>
      </w:tr>
    </w:tbl>
    <w:p>
      <w:pPr>
        <w:spacing w:after="0" w:before="0"/>
      </w:pPr>
      <w:r>
        <w:rPr>
          <w:sz w:val="4"/>
        </w:rPr>
        <w:t xml:space="preserve"> </w:t>
      </w:r>
    </w:p>
    <w:p>
      <w:pPr>
        <w:spacing w:after="100"/>
      </w:pPr>
      <w:r>
        <w:rPr>
          <w:b w:val="0"/>
          <w:color w:val="14283B"/>
          <w:sz w:val="17"/>
        </w:rPr>
        <w:t>Die bevollmächtigte Person bestätigt die oben markierten Gegenstände und Unterlagen erhalten zu haben. Nicht angekreuzte Positionen gelten nicht als bestätigt.</w:t>
      </w:r>
    </w:p>
    <w:tbl>
      <w:tblPr>
        <w:tblW w:type="auto" w:w="0"/>
        <w:jc w:val="center"/>
        <w:tblLayout w:type="fixed"/>
        <w:tblLook w:firstColumn="1" w:firstRow="1" w:lastColumn="0" w:lastRow="0" w:noHBand="0" w:noVBand="1" w:val="04A0"/>
      </w:tblPr>
      <w:tblGrid>
        <w:gridCol w:w="4139"/>
        <w:gridCol w:w="5811"/>
      </w:tblGrid>
      <w:tr>
        <w:trPr>
          <w:cantSplit/>
        </w:trPr>
        <w:tc>
          <w:tcPr>
            <w:tcW w:type="dxa" w:w="4139"/>
            <w:vAlign w:val="center"/>
            <w:shd w:fill="F4F7F8"/>
            <w:tcMar>
              <w:top w:w="45" w:type="dxa"/>
              <w:start w:w="115" w:type="dxa"/>
              <w:bottom w:w="40" w:type="dxa"/>
              <w:end w:w="115" w:type="dxa"/>
            </w:tcMar>
            <w:tcBorders>
              <w:bottom w:val="single" w:sz="7" w:color="D9E2E6"/>
            </w:tcBorders>
          </w:tcPr>
          <w:p>
            <w:pPr>
              <w:spacing w:after="0"/>
            </w:pPr>
            <w:r>
              <w:rPr>
                <w:b/>
                <w:color w:val="596D79"/>
                <w:sz w:val="13"/>
              </w:rPr>
              <w:t>ORT, DATUM DER ÜBERGABE</w:t>
            </w:r>
          </w:p>
          <w:p>
            <w:pPr>
              <w:spacing w:before="0" w:after="0"/>
            </w:pPr>
            <w:sdt>
              <w:sdtPr>
                <w:alias w:val="Uebergabe Datum"/>
                <w:tag w:val="uebergabe_datum"/>
                <w:id w:val="8133"/>
                <w:text/>
              </w:sdtPr>
              <w:sdtContent>
                <w:r>
                  <w:rPr>
                    <w:color w:val="88969F"/>
                    <w:i/>
                    <w:sz w:val="18"/>
                  </w:rPr>
                  <w:t>Ort, TT.MM.JJJJ</w:t>
                </w:r>
              </w:sdtContent>
            </w:sdt>
          </w:p>
        </w:tc>
        <w:tc>
          <w:tcPr>
            <w:tcW w:type="dxa" w:w="5811"/>
            <w:vAlign w:val="center"/>
            <w:shd w:fill="F4F7F8"/>
            <w:tcMar>
              <w:top w:w="45" w:type="dxa"/>
              <w:start w:w="115" w:type="dxa"/>
              <w:bottom w:w="40" w:type="dxa"/>
              <w:end w:w="115" w:type="dxa"/>
            </w:tcMar>
            <w:tcBorders>
              <w:bottom w:val="single" w:sz="7" w:color="D9E2E6"/>
            </w:tcBorders>
          </w:tcPr>
          <w:p>
            <w:pPr>
              <w:spacing w:after="0"/>
            </w:pPr>
            <w:r>
              <w:rPr>
                <w:b/>
                <w:color w:val="596D79"/>
                <w:sz w:val="13"/>
              </w:rPr>
              <w:t>UNTERSCHRIFT DES BEVOLLMÄCHTIGTEN</w:t>
            </w:r>
          </w:p>
          <w:p>
            <w:pPr>
              <w:spacing w:before="0" w:after="0"/>
            </w:pPr>
            <w:sdt>
              <w:sdtPr>
                <w:alias w:val="Uebergabe Bv"/>
                <w:tag w:val="uebergabe_bv"/>
                <w:id w:val="8134"/>
                <w:text/>
              </w:sdtPr>
              <w:sdtContent>
                <w:r>
                  <w:rPr>
                    <w:color w:val="88969F"/>
                    <w:i/>
                    <w:sz w:val="18"/>
                  </w:rPr>
                  <w:t>Eigenhändig unterschreiben</w:t>
                </w:r>
              </w:sdtContent>
            </w:sdt>
          </w:p>
        </w:tc>
      </w:tr>
    </w:tbl>
    <w:p>
      <w:pPr>
        <w:spacing w:after="0" w:before="0"/>
      </w:pPr>
      <w:r>
        <w:rPr>
          <w:sz w:val="6"/>
        </w:rPr>
        <w:t xml:space="preserve"> </w:t>
      </w:r>
    </w:p>
    <w:tbl>
      <w:tblPr>
        <w:tblW w:type="auto" w:w="0"/>
        <w:jc w:val="center"/>
        <w:tblLayout w:type="fixed"/>
        <w:tblLook w:firstColumn="1" w:firstRow="1" w:lastColumn="0" w:lastRow="0" w:noHBand="0" w:noVBand="1" w:val="04A0"/>
      </w:tblPr>
      <w:tblGrid>
        <w:gridCol w:w="408"/>
        <w:gridCol w:w="9541"/>
      </w:tblGrid>
      <w:tr>
        <w:trPr>
          <w:cantSplit/>
        </w:trPr>
        <w:tc>
          <w:tcPr>
            <w:tcW w:type="dxa" w:w="408"/>
            <w:shd w:fill="087C83"/>
            <w:tcMar>
              <w:top w:w="35" w:type="dxa"/>
              <w:start w:w="0" w:type="dxa"/>
              <w:bottom w:w="30" w:type="dxa"/>
              <w:end w:w="0" w:type="dxa"/>
            </w:tcMar>
          </w:tcPr>
          <w:p>
            <w:pPr>
              <w:spacing w:after="0"/>
              <w:jc w:val="center"/>
            </w:pPr>
            <w:r>
              <w:rPr>
                <w:b/>
                <w:color w:val="FFFFFF"/>
                <w:sz w:val="15"/>
              </w:rPr>
              <w:t>04</w:t>
            </w:r>
          </w:p>
        </w:tc>
        <w:tc>
          <w:tcPr>
            <w:tcW w:type="dxa" w:w="9541"/>
            <w:tcMar>
              <w:top w:w="20" w:type="dxa"/>
              <w:start w:w="140" w:type="dxa"/>
              <w:bottom w:w="20" w:type="dxa"/>
              <w:end w:w="0" w:type="dxa"/>
            </w:tcMar>
          </w:tcPr>
          <w:p>
            <w:pPr>
              <w:spacing w:after="0"/>
            </w:pPr>
            <w:r>
              <w:rPr>
                <w:b/>
                <w:color w:val="14283B"/>
                <w:sz w:val="20"/>
              </w:rPr>
              <w:t>Nach dem Verkauf – zur eigenen Dokumentation</w:t>
            </w:r>
          </w:p>
        </w:tc>
      </w:tr>
    </w:tbl>
    <w:p>
      <w:pPr>
        <w:spacing w:after="0" w:before="0"/>
      </w:pPr>
      <w:r>
        <w:rPr>
          <w:sz w:val="4"/>
        </w:rPr>
        <w:t xml:space="preserve"> </w:t>
      </w:r>
    </w:p>
    <w:tbl>
      <w:tblPr>
        <w:tblW w:type="auto" w:w="0"/>
        <w:jc w:val="center"/>
        <w:tblLayout w:type="fixed"/>
        <w:tblLook w:firstColumn="1" w:firstRow="1" w:lastColumn="0" w:lastRow="0" w:noHBand="0" w:noVBand="1" w:val="04A0"/>
      </w:tblPr>
      <w:tblGrid>
        <w:gridCol w:w="4989"/>
        <w:gridCol w:w="4961"/>
      </w:tblGrid>
      <w:tr>
        <w:trPr>
          <w:cantSplit/>
        </w:trPr>
        <w:tc>
          <w:tcPr>
            <w:tcW w:type="dxa" w:w="4989"/>
            <w:vAlign w:val="center"/>
            <w:shd w:fill="F4F7F8"/>
            <w:tcMar>
              <w:top w:w="45" w:type="dxa"/>
              <w:start w:w="115" w:type="dxa"/>
              <w:bottom w:w="40" w:type="dxa"/>
              <w:end w:w="115" w:type="dxa"/>
            </w:tcMar>
            <w:tcBorders>
              <w:bottom w:val="single" w:sz="7" w:color="D9E2E6"/>
            </w:tcBorders>
          </w:tcPr>
          <w:p>
            <w:pPr>
              <w:spacing w:after="0"/>
            </w:pPr>
            <w:r>
              <w:rPr>
                <w:b/>
                <w:color w:val="596D79"/>
                <w:sz w:val="13"/>
              </w:rPr>
              <w:t>DATUM DES VERTRAGSABSCHLUSSES</w:t>
            </w:r>
          </w:p>
          <w:p>
            <w:pPr>
              <w:spacing w:before="0" w:after="0"/>
            </w:pPr>
            <w:sdt>
              <w:sdtPr>
                <w:alias w:val="Verkauf Datum"/>
                <w:tag w:val="verkauf_datum"/>
                <w:id w:val="8135"/>
                <w:text/>
              </w:sdtPr>
              <w:sdtContent>
                <w:r>
                  <w:rPr>
                    <w:color w:val="88969F"/>
                    <w:i/>
                    <w:sz w:val="18"/>
                  </w:rPr>
                  <w:t>TT.MM.JJJJ</w:t>
                </w:r>
              </w:sdtContent>
            </w:sdt>
          </w:p>
        </w:tc>
        <w:tc>
          <w:tcPr>
            <w:tcW w:type="dxa" w:w="4961"/>
            <w:vAlign w:val="center"/>
            <w:shd w:fill="F4F7F8"/>
            <w:tcMar>
              <w:top w:w="45" w:type="dxa"/>
              <w:start w:w="115" w:type="dxa"/>
              <w:bottom w:w="40" w:type="dxa"/>
              <w:end w:w="115" w:type="dxa"/>
            </w:tcMar>
            <w:tcBorders>
              <w:bottom w:val="single" w:sz="7" w:color="D9E2E6"/>
            </w:tcBorders>
          </w:tcPr>
          <w:p>
            <w:pPr>
              <w:spacing w:after="0"/>
            </w:pPr>
            <w:r>
              <w:rPr>
                <w:b/>
                <w:color w:val="596D79"/>
                <w:sz w:val="13"/>
              </w:rPr>
              <w:t>VEREINBARTER VERKAUFSPREIS (EUR)</w:t>
            </w:r>
          </w:p>
          <w:p>
            <w:pPr>
              <w:spacing w:before="0" w:after="0"/>
            </w:pPr>
            <w:sdt>
              <w:sdtPr>
                <w:alias w:val="Verkauf Preis"/>
                <w:tag w:val="verkauf_preis"/>
                <w:id w:val="8136"/>
                <w:text/>
              </w:sdtPr>
              <w:sdtContent>
                <w:r>
                  <w:rPr>
                    <w:color w:val="88969F"/>
                    <w:i/>
                    <w:sz w:val="18"/>
                  </w:rPr>
                  <w:t>Betrag</w:t>
                </w:r>
              </w:sdtContent>
            </w:sdt>
          </w:p>
        </w:tc>
      </w:tr>
    </w:tbl>
    <w:p>
      <w:pPr>
        <w:spacing w:after="0" w:before="0"/>
      </w:pPr>
      <w:r>
        <w:rPr>
          <w:sz w:val="6"/>
        </w:rPr>
        <w:t xml:space="preserve"> </w:t>
      </w:r>
    </w:p>
    <w:tbl>
      <w:tblPr>
        <w:tblW w:type="auto" w:w="0"/>
        <w:jc w:val="center"/>
        <w:tblLayout w:type="fixed"/>
        <w:tblLook w:firstColumn="1" w:firstRow="1" w:lastColumn="0" w:lastRow="0" w:noHBand="0" w:noVBand="1" w:val="04A0"/>
      </w:tblPr>
      <w:tblGrid>
        <w:gridCol w:w="5953"/>
        <w:gridCol w:w="3997"/>
      </w:tblGrid>
      <w:tr>
        <w:trPr>
          <w:cantSplit/>
        </w:trPr>
        <w:tc>
          <w:tcPr>
            <w:tcW w:type="dxa" w:w="5953"/>
            <w:vAlign w:val="center"/>
            <w:shd w:fill="F4F7F8"/>
            <w:tcMar>
              <w:top w:w="45" w:type="dxa"/>
              <w:start w:w="115" w:type="dxa"/>
              <w:bottom w:w="40" w:type="dxa"/>
              <w:end w:w="115" w:type="dxa"/>
            </w:tcMar>
            <w:tcBorders>
              <w:bottom w:val="single" w:sz="7" w:color="D9E2E6"/>
            </w:tcBorders>
          </w:tcPr>
          <w:p>
            <w:pPr>
              <w:spacing w:after="0"/>
            </w:pPr>
            <w:r>
              <w:rPr>
                <w:b/>
                <w:color w:val="596D79"/>
                <w:sz w:val="13"/>
              </w:rPr>
              <w:t>KÄUFER / VERTRAGSPARTNER</w:t>
            </w:r>
          </w:p>
          <w:p>
            <w:pPr>
              <w:spacing w:before="0" w:after="0"/>
            </w:pPr>
            <w:sdt>
              <w:sdtPr>
                <w:alias w:val="Kaeufer"/>
                <w:tag w:val="kaeufer"/>
                <w:id w:val="8137"/>
                <w:text/>
              </w:sdtPr>
              <w:sdtContent>
                <w:r>
                  <w:rPr>
                    <w:color w:val="88969F"/>
                    <w:i/>
                    <w:sz w:val="18"/>
                  </w:rPr>
                  <w:t>Name oder Firma</w:t>
                </w:r>
              </w:sdtContent>
            </w:sdt>
          </w:p>
        </w:tc>
        <w:tc>
          <w:tcPr>
            <w:tcW w:type="dxa" w:w="3997"/>
            <w:vAlign w:val="center"/>
            <w:shd w:fill="F4F7F8"/>
            <w:tcMar>
              <w:top w:w="45" w:type="dxa"/>
              <w:start w:w="115" w:type="dxa"/>
              <w:bottom w:w="40" w:type="dxa"/>
              <w:end w:w="115" w:type="dxa"/>
            </w:tcMar>
            <w:tcBorders>
              <w:bottom w:val="single" w:sz="7" w:color="D9E2E6"/>
            </w:tcBorders>
          </w:tcPr>
          <w:p>
            <w:pPr>
              <w:spacing w:after="0"/>
            </w:pPr>
            <w:r>
              <w:rPr>
                <w:b/>
                <w:color w:val="596D79"/>
                <w:sz w:val="13"/>
              </w:rPr>
              <w:t>ZAHLUNGSEINGANG BESTÄTIGT AM</w:t>
            </w:r>
          </w:p>
          <w:p>
            <w:pPr>
              <w:spacing w:before="0" w:after="0"/>
            </w:pPr>
            <w:sdt>
              <w:sdtPr>
                <w:alias w:val="Zahlung Datum"/>
                <w:tag w:val="zahlung_datum"/>
                <w:id w:val="8138"/>
                <w:text/>
              </w:sdtPr>
              <w:sdtContent>
                <w:r>
                  <w:rPr>
                    <w:color w:val="88969F"/>
                    <w:i/>
                    <w:sz w:val="18"/>
                  </w:rPr>
                  <w:t>TT.MM.JJJJ</w:t>
                </w:r>
              </w:sdtContent>
            </w:sdt>
          </w:p>
        </w:tc>
      </w:tr>
    </w:tbl>
    <w:p>
      <w:pPr>
        <w:spacing w:after="0" w:before="0"/>
      </w:pPr>
      <w:r>
        <w:rPr>
          <w:sz w:val="6"/>
        </w:rPr>
        <w:t xml:space="preserve"> </w:t>
      </w:r>
    </w:p>
    <w:p>
      <w:pPr>
        <w:spacing w:after="60"/>
      </w:pPr>
      <w:r>
        <w:rPr>
          <w:b/>
          <w:color w:val="087C83"/>
          <w:sz w:val="16"/>
        </w:rPr>
        <w:t>Abschlusskontrolle:</w:t>
      </w:r>
    </w:p>
    <w:tbl>
      <w:tblPr>
        <w:tblW w:type="auto" w:w="0"/>
        <w:jc w:val="center"/>
        <w:tblLayout w:type="fixed"/>
        <w:tblLook w:firstColumn="1" w:firstRow="1" w:lastColumn="0" w:lastRow="0" w:noHBand="0" w:noVBand="1" w:val="04A0"/>
      </w:tblPr>
      <w:tblGrid>
        <w:gridCol w:w="4975"/>
        <w:gridCol w:w="4975"/>
      </w:tblGrid>
      <w:tr>
        <w:trPr>
          <w:cantSplit/>
          <w:cantSplit/>
        </w:trPr>
        <w:tc>
          <w:tcPr>
            <w:tcW w:type="dxa" w:w="4975"/>
            <w:tcMar>
              <w:top w:w="30" w:type="dxa"/>
              <w:start w:w="75" w:type="dxa"/>
              <w:bottom w:w="25" w:type="dxa"/>
              <w:end w:w="85" w:type="dxa"/>
            </w:tcMar>
          </w:tcPr>
          <w:p>
            <w:pPr>
              <w:spacing w:line="240" w:lineRule="auto"/>
            </w:pPr>
            <w:sdt>
              <w:sdtPr>
                <w:alias w:val="Kaufvertrag abgelegt"/>
                <w:tag w:val="done_kaufvertrag"/>
                <w:id w:val="8139"/>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Kaufvertrag abgelegt</w:t>
            </w:r>
          </w:p>
        </w:tc>
        <w:tc>
          <w:tcPr>
            <w:tcW w:type="dxa" w:w="4975"/>
            <w:tcMar>
              <w:top w:w="30" w:type="dxa"/>
              <w:start w:w="75" w:type="dxa"/>
              <w:bottom w:w="25" w:type="dxa"/>
              <w:end w:w="85" w:type="dxa"/>
            </w:tcMar>
          </w:tcPr>
          <w:p>
            <w:pPr>
              <w:spacing w:line="240" w:lineRule="auto"/>
            </w:pPr>
            <w:sdt>
              <w:sdtPr>
                <w:alias w:val="Kaufpreis vollständig eingegangen"/>
                <w:tag w:val="done_zahlung"/>
                <w:id w:val="8140"/>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Kaufpreis vollständig eingegangen</w:t>
            </w:r>
          </w:p>
        </w:tc>
      </w:tr>
      <w:tr>
        <w:trPr>
          <w:cantSplit/>
          <w:cantSplit/>
        </w:trPr>
        <w:tc>
          <w:tcPr>
            <w:tcW w:type="dxa" w:w="4975"/>
            <w:tcMar>
              <w:top w:w="30" w:type="dxa"/>
              <w:start w:w="75" w:type="dxa"/>
              <w:bottom w:w="25" w:type="dxa"/>
              <w:end w:w="85" w:type="dxa"/>
            </w:tcMar>
          </w:tcPr>
          <w:p>
            <w:pPr>
              <w:spacing w:line="240" w:lineRule="auto"/>
            </w:pPr>
            <w:sdt>
              <w:sdtPr>
                <w:alias w:val="Fahrzeug / Papiere übergeben"/>
                <w:tag w:val="done_uebergabe"/>
                <w:id w:val="8141"/>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Fahrzeug / Papiere übergeben</w:t>
            </w:r>
          </w:p>
        </w:tc>
        <w:tc>
          <w:tcPr>
            <w:tcW w:type="dxa" w:w="4975"/>
            <w:tcMar>
              <w:top w:w="30" w:type="dxa"/>
              <w:start w:w="75" w:type="dxa"/>
              <w:bottom w:w="25" w:type="dxa"/>
              <w:end w:w="85" w:type="dxa"/>
            </w:tcMar>
          </w:tcPr>
          <w:p>
            <w:pPr>
              <w:spacing w:line="240" w:lineRule="auto"/>
            </w:pPr>
            <w:sdt>
              <w:sdtPr>
                <w:alias w:val="Verkaufsanzeige erledigt"/>
                <w:tag w:val="done_meldung"/>
                <w:id w:val="8142"/>
                <w14:checkbox>
                  <w14:checked w14:val="0"/>
                  <w14:checkedState w14:val="2612" w14:font="Segoe UI Symbol"/>
                  <w14:uncheckedState w14:val="2610" w14:font="Segoe UI Symbol"/>
                </w14:checkbox>
              </w:sdtPr>
              <w:sdtContent>
                <w:r>
                  <w:rPr>
                    <w:rFonts w:ascii="Segoe UI Symbol" w:hAnsi="Segoe UI Symbol"/>
                    <w:color w:val="087C83"/>
                    <w:sz w:val="23"/>
                  </w:rPr>
                  <w:t>☐</w:t>
                </w:r>
              </w:sdtContent>
            </w:sdt>
            <w:r>
              <w:rPr>
                <w:b w:val="0"/>
                <w:color w:val="14283B"/>
                <w:sz w:val="16"/>
              </w:rPr>
              <w:t xml:space="preserve">  Verkaufsanzeige erledigt</w:t>
            </w:r>
          </w:p>
        </w:tc>
      </w:tr>
    </w:tbl>
    <w:p>
      <w:pPr>
        <w:spacing w:after="0" w:before="0"/>
      </w:pPr>
      <w:r>
        <w:rPr>
          <w:sz w:val="14"/>
        </w:rPr>
        <w:t xml:space="preserve"> </w:t>
      </w:r>
    </w:p>
    <w:tbl>
      <w:tblPr>
        <w:tblW w:type="auto" w:w="0"/>
        <w:jc w:val="center"/>
        <w:tblLayout w:type="fixed"/>
        <w:tblLook w:firstColumn="1" w:firstRow="1" w:lastColumn="0" w:lastRow="0" w:noHBand="0" w:noVBand="1" w:val="04A0"/>
      </w:tblPr>
      <w:tblGrid>
        <w:gridCol w:w="9950"/>
      </w:tblGrid>
      <w:tr>
        <w:trPr>
          <w:cantSplit/>
        </w:trPr>
        <w:tc>
          <w:tcPr>
            <w:tcW w:type="dxa" w:w="9950"/>
            <w:shd w:fill="EFF4F5"/>
            <w:tcMar>
              <w:top w:w="100" w:type="dxa"/>
              <w:start w:w="170" w:type="dxa"/>
              <w:bottom w:w="105" w:type="dxa"/>
              <w:end w:w="170" w:type="dxa"/>
            </w:tcMar>
          </w:tcPr>
          <w:p>
            <w:pPr>
              <w:spacing w:after="0"/>
            </w:pPr>
            <w:r>
              <w:rPr>
                <w:b w:val="0"/>
                <w:color w:val="596D79"/>
                <w:sz w:val="15"/>
              </w:rPr>
              <w:t>Wichtig: Eine eingetragene Zahlung ersetzt keinen tatsächlichen Zahlungsnachweis. Unterschriebene Unterlagen und Belege getrennt aufbewahren.</w:t>
            </w:r>
          </w:p>
        </w:tc>
      </w:tr>
    </w:tbl>
    <w:sectPr w:rsidR="00FC693F" w:rsidRPr="0006063C" w:rsidSect="00034616">
      <w:headerReference w:type="default" r:id="rId9"/>
      <w:footerReference w:type="default" r:id="rId10"/>
      <w:pgSz w:w="11906" w:h="16838"/>
      <w:pgMar w:top="748" w:right="981" w:bottom="692" w:left="981" w:header="369" w:footer="4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left"/>
      </w:tabs>
      <w:spacing w:before="20"/>
      <w:jc w:val="left"/>
    </w:pPr>
    <w:r>
      <w:rPr>
        <w:b w:val="0"/>
        <w:color w:val="596D79"/>
        <w:sz w:val="14"/>
      </w:rPr>
      <w:t>Vollmacht für den Verkauf eines Fahrzeugs</w:t>
    </w:r>
    <w:r>
      <w:rPr>
        <w:b w:val="0"/>
        <w:color w:val="788893"/>
        <w:sz w:val="14"/>
      </w:rPr>
      <w:t xml:space="preserve">   ·   Nur für das bezeichnete Fahrzeug</w:t>
    </w:r>
    <w:r>
      <w:rPr>
        <w:b w:val="0"/>
        <w:color w:val="14283B"/>
        <w:sz w:val="14"/>
      </w:rPr>
      <w:tab/>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color w:val="788893"/>
        <w:sz w:val="13"/>
      </w:rPr>
      <w:t>DOKUMENTVORLAGE  ·  FAHRZEUGVERKAUF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7" w:lineRule="auto"/>
    </w:pPr>
    <w:rPr>
      <w:rFonts w:ascii="Aptos" w:hAnsi="Aptos"/>
      <w:color w:val="1428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Large">
    <w:name w:val="TitleLarge"/>
    <w:basedOn w:val="Normal"/>
    <w:pPr>
      <w:spacing w:after="0"/>
    </w:pPr>
    <w:rPr>
      <w:rFonts w:ascii="Aptos" w:hAnsi="Aptos"/>
      <w:b/>
      <w:color w:val="14283B"/>
      <w:sz w:val="39"/>
    </w:rPr>
  </w:style>
  <w:style w:type="paragraph" w:customStyle="1" w:styleId="SubtitleSmall">
    <w:name w:val="SubtitleSmall"/>
    <w:basedOn w:val="Normal"/>
    <w:pPr>
      <w:spacing w:after="0"/>
    </w:pPr>
    <w:rPr>
      <w:rFonts w:ascii="Aptos" w:hAnsi="Aptos"/>
      <w:b w:val="0"/>
      <w:color w:val="596D79"/>
      <w:sz w:val="18"/>
    </w:rPr>
  </w:style>
  <w:style w:type="paragraph" w:customStyle="1" w:styleId="SectionHead">
    <w:name w:val="SectionHead"/>
    <w:basedOn w:val="Normal"/>
    <w:pPr>
      <w:spacing w:after="0"/>
    </w:pPr>
    <w:rPr>
      <w:rFonts w:ascii="Aptos" w:hAnsi="Aptos"/>
      <w:b/>
      <w:color w:val="14283B"/>
      <w:sz w:val="20"/>
    </w:rPr>
  </w:style>
  <w:style w:type="paragraph" w:customStyle="1" w:styleId="SmallInfo">
    <w:name w:val="SmallInfo"/>
    <w:basedOn w:val="Normal"/>
    <w:pPr>
      <w:spacing w:after="0"/>
    </w:pPr>
    <w:rPr>
      <w:rFonts w:ascii="Aptos" w:hAnsi="Aptos"/>
      <w:b w:val="0"/>
      <w:color w:val="596D79"/>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zum Kfz-Verkauf – ausfüllbare Vorlage</dc:title>
  <dc:subject>Vollmacht für den Verkauf eines Fahrzeugs</dc:subject>
  <dc:creator/>
  <cp:keywords>Vollmacht Kfz Verkauf Vorlage Word</cp:keywords>
  <dc:description>generated by python-docx</dc:description>
  <cp:lastModifiedBy/>
  <cp:revision>1</cp:revision>
  <dcterms:created xsi:type="dcterms:W3CDTF">2013-12-23T23:15:00Z</dcterms:created>
  <dcterms:modified xsi:type="dcterms:W3CDTF">2013-12-23T23:15:00Z</dcterms:modified>
  <cp:category/>
</cp:coreProperties>
</file>