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81"/>
      </w:tblGrid>
      <w:tr>
        <w:tc>
          <w:tcPr>
            <w:tcW w:type="dxa" w:w="9582"/>
            <w:shd w:fill="19323E"/>
            <w:tcBorders>
              <w:top w:val="nil"/>
              <w:left w:val="nil"/>
              <w:bottom w:val="nil"/>
              <w:right w:val="nil"/>
            </w:tcBorders>
            <w:tcMar>
              <w:top w:w="250" w:type="dxa"/>
              <w:start w:w="270" w:type="dxa"/>
              <w:bottom w:w="255" w:type="dxa"/>
              <w:end w:w="270" w:type="dxa"/>
            </w:tcMar>
          </w:tcPr>
          <w:p>
            <w:pPr>
              <w:keepNext w:val="0"/>
              <w:spacing w:before="0" w:after="160" w:line="252" w:lineRule="auto"/>
            </w:pPr>
            <w:r>
              <w:rPr>
                <w:rFonts w:ascii="Inter" w:hAnsi="Inter" w:eastAsia="Inter" w:cs="Inter"/>
                <w:b/>
                <w:i w:val="0"/>
                <w:color w:val="8FC0BF"/>
                <w:sz w:val="15"/>
              </w:rPr>
              <w:t>MEHRERE BEVOLLMÄCHTIGTE  /  EIN DOKUMENT</w:t>
            </w:r>
          </w:p>
          <w:p>
            <w:pPr>
              <w:keepNext w:val="0"/>
              <w:spacing w:before="0" w:after="140" w:line="252" w:lineRule="auto"/>
            </w:pPr>
            <w:r>
              <w:rPr>
                <w:rFonts w:ascii="Inter Display" w:hAnsi="Inter Display" w:eastAsia="Inter Display" w:cs="Inter Display"/>
                <w:b/>
                <w:i w:val="0"/>
                <w:color w:val="FFFFFF"/>
                <w:sz w:val="45"/>
              </w:rPr>
              <w:t>Vollmacht für</w:t>
              <w:br/>
              <w:t>mehrere Personen</w:t>
            </w:r>
          </w:p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 w:val="0"/>
                <w:i w:val="0"/>
                <w:color w:val="E1EDEF"/>
                <w:sz w:val="18"/>
              </w:rPr>
              <w:t>Vertretung, Aufgaben und Grenzen eindeutig festlegen.</w:t>
            </w:r>
          </w:p>
        </w:tc>
      </w:tr>
    </w:tbl>
    <w:p>
      <w:pPr>
        <w:spacing w:after="0" w:before="0" w:line="140" w:lineRule="exact"/>
      </w:pPr>
      <w:r>
        <w:rPr>
          <w:sz w:val="1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0"/>
        <w:gridCol w:w="9411"/>
      </w:tblGrid>
      <w:tr>
        <w:tc>
          <w:tcPr>
            <w:tcW w:type="dxa" w:w="4791"/>
            <w:shd w:fill="197E8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91"/>
            <w:shd w:fill="E7F2F1"/>
            <w:tcBorders>
              <w:top w:val="nil"/>
              <w:left w:val="nil"/>
              <w:bottom w:val="nil"/>
              <w:right w:val="nil"/>
            </w:tcBorders>
            <w:tcMar>
              <w:top w:w="130" w:type="dxa"/>
              <w:start w:w="155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1" w:lineRule="auto"/>
            </w:pPr>
            <w:r>
              <w:rPr>
                <w:rFonts w:ascii="Inter" w:hAnsi="Inter" w:eastAsia="Inter" w:cs="Inter"/>
                <w:b w:val="0"/>
                <w:i w:val="0"/>
                <w:color w:val="19323E"/>
                <w:sz w:val="16"/>
              </w:rPr>
              <w:t>Diese Vollmacht wird von einer vollmachtgebenden Person erteilt. Sie gilt ausschließlich für die unten benannten Personen, die angegebene Angelegenheit und das auf Seite 2 gewählte Vertretungsmodell.</w:t>
            </w:r>
          </w:p>
        </w:tc>
      </w:tr>
    </w:tbl>
    <w:p>
      <w:pPr>
        <w:spacing w:after="0" w:before="0" w:line="180" w:lineRule="exact"/>
      </w:pPr>
      <w:r>
        <w:rPr>
          <w:sz w:val="18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8901"/>
      </w:tblGrid>
      <w:tr>
        <w:tc>
          <w:tcPr>
            <w:tcW w:type="dxa" w:w="680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start w:w="0" w:type="dxa"/>
              <w:bottom w:w="35" w:type="dxa"/>
              <w:end w:w="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/>
                <w:i w:val="0"/>
                <w:color w:val="197E82"/>
                <w:sz w:val="20"/>
              </w:rPr>
              <w:t>01</w:t>
            </w:r>
          </w:p>
        </w:tc>
        <w:tc>
          <w:tcPr>
            <w:tcW w:type="dxa" w:w="8901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start w:w="0" w:type="dxa"/>
              <w:bottom w:w="35" w:type="dxa"/>
              <w:end w:w="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/>
                <w:i w:val="0"/>
                <w:color w:val="19323E"/>
                <w:sz w:val="22"/>
              </w:rPr>
              <w:t>Vollmachtgebende Person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63"/>
        <w:gridCol w:w="3118"/>
      </w:tblGrid>
      <w:tr>
        <w:trPr>
          <w:cantSplit/>
        </w:trPr>
        <w:tc>
          <w:tcPr>
            <w:tcW w:type="dxa" w:w="6463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VOR- UND NACHNAME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Vollmachtgeber name"/>
                <w:tag w:val="vollmachtgeber_name"/>
                <w:id w:val="2001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8"/>
                  </w:rPr>
                  <w:t>Vollständigen Namen eintragen</w:t>
                </w:r>
              </w:sdtContent>
            </w:sdt>
          </w:p>
        </w:tc>
        <w:tc>
          <w:tcPr>
            <w:tcW w:type="dxa" w:w="3118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GEBURTSDATUM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Vollmachtgeber geburt"/>
                <w:tag w:val="vollmachtgeber_geburt"/>
                <w:id w:val="2002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8"/>
                  </w:rPr>
                  <w:t>TT.MM.JJJJ</w:t>
                </w:r>
              </w:sdtContent>
            </w:sdt>
          </w:p>
        </w:tc>
      </w:tr>
    </w:tbl>
    <w:p>
      <w:pPr>
        <w:spacing w:after="0" w:before="0" w:line="80" w:lineRule="exact"/>
      </w:pPr>
      <w:r>
        <w:rPr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81"/>
      </w:tblGrid>
      <w:tr>
        <w:trPr>
          <w:cantSplit/>
        </w:trPr>
        <w:tc>
          <w:tcPr>
            <w:tcW w:type="dxa" w:w="9581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ANSCHRIFT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Vollmachtgeber adresse"/>
                <w:tag w:val="vollmachtgeber_adresse"/>
                <w:id w:val="2003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8"/>
                  </w:rPr>
                  <w:t>Straße · Hausnummer · Postleitzahl · Ort</w:t>
                </w:r>
              </w:sdtContent>
            </w:sdt>
          </w:p>
        </w:tc>
      </w:tr>
    </w:tbl>
    <w:p>
      <w:pPr>
        <w:spacing w:after="0" w:before="0" w:line="220" w:lineRule="exact"/>
      </w:pPr>
      <w:r>
        <w:rPr>
          <w:sz w:val="2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8901"/>
      </w:tblGrid>
      <w:tr>
        <w:tc>
          <w:tcPr>
            <w:tcW w:type="dxa" w:w="680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start w:w="0" w:type="dxa"/>
              <w:bottom w:w="35" w:type="dxa"/>
              <w:end w:w="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/>
                <w:i w:val="0"/>
                <w:color w:val="197E82"/>
                <w:sz w:val="20"/>
              </w:rPr>
              <w:t>02</w:t>
            </w:r>
          </w:p>
        </w:tc>
        <w:tc>
          <w:tcPr>
            <w:tcW w:type="dxa" w:w="8901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start w:w="0" w:type="dxa"/>
              <w:bottom w:w="35" w:type="dxa"/>
              <w:end w:w="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/>
                <w:i w:val="0"/>
                <w:color w:val="19323E"/>
                <w:sz w:val="22"/>
              </w:rPr>
              <w:t>Bevollmächtigte Personen</w:t>
            </w:r>
            <w:r>
              <w:rPr>
                <w:rFonts w:ascii="Inter" w:hAnsi="Inter" w:eastAsia="Inter" w:cs="Inter"/>
                <w:b w:val="0"/>
                <w:i w:val="0"/>
                <w:color w:val="6C808C"/>
                <w:sz w:val="14"/>
              </w:rPr>
              <w:t xml:space="preserve">   Mindestens zwei Personen eintragen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31"/>
        <w:gridCol w:w="3231"/>
        <w:gridCol w:w="3118"/>
      </w:tblGrid>
      <w:tr>
        <w:trPr>
          <w:cantSplit/>
        </w:trPr>
        <w:tc>
          <w:tcPr>
            <w:tcW w:type="dxa" w:w="9582"/>
            <w:gridSpan w:val="3"/>
            <w:shd w:fill="19323E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start w:w="16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6"/>
              </w:rPr>
              <w:t>PERSON A</w:t>
            </w:r>
            <w:r>
              <w:rPr>
                <w:rFonts w:ascii="Inter" w:hAnsi="Inter" w:eastAsia="Inter" w:cs="Inter"/>
                <w:b w:val="0"/>
                <w:i w:val="0"/>
                <w:color w:val="B4CCD0"/>
                <w:sz w:val="14"/>
              </w:rPr>
              <w:t xml:space="preserve">   ·   BEVOLLMÄCHTIGTE PERSON</w:t>
            </w:r>
          </w:p>
        </w:tc>
      </w:tr>
      <w:tr>
        <w:trPr>
          <w:cantSplit/>
        </w:trPr>
        <w:tc>
          <w:tcPr>
            <w:tcW w:type="dxa" w:w="6388"/>
            <w:gridSpan w:val="2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VOR- UND NACHNAME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Person a name"/>
                <w:tag w:val="person_A_name"/>
                <w:id w:val="2004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7"/>
                  </w:rPr>
                  <w:t>Namen eintragen</w:t>
                </w:r>
              </w:sdtContent>
            </w:sdt>
          </w:p>
        </w:tc>
        <w:tc>
          <w:tcPr>
            <w:tcW w:type="dxa" w:w="3194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GEBURTSDATUM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Person a geburt"/>
                <w:tag w:val="person_A_geburt"/>
                <w:id w:val="2005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7"/>
                  </w:rPr>
                  <w:t>TT.MM.JJJJ</w:t>
                </w:r>
              </w:sdtContent>
            </w:sdt>
          </w:p>
        </w:tc>
      </w:tr>
      <w:tr>
        <w:trPr>
          <w:cantSplit/>
        </w:trPr>
        <w:tc>
          <w:tcPr>
            <w:tcW w:type="dxa" w:w="6388"/>
            <w:gridSpan w:val="2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ANSCHRIFT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Person a adresse"/>
                <w:tag w:val="person_A_adresse"/>
                <w:id w:val="2006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7"/>
                  </w:rPr>
                  <w:t>Straße · Hausnr. · PLZ · Ort</w:t>
                </w:r>
              </w:sdtContent>
            </w:sdt>
          </w:p>
        </w:tc>
        <w:tc>
          <w:tcPr>
            <w:tcW w:type="dxa" w:w="3194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AUFGABENBEREICH¹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Person a bereich"/>
                <w:tag w:val="person_A_bereich"/>
                <w:id w:val="2007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4"/>
                  </w:rPr>
                  <w:t>Nur bei Zuständigkeitsaufteilung</w:t>
                </w:r>
              </w:sdtContent>
            </w:sdt>
          </w:p>
        </w:tc>
      </w:tr>
    </w:tbl>
    <w:p>
      <w:pPr>
        <w:spacing w:after="0" w:before="0" w:line="100" w:lineRule="exact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31"/>
        <w:gridCol w:w="3231"/>
        <w:gridCol w:w="3118"/>
      </w:tblGrid>
      <w:tr>
        <w:trPr>
          <w:cantSplit/>
        </w:trPr>
        <w:tc>
          <w:tcPr>
            <w:tcW w:type="dxa" w:w="9582"/>
            <w:gridSpan w:val="3"/>
            <w:shd w:fill="19323E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start w:w="16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6"/>
              </w:rPr>
              <w:t>PERSON B</w:t>
            </w:r>
            <w:r>
              <w:rPr>
                <w:rFonts w:ascii="Inter" w:hAnsi="Inter" w:eastAsia="Inter" w:cs="Inter"/>
                <w:b w:val="0"/>
                <w:i w:val="0"/>
                <w:color w:val="B4CCD0"/>
                <w:sz w:val="14"/>
              </w:rPr>
              <w:t xml:space="preserve">   ·   BEVOLLMÄCHTIGTE PERSON</w:t>
            </w:r>
          </w:p>
        </w:tc>
      </w:tr>
      <w:tr>
        <w:trPr>
          <w:cantSplit/>
        </w:trPr>
        <w:tc>
          <w:tcPr>
            <w:tcW w:type="dxa" w:w="6388"/>
            <w:gridSpan w:val="2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VOR- UND NACHNAME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Person b name"/>
                <w:tag w:val="person_B_name"/>
                <w:id w:val="2008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7"/>
                  </w:rPr>
                  <w:t>Namen eintragen</w:t>
                </w:r>
              </w:sdtContent>
            </w:sdt>
          </w:p>
        </w:tc>
        <w:tc>
          <w:tcPr>
            <w:tcW w:type="dxa" w:w="3194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GEBURTSDATUM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Person b geburt"/>
                <w:tag w:val="person_B_geburt"/>
                <w:id w:val="2009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7"/>
                  </w:rPr>
                  <w:t>TT.MM.JJJJ</w:t>
                </w:r>
              </w:sdtContent>
            </w:sdt>
          </w:p>
        </w:tc>
      </w:tr>
      <w:tr>
        <w:trPr>
          <w:cantSplit/>
        </w:trPr>
        <w:tc>
          <w:tcPr>
            <w:tcW w:type="dxa" w:w="6388"/>
            <w:gridSpan w:val="2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ANSCHRIFT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Person b adresse"/>
                <w:tag w:val="person_B_adresse"/>
                <w:id w:val="2010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7"/>
                  </w:rPr>
                  <w:t>Straße · Hausnr. · PLZ · Ort</w:t>
                </w:r>
              </w:sdtContent>
            </w:sdt>
          </w:p>
        </w:tc>
        <w:tc>
          <w:tcPr>
            <w:tcW w:type="dxa" w:w="3194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AUFGABENBEREICH¹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Person b bereich"/>
                <w:tag w:val="person_B_bereich"/>
                <w:id w:val="2011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4"/>
                  </w:rPr>
                  <w:t>Nur bei Zuständigkeitsaufteilung</w:t>
                </w:r>
              </w:sdtContent>
            </w:sdt>
          </w:p>
        </w:tc>
      </w:tr>
    </w:tbl>
    <w:p>
      <w:pPr>
        <w:spacing w:after="0" w:before="0" w:line="100" w:lineRule="exact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31"/>
        <w:gridCol w:w="3231"/>
        <w:gridCol w:w="3118"/>
      </w:tblGrid>
      <w:tr>
        <w:trPr>
          <w:cantSplit/>
        </w:trPr>
        <w:tc>
          <w:tcPr>
            <w:tcW w:type="dxa" w:w="9582"/>
            <w:gridSpan w:val="3"/>
            <w:shd w:fill="19323E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start w:w="16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6"/>
              </w:rPr>
              <w:t>PERSON C</w:t>
            </w:r>
            <w:r>
              <w:rPr>
                <w:rFonts w:ascii="Inter" w:hAnsi="Inter" w:eastAsia="Inter" w:cs="Inter"/>
                <w:b w:val="0"/>
                <w:i w:val="0"/>
                <w:color w:val="B4CCD0"/>
                <w:sz w:val="14"/>
              </w:rPr>
              <w:t xml:space="preserve">   ·   BEVOLLMÄCHTIGTE PERSON</w:t>
            </w:r>
          </w:p>
        </w:tc>
      </w:tr>
      <w:tr>
        <w:trPr>
          <w:cantSplit/>
        </w:trPr>
        <w:tc>
          <w:tcPr>
            <w:tcW w:type="dxa" w:w="6388"/>
            <w:gridSpan w:val="2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VOR- UND NACHNAME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Person c name"/>
                <w:tag w:val="person_C_name"/>
                <w:id w:val="2012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7"/>
                  </w:rPr>
                  <w:t>Namen eintragen</w:t>
                </w:r>
              </w:sdtContent>
            </w:sdt>
          </w:p>
        </w:tc>
        <w:tc>
          <w:tcPr>
            <w:tcW w:type="dxa" w:w="3194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GEBURTSDATUM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Person c geburt"/>
                <w:tag w:val="person_C_geburt"/>
                <w:id w:val="2013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7"/>
                  </w:rPr>
                  <w:t>TT.MM.JJJJ</w:t>
                </w:r>
              </w:sdtContent>
            </w:sdt>
          </w:p>
        </w:tc>
      </w:tr>
      <w:tr>
        <w:trPr>
          <w:cantSplit/>
        </w:trPr>
        <w:tc>
          <w:tcPr>
            <w:tcW w:type="dxa" w:w="6388"/>
            <w:gridSpan w:val="2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ANSCHRIFT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Person c adresse"/>
                <w:tag w:val="person_C_adresse"/>
                <w:id w:val="2014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7"/>
                  </w:rPr>
                  <w:t>Straße · Hausnr. · PLZ · Ort</w:t>
                </w:r>
              </w:sdtContent>
            </w:sdt>
          </w:p>
        </w:tc>
        <w:tc>
          <w:tcPr>
            <w:tcW w:type="dxa" w:w="3194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AUFGABENBEREICH¹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Person c bereich"/>
                <w:tag w:val="person_C_bereich"/>
                <w:id w:val="2015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4"/>
                  </w:rPr>
                  <w:t>Nur bei Zuständigkeitsaufteilung</w:t>
                </w:r>
              </w:sdtContent>
            </w:sdt>
          </w:p>
        </w:tc>
      </w:tr>
    </w:tbl>
    <w:p>
      <w:pPr>
        <w:spacing w:after="0" w:before="0" w:line="100" w:lineRule="exact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31"/>
        <w:gridCol w:w="3231"/>
        <w:gridCol w:w="3118"/>
      </w:tblGrid>
      <w:tr>
        <w:trPr>
          <w:cantSplit/>
        </w:trPr>
        <w:tc>
          <w:tcPr>
            <w:tcW w:type="dxa" w:w="9582"/>
            <w:gridSpan w:val="3"/>
            <w:shd w:fill="19323E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start w:w="16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6"/>
              </w:rPr>
              <w:t>PERSON D</w:t>
            </w:r>
            <w:r>
              <w:rPr>
                <w:rFonts w:ascii="Inter" w:hAnsi="Inter" w:eastAsia="Inter" w:cs="Inter"/>
                <w:b w:val="0"/>
                <w:i w:val="0"/>
                <w:color w:val="B4CCD0"/>
                <w:sz w:val="14"/>
              </w:rPr>
              <w:t xml:space="preserve">   ·   BEVOLLMÄCHTIGTE PERSON</w:t>
            </w:r>
          </w:p>
        </w:tc>
      </w:tr>
      <w:tr>
        <w:trPr>
          <w:cantSplit/>
        </w:trPr>
        <w:tc>
          <w:tcPr>
            <w:tcW w:type="dxa" w:w="6388"/>
            <w:gridSpan w:val="2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VOR- UND NACHNAME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Person d name"/>
                <w:tag w:val="person_D_name"/>
                <w:id w:val="2016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7"/>
                  </w:rPr>
                  <w:t>Namen eintragen</w:t>
                </w:r>
              </w:sdtContent>
            </w:sdt>
          </w:p>
        </w:tc>
        <w:tc>
          <w:tcPr>
            <w:tcW w:type="dxa" w:w="3194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GEBURTSDATUM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Person d geburt"/>
                <w:tag w:val="person_D_geburt"/>
                <w:id w:val="2017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7"/>
                  </w:rPr>
                  <w:t>TT.MM.JJJJ</w:t>
                </w:r>
              </w:sdtContent>
            </w:sdt>
          </w:p>
        </w:tc>
      </w:tr>
      <w:tr>
        <w:trPr>
          <w:cantSplit/>
        </w:trPr>
        <w:tc>
          <w:tcPr>
            <w:tcW w:type="dxa" w:w="6388"/>
            <w:gridSpan w:val="2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ANSCHRIFT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Person d adresse"/>
                <w:tag w:val="person_D_adresse"/>
                <w:id w:val="2018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7"/>
                  </w:rPr>
                  <w:t>Straße · Hausnr. · PLZ · Ort</w:t>
                </w:r>
              </w:sdtContent>
            </w:sdt>
          </w:p>
        </w:tc>
        <w:tc>
          <w:tcPr>
            <w:tcW w:type="dxa" w:w="3194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AUFGABENBEREICH¹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Person d bereich"/>
                <w:tag w:val="person_D_bereich"/>
                <w:id w:val="2019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4"/>
                  </w:rPr>
                  <w:t>Nur bei Zuständigkeitsaufteilung</w:t>
                </w:r>
              </w:sdtContent>
            </w:sdt>
          </w:p>
        </w:tc>
      </w:tr>
    </w:tbl>
    <w:p>
      <w:pPr>
        <w:spacing w:after="0" w:before="0" w:line="140" w:lineRule="exact"/>
      </w:pPr>
      <w:r>
        <w:rPr>
          <w:sz w:val="14"/>
        </w:rPr>
        <w:t xml:space="preserve"> </w:t>
      </w:r>
    </w:p>
    <w:p>
      <w:pPr>
        <w:keepNext w:val="0"/>
        <w:spacing w:before="0" w:after="0" w:line="252" w:lineRule="auto"/>
      </w:pPr>
      <w:r>
        <w:rPr>
          <w:rFonts w:ascii="Inter" w:hAnsi="Inter" w:eastAsia="Inter" w:cs="Inter"/>
          <w:b w:val="0"/>
          <w:i w:val="0"/>
          <w:color w:val="6C808C"/>
          <w:sz w:val="14"/>
        </w:rPr>
        <w:t>¹ Nur bei der Vertretungsregel „Aufgabenbezogene Einzelvertretung“ ist für jede Person ein eigener Aufgabenbereich einzutragen.</w:t>
      </w:r>
    </w:p>
    <w:p>
      <w:pPr>
        <w:keepNext w:val="0"/>
        <w:spacing w:before="60" w:after="0" w:line="252" w:lineRule="auto"/>
      </w:pPr>
      <w:r>
        <w:rPr>
          <w:rFonts w:ascii="Inter" w:hAnsi="Inter" w:eastAsia="Inter" w:cs="Inter"/>
          <w:b w:val="0"/>
          <w:i w:val="0"/>
          <w:color w:val="6C808C"/>
          <w:sz w:val="14"/>
        </w:rPr>
        <w:t>Nicht benötigte Personenblöcke können in Word entfernt werden. Alle verbleibenden Personen werden von der gewählten Regel auf Seite 2 erfasst.</w:t>
      </w:r>
    </w:p>
    <w:p>
      <w:r>
        <w:br w:type="page"/>
      </w:r>
    </w:p>
    <w:p>
      <w:pPr>
        <w:keepNext w:val="0"/>
        <w:spacing w:before="0" w:after="60" w:line="252" w:lineRule="auto"/>
      </w:pPr>
      <w:r>
        <w:rPr>
          <w:rFonts w:ascii="Inter" w:hAnsi="Inter" w:eastAsia="Inter" w:cs="Inter"/>
          <w:b/>
          <w:i w:val="0"/>
          <w:color w:val="197E82"/>
          <w:sz w:val="16"/>
        </w:rPr>
        <w:t>VOLLMACHT FÜR MEHRERE PERSONEN</w:t>
      </w:r>
    </w:p>
    <w:p>
      <w:pPr>
        <w:keepNext w:val="0"/>
        <w:spacing w:before="0" w:after="140" w:line="252" w:lineRule="auto"/>
      </w:pPr>
      <w:r>
        <w:rPr>
          <w:rFonts w:ascii="Inter Display" w:hAnsi="Inter Display" w:eastAsia="Inter Display" w:cs="Inter Display"/>
          <w:b/>
          <w:i w:val="0"/>
          <w:color w:val="19323E"/>
          <w:sz w:val="37"/>
        </w:rPr>
        <w:t>Vertretungsregel &amp; Umfang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8901"/>
      </w:tblGrid>
      <w:tr>
        <w:tc>
          <w:tcPr>
            <w:tcW w:type="dxa" w:w="680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start w:w="0" w:type="dxa"/>
              <w:bottom w:w="35" w:type="dxa"/>
              <w:end w:w="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/>
                <w:i w:val="0"/>
                <w:color w:val="197E82"/>
                <w:sz w:val="20"/>
              </w:rPr>
              <w:t>03</w:t>
            </w:r>
          </w:p>
        </w:tc>
        <w:tc>
          <w:tcPr>
            <w:tcW w:type="dxa" w:w="8901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start w:w="0" w:type="dxa"/>
              <w:bottom w:w="35" w:type="dxa"/>
              <w:end w:w="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/>
                <w:i w:val="0"/>
                <w:color w:val="19323E"/>
                <w:sz w:val="22"/>
              </w:rPr>
              <w:t>Vertretungsregel</w:t>
            </w:r>
            <w:r>
              <w:rPr>
                <w:rFonts w:ascii="Inter" w:hAnsi="Inter" w:eastAsia="Inter" w:cs="Inter"/>
                <w:b w:val="0"/>
                <w:i w:val="0"/>
                <w:color w:val="6C808C"/>
                <w:sz w:val="14"/>
              </w:rPr>
              <w:t xml:space="preserve">   Genau eine Option ankreuzen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91"/>
        <w:gridCol w:w="4791"/>
      </w:tblGrid>
      <w:tr>
        <w:trPr>
          <w:cantSplit/>
        </w:trPr>
        <w:tc>
          <w:tcPr>
            <w:tcW w:type="dxa" w:w="4791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spacing w:before="0" w:after="60" w:line="252" w:lineRule="auto"/>
            </w:pPr>
            <w:sdt>
              <w:sdtPr>
                <w:alias w:val="Modus einzel"/>
                <w:tag w:val="modus_einzel"/>
                <w:id w:val="202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97E82"/>
                    <w:sz w:val="20"/>
                  </w:rPr>
                  <w:t>☐</w:t>
                </w:r>
              </w:sdtContent>
            </w:sdt>
            <w:r>
              <w:rPr>
                <w:rFonts w:ascii="Inter" w:hAnsi="Inter" w:eastAsia="Inter" w:cs="Inter"/>
                <w:b/>
                <w:i w:val="0"/>
                <w:color w:val="19323E"/>
                <w:sz w:val="18"/>
              </w:rPr>
              <w:t xml:space="preserve">  Einzelvertretung</w:t>
            </w:r>
          </w:p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 w:val="0"/>
                <w:i w:val="0"/>
                <w:color w:val="6C808C"/>
                <w:sz w:val="15"/>
              </w:rPr>
              <w:t>Jede genannte Person darf innerhalb des Umfangs allein handeln.</w:t>
            </w:r>
          </w:p>
        </w:tc>
        <w:tc>
          <w:tcPr>
            <w:tcW w:type="dxa" w:w="4791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spacing w:before="0" w:after="60" w:line="252" w:lineRule="auto"/>
            </w:pPr>
            <w:sdt>
              <w:sdtPr>
                <w:alias w:val="Modus gesamt"/>
                <w:tag w:val="modus_gesamt"/>
                <w:id w:val="202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97E82"/>
                    <w:sz w:val="20"/>
                  </w:rPr>
                  <w:t>☐</w:t>
                </w:r>
              </w:sdtContent>
            </w:sdt>
            <w:r>
              <w:rPr>
                <w:rFonts w:ascii="Inter" w:hAnsi="Inter" w:eastAsia="Inter" w:cs="Inter"/>
                <w:b/>
                <w:i w:val="0"/>
                <w:color w:val="19323E"/>
                <w:sz w:val="18"/>
              </w:rPr>
              <w:t xml:space="preserve">  Gesamtvertretung</w:t>
            </w:r>
          </w:p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 w:val="0"/>
                <w:i w:val="0"/>
                <w:color w:val="6C808C"/>
                <w:sz w:val="15"/>
              </w:rPr>
              <w:t>Alle genannten Personen handeln ausschließlich gemeinsam.</w:t>
            </w:r>
          </w:p>
        </w:tc>
      </w:tr>
      <w:tr>
        <w:trPr>
          <w:cantSplit/>
        </w:trPr>
        <w:tc>
          <w:tcPr>
            <w:tcW w:type="dxa" w:w="4791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spacing w:before="0" w:after="60" w:line="252" w:lineRule="auto"/>
            </w:pPr>
            <w:sdt>
              <w:sdtPr>
                <w:alias w:val="Modus zwei"/>
                <w:tag w:val="modus_zwei"/>
                <w:id w:val="202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97E82"/>
                    <w:sz w:val="20"/>
                  </w:rPr>
                  <w:t>☐</w:t>
                </w:r>
              </w:sdtContent>
            </w:sdt>
            <w:r>
              <w:rPr>
                <w:rFonts w:ascii="Inter" w:hAnsi="Inter" w:eastAsia="Inter" w:cs="Inter"/>
                <w:b/>
                <w:i w:val="0"/>
                <w:color w:val="19323E"/>
                <w:sz w:val="18"/>
              </w:rPr>
              <w:t xml:space="preserve">  Jeweils zwei gemeinsam</w:t>
            </w:r>
          </w:p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 w:val="0"/>
                <w:i w:val="0"/>
                <w:color w:val="6C808C"/>
                <w:sz w:val="15"/>
              </w:rPr>
              <w:t>Jeweils zwei der genannten Personen handeln zusammen (ab drei Personen).</w:t>
            </w:r>
          </w:p>
        </w:tc>
        <w:tc>
          <w:tcPr>
            <w:tcW w:type="dxa" w:w="4791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keepNext w:val="0"/>
              <w:spacing w:before="0" w:after="60" w:line="252" w:lineRule="auto"/>
            </w:pPr>
            <w:sdt>
              <w:sdtPr>
                <w:alias w:val="Modus geteilt"/>
                <w:tag w:val="modus_geteilt"/>
                <w:id w:val="202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97E82"/>
                    <w:sz w:val="20"/>
                  </w:rPr>
                  <w:t>☐</w:t>
                </w:r>
              </w:sdtContent>
            </w:sdt>
            <w:r>
              <w:rPr>
                <w:rFonts w:ascii="Inter" w:hAnsi="Inter" w:eastAsia="Inter" w:cs="Inter"/>
                <w:b/>
                <w:i w:val="0"/>
                <w:color w:val="19323E"/>
                <w:sz w:val="18"/>
              </w:rPr>
              <w:t xml:space="preserve">  Aufgabenbezogene Einzelvertretung</w:t>
            </w:r>
          </w:p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 w:val="0"/>
                <w:i w:val="0"/>
                <w:color w:val="6C808C"/>
                <w:sz w:val="15"/>
              </w:rPr>
              <w:t>Jede Person darf nur für ihren auf Seite 1 eingetragenen Bereich allein handeln.</w:t>
            </w:r>
          </w:p>
        </w:tc>
      </w:tr>
    </w:tbl>
    <w:p>
      <w:pPr>
        <w:spacing w:after="0" w:before="0" w:line="140" w:lineRule="exact"/>
      </w:pPr>
      <w:r>
        <w:rPr>
          <w:sz w:val="1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8901"/>
      </w:tblGrid>
      <w:tr>
        <w:tc>
          <w:tcPr>
            <w:tcW w:type="dxa" w:w="680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start w:w="0" w:type="dxa"/>
              <w:bottom w:w="35" w:type="dxa"/>
              <w:end w:w="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/>
                <w:i w:val="0"/>
                <w:color w:val="197E82"/>
                <w:sz w:val="20"/>
              </w:rPr>
              <w:t>04</w:t>
            </w:r>
          </w:p>
        </w:tc>
        <w:tc>
          <w:tcPr>
            <w:tcW w:type="dxa" w:w="8901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start w:w="0" w:type="dxa"/>
              <w:bottom w:w="35" w:type="dxa"/>
              <w:end w:w="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/>
                <w:i w:val="0"/>
                <w:color w:val="19323E"/>
                <w:sz w:val="22"/>
              </w:rPr>
              <w:t>Angelegenheit &amp; Befugnisse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81"/>
      </w:tblGrid>
      <w:tr>
        <w:trPr>
          <w:cantSplit/>
        </w:trPr>
        <w:tc>
          <w:tcPr>
            <w:tcW w:type="dxa" w:w="9581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GEGENSTAND / ZWECK DER VERTRETUNG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Gegenstand"/>
                <w:tag w:val="gegenstand"/>
                <w:id w:val="2024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8"/>
                  </w:rPr>
                  <w:t>Konkrete Angelegenheit möglichst genau beschreiben</w:t>
                </w:r>
              </w:sdtContent>
            </w:sdt>
          </w:p>
        </w:tc>
      </w:tr>
    </w:tbl>
    <w:p>
      <w:pPr>
        <w:spacing w:after="0" w:before="0" w:line="80" w:lineRule="exact"/>
      </w:pPr>
      <w:r>
        <w:rPr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123"/>
        <w:gridCol w:w="3458"/>
      </w:tblGrid>
      <w:tr>
        <w:trPr>
          <w:cantSplit/>
        </w:trPr>
        <w:tc>
          <w:tcPr>
            <w:tcW w:type="dxa" w:w="6123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STELLE / EMPFÄNGER (OPTIONAL)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Stelle"/>
                <w:tag w:val="stelle"/>
                <w:id w:val="2025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8"/>
                  </w:rPr>
                  <w:t>Behörde, Unternehmen, Einrichtung oder andere Stelle</w:t>
                </w:r>
              </w:sdtContent>
            </w:sdt>
          </w:p>
        </w:tc>
        <w:tc>
          <w:tcPr>
            <w:tcW w:type="dxa" w:w="3458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REFERENZ (OPTIONAL)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Referenz"/>
                <w:tag w:val="referenz"/>
                <w:id w:val="2026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8"/>
                  </w:rPr>
                  <w:t>Aktenzeichen / Vorgangsnummer</w:t>
                </w:r>
              </w:sdtContent>
            </w:sdt>
          </w:p>
        </w:tc>
      </w:tr>
    </w:tbl>
    <w:p>
      <w:pPr>
        <w:spacing w:after="0" w:before="0" w:line="80" w:lineRule="exact"/>
      </w:pPr>
      <w:r>
        <w:rPr>
          <w:sz w:val="8"/>
        </w:rPr>
        <w:t xml:space="preserve"> </w:t>
      </w:r>
    </w:p>
    <w:p>
      <w:pPr>
        <w:keepNext w:val="0"/>
        <w:spacing w:before="0" w:after="80" w:line="252" w:lineRule="auto"/>
      </w:pPr>
      <w:r>
        <w:rPr>
          <w:rFonts w:ascii="Inter" w:hAnsi="Inter" w:eastAsia="Inter" w:cs="Inter"/>
          <w:b/>
          <w:i w:val="0"/>
          <w:color w:val="6C808C"/>
          <w:sz w:val="14"/>
        </w:rPr>
        <w:t>ZULÄSSIGE HANDLUNGEN  ·  NUR IM ZUSAMMENHANG MIT DER GENANNTEN ANGELEGENHEIT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91"/>
        <w:gridCol w:w="4791"/>
      </w:tblGrid>
      <w:tr>
        <w:trPr>
          <w:cantSplit/>
        </w:trPr>
        <w:tc>
          <w:tcPr>
            <w:tcW w:type="dxa" w:w="4791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10" w:type="dxa"/>
              <w:start w:w="125" w:type="dxa"/>
              <w:bottom w:w="110" w:type="dxa"/>
              <w:end w:w="130" w:type="dxa"/>
            </w:tcMar>
          </w:tcPr>
          <w:p>
            <w:pPr>
              <w:keepNext w:val="0"/>
              <w:spacing w:before="0" w:after="0" w:line="252" w:lineRule="auto"/>
            </w:pPr>
            <w:sdt>
              <w:sdtPr>
                <w:alias w:val="Befugnis auskunft"/>
                <w:tag w:val="befugnis_auskunft"/>
                <w:id w:val="202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97E82"/>
                    <w:sz w:val="18"/>
                  </w:rPr>
                  <w:t>☐</w:t>
                </w:r>
              </w:sdtContent>
            </w:sdt>
            <w:r>
              <w:rPr>
                <w:rFonts w:ascii="Inter" w:hAnsi="Inter" w:eastAsia="Inter" w:cs="Inter"/>
                <w:b w:val="0"/>
                <w:i w:val="0"/>
                <w:color w:val="263C47"/>
                <w:sz w:val="15"/>
              </w:rPr>
              <w:t xml:space="preserve">  Auskünfte einholen und Termine vereinbaren</w:t>
            </w:r>
          </w:p>
        </w:tc>
        <w:tc>
          <w:tcPr>
            <w:tcW w:type="dxa" w:w="4791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10" w:type="dxa"/>
              <w:start w:w="125" w:type="dxa"/>
              <w:bottom w:w="110" w:type="dxa"/>
              <w:end w:w="130" w:type="dxa"/>
            </w:tcMar>
          </w:tcPr>
          <w:p>
            <w:pPr>
              <w:keepNext w:val="0"/>
              <w:spacing w:before="0" w:after="0" w:line="252" w:lineRule="auto"/>
            </w:pPr>
            <w:sdt>
              <w:sdtPr>
                <w:alias w:val="Befugnis schrift"/>
                <w:tag w:val="befugnis_schrift"/>
                <w:id w:val="202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97E82"/>
                    <w:sz w:val="18"/>
                  </w:rPr>
                  <w:t>☐</w:t>
                </w:r>
              </w:sdtContent>
            </w:sdt>
            <w:r>
              <w:rPr>
                <w:rFonts w:ascii="Inter" w:hAnsi="Inter" w:eastAsia="Inter" w:cs="Inter"/>
                <w:b w:val="0"/>
                <w:i w:val="0"/>
                <w:color w:val="263C47"/>
                <w:sz w:val="15"/>
              </w:rPr>
              <w:t xml:space="preserve">  Schriftverkehr führen</w:t>
            </w:r>
          </w:p>
        </w:tc>
      </w:tr>
      <w:tr>
        <w:trPr>
          <w:cantSplit/>
        </w:trPr>
        <w:tc>
          <w:tcPr>
            <w:tcW w:type="dxa" w:w="4791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10" w:type="dxa"/>
              <w:start w:w="125" w:type="dxa"/>
              <w:bottom w:w="110" w:type="dxa"/>
              <w:end w:w="130" w:type="dxa"/>
            </w:tcMar>
          </w:tcPr>
          <w:p>
            <w:pPr>
              <w:keepNext w:val="0"/>
              <w:spacing w:before="0" w:after="0" w:line="252" w:lineRule="auto"/>
            </w:pPr>
            <w:sdt>
              <w:sdtPr>
                <w:alias w:val="Befugnis dokumente"/>
                <w:tag w:val="befugnis_dokumente"/>
                <w:id w:val="202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97E82"/>
                    <w:sz w:val="18"/>
                  </w:rPr>
                  <w:t>☐</w:t>
                </w:r>
              </w:sdtContent>
            </w:sdt>
            <w:r>
              <w:rPr>
                <w:rFonts w:ascii="Inter" w:hAnsi="Inter" w:eastAsia="Inter" w:cs="Inter"/>
                <w:b w:val="0"/>
                <w:i w:val="0"/>
                <w:color w:val="263C47"/>
                <w:sz w:val="15"/>
              </w:rPr>
              <w:t xml:space="preserve">  Unterlagen einreichen und abholen</w:t>
            </w:r>
          </w:p>
        </w:tc>
        <w:tc>
          <w:tcPr>
            <w:tcW w:type="dxa" w:w="4791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10" w:type="dxa"/>
              <w:start w:w="125" w:type="dxa"/>
              <w:bottom w:w="110" w:type="dxa"/>
              <w:end w:w="130" w:type="dxa"/>
            </w:tcMar>
          </w:tcPr>
          <w:p>
            <w:pPr>
              <w:keepNext w:val="0"/>
              <w:spacing w:before="0" w:after="0" w:line="252" w:lineRule="auto"/>
            </w:pPr>
            <w:sdt>
              <w:sdtPr>
                <w:alias w:val="Befugnis antraege"/>
                <w:tag w:val="befugnis_antraege"/>
                <w:id w:val="203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97E82"/>
                    <w:sz w:val="18"/>
                  </w:rPr>
                  <w:t>☐</w:t>
                </w:r>
              </w:sdtContent>
            </w:sdt>
            <w:r>
              <w:rPr>
                <w:rFonts w:ascii="Inter" w:hAnsi="Inter" w:eastAsia="Inter" w:cs="Inter"/>
                <w:b w:val="0"/>
                <w:i w:val="0"/>
                <w:color w:val="263C47"/>
                <w:sz w:val="15"/>
              </w:rPr>
              <w:t xml:space="preserve">  Anträge einreichen</w:t>
            </w:r>
          </w:p>
        </w:tc>
      </w:tr>
      <w:tr>
        <w:trPr>
          <w:cantSplit/>
        </w:trPr>
        <w:tc>
          <w:tcPr>
            <w:tcW w:type="dxa" w:w="4791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10" w:type="dxa"/>
              <w:start w:w="125" w:type="dxa"/>
              <w:bottom w:w="110" w:type="dxa"/>
              <w:end w:w="130" w:type="dxa"/>
            </w:tcMar>
          </w:tcPr>
          <w:p>
            <w:pPr>
              <w:keepNext w:val="0"/>
              <w:spacing w:before="0" w:after="0" w:line="252" w:lineRule="auto"/>
            </w:pPr>
            <w:sdt>
              <w:sdtPr>
                <w:alias w:val="Befugnis erklaerung"/>
                <w:tag w:val="befugnis_erklaerung"/>
                <w:id w:val="203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97E82"/>
                    <w:sz w:val="18"/>
                  </w:rPr>
                  <w:t>☐</w:t>
                </w:r>
              </w:sdtContent>
            </w:sdt>
            <w:r>
              <w:rPr>
                <w:rFonts w:ascii="Inter" w:hAnsi="Inter" w:eastAsia="Inter" w:cs="Inter"/>
                <w:b w:val="0"/>
                <w:i w:val="0"/>
                <w:color w:val="263C47"/>
                <w:sz w:val="15"/>
              </w:rPr>
              <w:t xml:space="preserve">  Erklärungen abgeben und entgegennehmen</w:t>
            </w:r>
          </w:p>
        </w:tc>
        <w:tc>
          <w:tcPr>
            <w:tcW w:type="dxa" w:w="4791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10" w:type="dxa"/>
              <w:start w:w="125" w:type="dxa"/>
              <w:bottom w:w="110" w:type="dxa"/>
              <w:end w:w="130" w:type="dxa"/>
            </w:tcMar>
          </w:tcPr>
          <w:p>
            <w:pPr>
              <w:keepNext w:val="0"/>
              <w:spacing w:before="0" w:after="0" w:line="252" w:lineRule="auto"/>
            </w:pPr>
            <w:sdt>
              <w:sdtPr>
                <w:alias w:val="Befugnis bescheide"/>
                <w:tag w:val="befugnis_bescheide"/>
                <w:id w:val="203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97E82"/>
                    <w:sz w:val="18"/>
                  </w:rPr>
                  <w:t>☐</w:t>
                </w:r>
              </w:sdtContent>
            </w:sdt>
            <w:r>
              <w:rPr>
                <w:rFonts w:ascii="Inter" w:hAnsi="Inter" w:eastAsia="Inter" w:cs="Inter"/>
                <w:b w:val="0"/>
                <w:i w:val="0"/>
                <w:color w:val="263C47"/>
                <w:sz w:val="15"/>
              </w:rPr>
              <w:t xml:space="preserve">  Bescheide / Schreiben entgegennehmen</w:t>
            </w:r>
          </w:p>
        </w:tc>
      </w:tr>
    </w:tbl>
    <w:p>
      <w:pPr>
        <w:spacing w:after="0" w:before="0" w:line="120" w:lineRule="exact"/>
      </w:pPr>
      <w:r>
        <w:rPr>
          <w:sz w:val="1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0"/>
        <w:gridCol w:w="9411"/>
      </w:tblGrid>
      <w:tr>
        <w:tc>
          <w:tcPr>
            <w:tcW w:type="dxa" w:w="4791"/>
            <w:shd w:fill="C17D5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4791"/>
            <w:shd w:fill="FFF6F0"/>
            <w:tcBorders>
              <w:top w:val="nil"/>
              <w:left w:val="nil"/>
              <w:bottom w:val="nil"/>
              <w:right w:val="nil"/>
            </w:tcBorders>
            <w:tcMar>
              <w:top w:w="130" w:type="dxa"/>
              <w:start w:w="155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1" w:lineRule="auto"/>
            </w:pPr>
            <w:r>
              <w:rPr>
                <w:rFonts w:ascii="Inter" w:hAnsi="Inter" w:eastAsia="Inter" w:cs="Inter"/>
                <w:b w:val="0"/>
                <w:i w:val="0"/>
                <w:color w:val="19323E"/>
                <w:sz w:val="16"/>
              </w:rPr>
              <w:t>Nicht umfasst sind Bank- und Kreditgeschäfte, Verfügungen über Immobilien, medizinische Entscheidungen, Prozessvertretung, die Erteilung von Untervollmachten sowie der Widerruf von Vollmachten anderer bevollmächtigter Personen.</w:t>
            </w:r>
          </w:p>
        </w:tc>
      </w:tr>
    </w:tbl>
    <w:p>
      <w:pPr>
        <w:spacing w:after="0" w:before="0" w:line="140" w:lineRule="exact"/>
      </w:pPr>
      <w:r>
        <w:rPr>
          <w:sz w:val="1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8901"/>
      </w:tblGrid>
      <w:tr>
        <w:tc>
          <w:tcPr>
            <w:tcW w:type="dxa" w:w="680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start w:w="0" w:type="dxa"/>
              <w:bottom w:w="35" w:type="dxa"/>
              <w:end w:w="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/>
                <w:i w:val="0"/>
                <w:color w:val="197E82"/>
                <w:sz w:val="20"/>
              </w:rPr>
              <w:t>05</w:t>
            </w:r>
          </w:p>
        </w:tc>
        <w:tc>
          <w:tcPr>
            <w:tcW w:type="dxa" w:w="8901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start w:w="0" w:type="dxa"/>
              <w:bottom w:w="35" w:type="dxa"/>
              <w:end w:w="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/>
                <w:i w:val="0"/>
                <w:color w:val="19323E"/>
                <w:sz w:val="22"/>
              </w:rPr>
              <w:t>Gültigkeit &amp; Grenzen</w:t>
            </w:r>
            <w:r>
              <w:rPr>
                <w:rFonts w:ascii="Inter" w:hAnsi="Inter" w:eastAsia="Inter" w:cs="Inter"/>
                <w:b w:val="0"/>
                <w:i w:val="0"/>
                <w:color w:val="6C808C"/>
                <w:sz w:val="14"/>
              </w:rPr>
              <w:t xml:space="preserve">   Genau eine Laufzeit wählen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3402"/>
        <w:gridCol w:w="3061"/>
      </w:tblGrid>
      <w:tr>
        <w:tc>
          <w:tcPr>
            <w:tcW w:type="dxa" w:w="3194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keepNext w:val="0"/>
              <w:spacing w:before="0" w:after="0" w:line="252" w:lineRule="auto"/>
            </w:pPr>
            <w:sdt>
              <w:sdtPr>
                <w:alias w:val="Laufzeit bis erledigung"/>
                <w:tag w:val="laufzeit_bis_erledigung"/>
                <w:id w:val="203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97E82"/>
                    <w:sz w:val="18"/>
                  </w:rPr>
                  <w:t>☐</w:t>
                </w:r>
              </w:sdtContent>
            </w:sdt>
            <w:r>
              <w:rPr>
                <w:rFonts w:ascii="Inter" w:hAnsi="Inter" w:eastAsia="Inter" w:cs="Inter"/>
                <w:b w:val="0"/>
                <w:i w:val="0"/>
                <w:color w:val="19323E"/>
                <w:sz w:val="16"/>
              </w:rPr>
              <w:t xml:space="preserve"> Bis zur Erledigung</w:t>
            </w:r>
          </w:p>
        </w:tc>
        <w:tc>
          <w:tcPr>
            <w:tcW w:type="dxa" w:w="3194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keepNext w:val="0"/>
              <w:spacing w:before="0" w:after="0" w:line="252" w:lineRule="auto"/>
            </w:pPr>
            <w:sdt>
              <w:sdtPr>
                <w:alias w:val="Laufzeit bis datum"/>
                <w:tag w:val="laufzeit_bis_datum"/>
                <w:id w:val="203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97E82"/>
                    <w:sz w:val="18"/>
                  </w:rPr>
                  <w:t>☐</w:t>
                </w:r>
              </w:sdtContent>
            </w:sdt>
            <w:r>
              <w:rPr>
                <w:rFonts w:ascii="Inter" w:hAnsi="Inter" w:eastAsia="Inter" w:cs="Inter"/>
                <w:b w:val="0"/>
                <w:i w:val="0"/>
                <w:color w:val="19323E"/>
                <w:sz w:val="16"/>
              </w:rPr>
              <w:t xml:space="preserve"> Bis zum Datum:</w:t>
            </w:r>
          </w:p>
          <w:p>
            <w:pPr>
              <w:keepNext w:val="0"/>
              <w:spacing w:before="80" w:after="0" w:line="252" w:lineRule="auto"/>
            </w:pPr>
            <w:sdt>
              <w:sdtPr>
                <w:alias w:val="Laufzeit datum"/>
                <w:tag w:val="laufzeit_datum"/>
                <w:id w:val="2035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6"/>
                  </w:rPr>
                  <w:t>TT.MM.JJJJ</w:t>
                </w:r>
              </w:sdtContent>
            </w:sdt>
          </w:p>
        </w:tc>
        <w:tc>
          <w:tcPr>
            <w:tcW w:type="dxa" w:w="3194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keepNext w:val="0"/>
              <w:spacing w:before="0" w:after="0" w:line="252" w:lineRule="auto"/>
            </w:pPr>
            <w:sdt>
              <w:sdtPr>
                <w:alias w:val="Laufzeit widerruf"/>
                <w:tag w:val="laufzeit_widerruf"/>
                <w:id w:val="203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197E82"/>
                    <w:sz w:val="18"/>
                  </w:rPr>
                  <w:t>☐</w:t>
                </w:r>
              </w:sdtContent>
            </w:sdt>
            <w:r>
              <w:rPr>
                <w:rFonts w:ascii="Inter" w:hAnsi="Inter" w:eastAsia="Inter" w:cs="Inter"/>
                <w:b w:val="0"/>
                <w:i w:val="0"/>
                <w:color w:val="19323E"/>
                <w:sz w:val="16"/>
              </w:rPr>
              <w:t xml:space="preserve"> Bis auf Widerruf</w:t>
            </w:r>
          </w:p>
        </w:tc>
      </w:tr>
    </w:tbl>
    <w:p>
      <w:pPr>
        <w:spacing w:after="0" w:before="0" w:line="80" w:lineRule="exact"/>
      </w:pPr>
      <w:r>
        <w:rPr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81"/>
      </w:tblGrid>
      <w:tr>
        <w:trPr>
          <w:cantSplit/>
        </w:trPr>
        <w:tc>
          <w:tcPr>
            <w:tcW w:type="dxa" w:w="9581"/>
            <w:shd w:fill="F3F7F8"/>
            <w:tcBorders>
              <w:top w:val="single" w:sz="5" w:color="DCE6E9"/>
              <w:left w:val="single" w:sz="5" w:color="DCE6E9"/>
              <w:bottom w:val="single" w:sz="5" w:color="DCE6E9"/>
              <w:right w:val="single" w:sz="5" w:color="DCE6E9"/>
            </w:tcBorders>
            <w:tcMar>
              <w:top w:w="100" w:type="dxa"/>
              <w:start w:w="135" w:type="dxa"/>
              <w:bottom w:w="90" w:type="dxa"/>
              <w:end w:w="125" w:type="dxa"/>
            </w:tcMar>
            <w:vAlign w:val="center"/>
          </w:tcPr>
          <w:p>
            <w:pPr>
              <w:keepNext w:val="0"/>
              <w:spacing w:before="0" w:after="60" w:line="252" w:lineRule="auto"/>
            </w:pPr>
            <w:r>
              <w:rPr>
                <w:rFonts w:ascii="Inter" w:hAnsi="Inter" w:eastAsia="Inter" w:cs="Inter"/>
                <w:b/>
                <w:i w:val="0"/>
                <w:color w:val="6C808C"/>
                <w:sz w:val="14"/>
              </w:rPr>
              <w:t>ZUSÄTZLICHE BESCHRÄNKUNGEN / KONKRETE WEISUNGEN (OPTIONAL)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alias w:val="Grenzen"/>
                <w:tag w:val="grenzen"/>
                <w:id w:val="2037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8"/>
                  </w:rPr>
                  <w:t>Nur bei Bedarf ergänzen; keine widersprüchlichen Regelungen</w:t>
                </w:r>
              </w:sdtContent>
            </w:sdt>
          </w:p>
        </w:tc>
      </w:tr>
    </w:tbl>
    <w:p>
      <w:pPr>
        <w:spacing w:after="0" w:before="0" w:line="140" w:lineRule="exact"/>
      </w:pPr>
      <w:r>
        <w:rPr>
          <w:sz w:val="14"/>
        </w:rPr>
        <w:t xml:space="preserve"> </w:t>
      </w:r>
    </w:p>
    <w:p>
      <w:pPr>
        <w:keepNext w:val="0"/>
        <w:spacing w:before="0" w:after="80" w:line="274" w:lineRule="auto"/>
      </w:pPr>
      <w:r>
        <w:rPr>
          <w:rFonts w:ascii="Inter" w:hAnsi="Inter" w:eastAsia="Inter" w:cs="Inter"/>
          <w:b w:val="0"/>
          <w:i w:val="0"/>
          <w:color w:val="263C47"/>
          <w:sz w:val="16"/>
        </w:rPr>
        <w:t>Die Vollmacht gilt ab Unterzeichnung und kann von der vollmachtgebenden Person widerrufen werden. Die bevollmächtigten Personen müssen innerhalb der gewählten Vertretungsregel handeln; sie dürfen einander diese Vollmacht nicht entziehen.</w:t>
      </w:r>
    </w:p>
    <w:p>
      <w:pPr>
        <w:spacing w:after="0" w:before="0" w:line="100" w:lineRule="exact"/>
      </w:pPr>
      <w:r>
        <w:rPr>
          <w:sz w:val="10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35"/>
        <w:gridCol w:w="5046"/>
      </w:tblGrid>
      <w:tr>
        <w:tc>
          <w:tcPr>
            <w:tcW w:type="dxa" w:w="4791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0" w:type="dxa"/>
              <w:bottom w:w="55" w:type="dxa"/>
              <w:end w:w="0" w:type="dxa"/>
            </w:tcMar>
          </w:tcPr>
          <w:p>
            <w:pPr>
              <w:keepNext w:val="0"/>
              <w:spacing w:before="0" w:after="380" w:line="252" w:lineRule="auto"/>
            </w:pPr>
            <w:sdt>
              <w:sdtPr>
                <w:alias w:val="Ort datum"/>
                <w:tag w:val="ort_datum"/>
                <w:id w:val="2038"/>
                <w:text/>
              </w:sdtPr>
              <w:sdtContent>
                <w:r>
                  <w:rPr>
                    <w:rFonts w:ascii="Inter" w:hAnsi="Inter"/>
                    <w:color w:val="7F9099"/>
                    <w:i/>
                    <w:sz w:val="18"/>
                  </w:rPr>
                  <w:t>Ort, Datum</w:t>
                </w:r>
              </w:sdtContent>
            </w:sdt>
          </w:p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 w:val="0"/>
                <w:i w:val="0"/>
                <w:color w:val="DCE6E9"/>
                <w:sz w:val="18"/>
              </w:rPr>
              <w:t>_____________________________________</w:t>
            </w:r>
          </w:p>
          <w:p>
            <w:pPr>
              <w:keepNext w:val="0"/>
              <w:spacing w:before="60" w:after="0" w:line="252" w:lineRule="auto"/>
            </w:pPr>
            <w:r>
              <w:rPr>
                <w:rFonts w:ascii="Inter" w:hAnsi="Inter" w:eastAsia="Inter" w:cs="Inter"/>
                <w:b w:val="0"/>
                <w:i w:val="0"/>
                <w:color w:val="6C808C"/>
                <w:sz w:val="14"/>
              </w:rPr>
              <w:t>Ort, Datum</w:t>
            </w:r>
          </w:p>
        </w:tc>
        <w:tc>
          <w:tcPr>
            <w:tcW w:type="dxa" w:w="4791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0" w:type="dxa"/>
              <w:bottom w:w="55" w:type="dxa"/>
              <w:end w:w="0" w:type="dxa"/>
            </w:tcMar>
          </w:tcPr>
          <w:p>
            <w:pPr>
              <w:keepNext w:val="0"/>
              <w:spacing w:before="0" w:after="380" w:line="252" w:lineRule="auto"/>
            </w:pPr>
            <w:r>
              <w:rPr>
                <w:rFonts w:ascii="Inter" w:hAnsi="Inter" w:eastAsia="Inter" w:cs="Inter"/>
                <w:b w:val="0"/>
                <w:i w:val="0"/>
                <w:color w:val="263C47"/>
                <w:sz w:val="18"/>
              </w:rPr>
              <w:t xml:space="preserve"> </w:t>
            </w:r>
          </w:p>
          <w:p>
            <w:pPr>
              <w:keepNext w:val="0"/>
              <w:spacing w:before="0" w:after="0" w:line="252" w:lineRule="auto"/>
            </w:pPr>
            <w:r>
              <w:rPr>
                <w:rFonts w:ascii="Inter" w:hAnsi="Inter" w:eastAsia="Inter" w:cs="Inter"/>
                <w:b w:val="0"/>
                <w:i w:val="0"/>
                <w:color w:val="DCE6E9"/>
                <w:sz w:val="18"/>
              </w:rPr>
              <w:t>_____________________________________</w:t>
            </w:r>
          </w:p>
          <w:p>
            <w:pPr>
              <w:keepNext w:val="0"/>
              <w:spacing w:before="60" w:after="0" w:line="252" w:lineRule="auto"/>
            </w:pPr>
            <w:r>
              <w:rPr>
                <w:rFonts w:ascii="Inter" w:hAnsi="Inter" w:eastAsia="Inter" w:cs="Inter"/>
                <w:b w:val="0"/>
                <w:i w:val="0"/>
                <w:color w:val="6C808C"/>
                <w:sz w:val="14"/>
              </w:rPr>
              <w:t>Unterschrift der vollmachtgebenden Person</w:t>
            </w:r>
          </w:p>
        </w:tc>
      </w:tr>
    </w:tbl>
    <w:p>
      <w:pPr>
        <w:spacing w:after="0" w:before="0" w:line="100" w:lineRule="exact"/>
      </w:pPr>
      <w:r>
        <w:rPr>
          <w:sz w:val="10"/>
        </w:rPr>
        <w:t xml:space="preserve"> </w:t>
      </w:r>
    </w:p>
    <w:p>
      <w:pPr>
        <w:keepNext w:val="0"/>
        <w:spacing w:before="0" w:after="0" w:line="252" w:lineRule="auto"/>
      </w:pPr>
      <w:r>
        <w:rPr>
          <w:rFonts w:ascii="Inter" w:hAnsi="Inter" w:eastAsia="Inter" w:cs="Inter"/>
          <w:b w:val="0"/>
          <w:i w:val="0"/>
          <w:color w:val="6C808C"/>
          <w:sz w:val="14"/>
        </w:rPr>
        <w:t>Hinweis: Bei besonderen Rechtsgeschäften, Bankvorgängen oder behördlichen Verfahren können eigene Formulare, Nachweise oder eine besondere Form erforderlich sein. Beide Seiten gehören zusammen.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62" w:bottom="964" w:left="1162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7767"/>
      <w:gridCol w:w="1814"/>
    </w:tblGrid>
    <w:tr>
      <w:tc>
        <w:tcPr>
          <w:tcW w:type="dxa" w:w="4791"/>
          <w:tcBorders>
            <w:top w:val="nil"/>
            <w:left w:val="nil"/>
            <w:bottom w:val="nil"/>
            <w:right w:val="nil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keepNext w:val="0"/>
            <w:spacing w:before="0" w:after="0" w:line="252" w:lineRule="auto"/>
          </w:pPr>
          <w:r>
            <w:rPr>
              <w:rFonts w:ascii="Inter" w:hAnsi="Inter" w:eastAsia="Inter" w:cs="Inter"/>
              <w:b w:val="0"/>
              <w:i w:val="0"/>
              <w:color w:val="6C808C"/>
              <w:sz w:val="13"/>
            </w:rPr>
            <w:t>MEHRPERSONEN-VOLLMACHT   ·   ORIGINAL UNTERSCHREIBEN</w:t>
          </w:r>
        </w:p>
      </w:tc>
      <w:tc>
        <w:tcPr>
          <w:tcW w:type="dxa" w:w="4791"/>
          <w:tcBorders>
            <w:top w:val="nil"/>
            <w:left w:val="nil"/>
            <w:bottom w:val="nil"/>
            <w:right w:val="nil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keepNext w:val="0"/>
            <w:spacing w:before="0" w:after="0" w:line="252" w:lineRule="auto"/>
            <w:jc w:val="right"/>
          </w:pPr>
          <w:r>
            <w:rPr>
              <w:rFonts w:ascii="Inter" w:hAnsi="Inter" w:eastAsia="Inter" w:cs="Inter"/>
              <w:b/>
              <w:i w:val="0"/>
              <w:color w:val="197E82"/>
              <w:sz w:val="14"/>
            </w:rPr>
            <w:t xml:space="preserve">SEITE 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tabs>
        <w:tab w:pos="9581" w:val="right"/>
      </w:tabs>
      <w:spacing w:before="0" w:after="0" w:line="252" w:lineRule="auto"/>
      <w:pBdr>
        <w:bottom w:val="single" w:sz="8" w:color="C17D57"/>
      </w:pBdr>
    </w:pPr>
    <w:r>
      <w:rPr>
        <w:rFonts w:ascii="Inter" w:hAnsi="Inter" w:eastAsia="Inter" w:cs="Inter"/>
        <w:b/>
        <w:i w:val="0"/>
        <w:color w:val="197E82"/>
        <w:sz w:val="13"/>
      </w:rPr>
      <w:t>V O L L M A C H T  /  M E H R E R E   P E R S O N E N</w:t>
    </w:r>
    <w:r>
      <w:rPr>
        <w:rFonts w:ascii="Inter" w:hAnsi="Inter" w:eastAsia="Inter" w:cs="Inter"/>
        <w:b/>
        <w:i w:val="0"/>
        <w:color w:val="6C808C"/>
        <w:sz w:val="14"/>
      </w:rPr>
      <w:tab/>
      <w:t>FORMULAR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4" w:lineRule="auto"/>
    </w:pPr>
    <w:rPr>
      <w:rFonts w:ascii="Inter" w:hAnsi="Inter"/>
      <w:color w:val="263C47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für mehrere Personen – Vorlage</dc:title>
  <dc:subject>Vorlage für die Bevollmächtigung mehrerer Personen</dc:subject>
  <dc:creator/>
  <cp:keywords>Vollmacht; mehrere Personen; Einzelvertretung; Gesamtvertretung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