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DocTitle"/>
        <w:spacing w:after="60"/>
      </w:pPr>
      <w:r>
        <w:t>Widerruf einer Vollmacht</w:t>
      </w:r>
    </w:p>
    <w:p>
      <w:pPr>
        <w:pStyle w:val="Subtitle"/>
        <w:spacing w:after="240"/>
      </w:pPr>
      <w:r>
        <w:t>Erklärung an die bevollmächtigte Person</w:t>
      </w:r>
    </w:p>
    <w:tbl>
      <w:tblPr>
        <w:tblW w:type="auto" w:w="0"/>
        <w:tblLayout w:type="fixed"/>
        <w:tblLook w:firstColumn="1" w:firstRow="1" w:lastColumn="0" w:lastRow="0" w:noHBand="0" w:noVBand="1" w:val="04A0"/>
      </w:tblPr>
      <w:tblGrid>
        <w:gridCol w:w="9524"/>
      </w:tblGrid>
      <w:tr>
        <w:trPr>
          <w:trHeight w:val="57" w:hRule="exact"/>
        </w:trPr>
        <w:tc>
          <w:tcPr>
            <w:tcW w:type="dxa" w:w="9524"/>
            <w:shd w:fill="1E7880"/>
            <w:tcMar>
              <w:top w:w="0" w:type="dxa"/>
              <w:start w:w="0" w:type="dxa"/>
              <w:bottom w:w="0" w:type="dxa"/>
              <w:end w:w="0" w:type="dxa"/>
            </w:tcMar>
          </w:tcPr>
          <w:p>
            <w:r/>
          </w:p>
        </w:tc>
      </w:tr>
    </w:tbl>
    <w:p>
      <w:pPr>
        <w:spacing w:after="0"/>
      </w:pPr>
    </w:p>
    <w:tbl>
      <w:tblPr>
        <w:tblW w:type="auto" w:w="0"/>
        <w:jc w:val="center"/>
        <w:tblLayout w:type="fixed"/>
        <w:tblLook w:firstColumn="1" w:firstRow="1" w:lastColumn="0" w:lastRow="0" w:noHBand="0" w:noVBand="1" w:val="04A0"/>
      </w:tblPr>
      <w:tblGrid>
        <w:gridCol w:w="4762"/>
        <w:gridCol w:w="4762"/>
      </w:tblGrid>
      <w:tr>
        <w:trPr>
          <w:trHeight w:hRule="atLeast"/>
        </w:trPr>
        <w:tc>
          <w:tcPr>
            <w:tcW w:type="dxa" w:w="4649"/>
            <w:vAlign w:val="top"/>
            <w:shd w:fill="F2F6F7"/>
            <w:tcMar>
              <w:top w:w="135" w:type="dxa"/>
              <w:start w:w="170" w:type="dxa"/>
              <w:bottom w:w="130" w:type="dxa"/>
              <w:end w:w="150" w:type="dxa"/>
            </w:tcMar>
            <w:tcBorders>
              <w:right w:val="single" w:sz="14" w:color="FFFFFF"/>
            </w:tcBorders>
          </w:tcPr>
          <w:p>
            <w:pPr>
              <w:pStyle w:val="Label"/>
              <w:spacing w:after="140"/>
            </w:pPr>
            <w:r>
              <w:rPr>
                <w:b/>
                <w:i w:val="0"/>
                <w:color w:val="136971"/>
                <w:sz w:val="16"/>
              </w:rPr>
              <w:t>VOLLMACHTGEBENDE PERSON</w:t>
            </w:r>
          </w:p>
          <w:p>
            <w:pPr>
              <w:spacing w:after="40"/>
            </w:pPr>
            <w:sdt>
              <w:sdtPr>
                <w:id w:val="1001"/>
                <w:alias w:val="P1 principal"/>
                <w:tag w:val="P1_PRINCIPAL"/>
                <w15:appearance xmlns:w15="http://schemas.microsoft.com/office/word/2012/wordml" w15:val="boundingBox"/>
                <w15:color xmlns:w15="http://schemas.microsoft.com/office/word/2012/wordml" w:val="16828C"/>
                <w:text/>
              </w:sdtPr>
              <w:sdtContent>
                <w:r>
                  <w:rPr>
                    <w:rFonts w:ascii="Calibri" w:hAnsi="Calibri"/>
                    <w:color w:val="136971"/>
                    <w:sz w:val="20"/>
                  </w:rPr>
                  <w:t xml:space="preserve">Vor- und Nachname / Organisation</w:t>
                </w:r>
              </w:sdtContent>
            </w:sdt>
          </w:p>
          <w:p>
            <w:pPr>
              <w:spacing w:after="40"/>
            </w:pPr>
            <w:sdt>
              <w:sdtPr>
                <w:id w:val="1002"/>
                <w:alias w:val="P1 principal street"/>
                <w:tag w:val="P1_PRINCIPAL_STREET"/>
                <w15:appearance xmlns:w15="http://schemas.microsoft.com/office/word/2012/wordml" w15:val="boundingBox"/>
                <w15:color xmlns:w15="http://schemas.microsoft.com/office/word/2012/wordml" w:val="16828C"/>
                <w:text/>
              </w:sdtPr>
              <w:sdtContent>
                <w:r>
                  <w:rPr>
                    <w:rFonts w:ascii="Calibri" w:hAnsi="Calibri"/>
                    <w:color w:val="136971"/>
                    <w:sz w:val="20"/>
                  </w:rPr>
                  <w:t xml:space="preserve">Straße, Hausnummer</w:t>
                </w:r>
              </w:sdtContent>
            </w:sdt>
          </w:p>
          <w:p>
            <w:pPr>
              <w:spacing w:after="0"/>
            </w:pPr>
            <w:sdt>
              <w:sdtPr>
                <w:id w:val="1003"/>
                <w:alias w:val="P1 principal city"/>
                <w:tag w:val="P1_PRINCIPAL_CITY"/>
                <w15:appearance xmlns:w15="http://schemas.microsoft.com/office/word/2012/wordml" w15:val="boundingBox"/>
                <w15:color xmlns:w15="http://schemas.microsoft.com/office/word/2012/wordml" w:val="16828C"/>
                <w:text/>
              </w:sdtPr>
              <w:sdtContent>
                <w:r>
                  <w:rPr>
                    <w:rFonts w:ascii="Calibri" w:hAnsi="Calibri"/>
                    <w:color w:val="136971"/>
                    <w:sz w:val="20"/>
                  </w:rPr>
                  <w:t xml:space="preserve">PLZ, Ort</w:t>
                </w:r>
              </w:sdtContent>
            </w:sdt>
          </w:p>
        </w:tc>
        <w:tc>
          <w:tcPr>
            <w:tcW w:type="dxa" w:w="4649"/>
            <w:vAlign w:val="top"/>
            <w:shd w:fill="F2F6F7"/>
            <w:tcMar>
              <w:top w:w="135" w:type="dxa"/>
              <w:start w:w="170" w:type="dxa"/>
              <w:bottom w:w="130" w:type="dxa"/>
              <w:end w:w="150" w:type="dxa"/>
            </w:tcMar>
          </w:tcPr>
          <w:p>
            <w:pPr>
              <w:pStyle w:val="Label"/>
              <w:spacing w:after="140"/>
            </w:pPr>
            <w:r>
              <w:rPr>
                <w:b/>
                <w:i w:val="0"/>
                <w:color w:val="136971"/>
                <w:sz w:val="16"/>
              </w:rPr>
              <w:t>EMPFÄNGER · BEVOLLMÄCHTIGTE PERSON</w:t>
            </w:r>
          </w:p>
          <w:p>
            <w:pPr>
              <w:spacing w:after="40"/>
            </w:pPr>
            <w:sdt>
              <w:sdtPr>
                <w:id w:val="1004"/>
                <w:alias w:val="P1 agent"/>
                <w:tag w:val="P1_AGENT"/>
                <w15:appearance xmlns:w15="http://schemas.microsoft.com/office/word/2012/wordml" w15:val="boundingBox"/>
                <w15:color xmlns:w15="http://schemas.microsoft.com/office/word/2012/wordml" w:val="16828C"/>
                <w:text/>
              </w:sdtPr>
              <w:sdtContent>
                <w:r>
                  <w:rPr>
                    <w:rFonts w:ascii="Calibri" w:hAnsi="Calibri"/>
                    <w:color w:val="136971"/>
                    <w:sz w:val="20"/>
                  </w:rPr>
                  <w:t xml:space="preserve">Vor- und Nachname / Organisation</w:t>
                </w:r>
              </w:sdtContent>
            </w:sdt>
          </w:p>
          <w:p>
            <w:pPr>
              <w:spacing w:after="40"/>
            </w:pPr>
            <w:sdt>
              <w:sdtPr>
                <w:id w:val="1005"/>
                <w:alias w:val="P1 agent street"/>
                <w:tag w:val="P1_AGENT_STREET"/>
                <w15:appearance xmlns:w15="http://schemas.microsoft.com/office/word/2012/wordml" w15:val="boundingBox"/>
                <w15:color xmlns:w15="http://schemas.microsoft.com/office/word/2012/wordml" w:val="16828C"/>
                <w:text/>
              </w:sdtPr>
              <w:sdtContent>
                <w:r>
                  <w:rPr>
                    <w:rFonts w:ascii="Calibri" w:hAnsi="Calibri"/>
                    <w:color w:val="136971"/>
                    <w:sz w:val="20"/>
                  </w:rPr>
                  <w:t xml:space="preserve">Straße, Hausnummer</w:t>
                </w:r>
              </w:sdtContent>
            </w:sdt>
          </w:p>
          <w:p>
            <w:pPr>
              <w:spacing w:after="0"/>
            </w:pPr>
            <w:sdt>
              <w:sdtPr>
                <w:id w:val="1006"/>
                <w:alias w:val="P1 agent city"/>
                <w:tag w:val="P1_AGENT_CITY"/>
                <w15:appearance xmlns:w15="http://schemas.microsoft.com/office/word/2012/wordml" w15:val="boundingBox"/>
                <w15:color xmlns:w15="http://schemas.microsoft.com/office/word/2012/wordml" w:val="16828C"/>
                <w:text/>
              </w:sdtPr>
              <w:sdtContent>
                <w:r>
                  <w:rPr>
                    <w:rFonts w:ascii="Calibri" w:hAnsi="Calibri"/>
                    <w:color w:val="136971"/>
                    <w:sz w:val="20"/>
                  </w:rPr>
                  <w:t xml:space="preserve">PLZ, Ort</w:t>
                </w:r>
              </w:sdtContent>
            </w:sdt>
          </w:p>
        </w:tc>
      </w:tr>
    </w:tbl>
    <w:p>
      <w:pPr>
        <w:pStyle w:val="SectionTitle"/>
        <w:spacing w:before="240" w:after="80"/>
      </w:pPr>
      <w:r>
        <w:rPr>
          <w:b/>
          <w:i w:val="0"/>
          <w:color w:val="136971"/>
          <w:sz w:val="17"/>
        </w:rPr>
        <w:t>ANGABEN ZUR BISHERIGEN VOLLMACHT</w:t>
      </w:r>
    </w:p>
    <w:tbl>
      <w:tblPr>
        <w:tblW w:type="auto" w:w="0"/>
        <w:tblLayout w:type="fixed"/>
        <w:tblLook w:firstColumn="1" w:firstRow="1" w:lastColumn="0" w:lastRow="0" w:noHBand="0" w:noVBand="1" w:val="04A0"/>
      </w:tblPr>
      <w:tblGrid>
        <w:gridCol w:w="4762"/>
        <w:gridCol w:w="4762"/>
      </w:tblGrid>
      <w:tr>
        <w:tc>
          <w:tcPr>
            <w:tcW w:type="dxa" w:w="4762"/>
            <w:tcMar>
              <w:top w:w="85" w:type="dxa"/>
              <w:start w:w="130" w:type="dxa"/>
              <w:bottom w:w="100" w:type="dxa"/>
              <w:end w:w="120" w:type="dxa"/>
            </w:tcMar>
            <w:tcBorders>
              <w:bottom w:val="single" w:sz="5" w:color="DCE5E8"/>
            </w:tcBorders>
          </w:tcPr>
          <w:p>
            <w:pPr>
              <w:pStyle w:val="Label"/>
              <w:spacing w:after="60"/>
            </w:pPr>
            <w:r>
              <w:rPr>
                <w:b/>
                <w:i w:val="0"/>
                <w:color w:val="62727B"/>
                <w:sz w:val="15"/>
              </w:rPr>
              <w:t>VOLLMACHT ERTEILT AM</w:t>
            </w:r>
          </w:p>
          <w:p>
            <w:sdt>
              <w:sdtPr>
                <w:id w:val="1007"/>
                <w:alias w:val="P1 issued"/>
                <w:tag w:val="P1_ISSUED"/>
                <w15:appearance xmlns:w15="http://schemas.microsoft.com/office/word/2012/wordml" w15:val="boundingBox"/>
                <w15:color xmlns:w15="http://schemas.microsoft.com/office/word/2012/wordml" w:val="16828C"/>
                <w:text/>
              </w:sdtPr>
              <w:sdtContent>
                <w:r>
                  <w:rPr>
                    <w:rFonts w:ascii="Calibri" w:hAnsi="Calibri"/>
                    <w:color w:val="136971"/>
                    <w:sz w:val="20"/>
                  </w:rPr>
                  <w:t xml:space="preserve">Datum, soweit bekannt</w:t>
                </w:r>
              </w:sdtContent>
            </w:sdt>
          </w:p>
        </w:tc>
        <w:tc>
          <w:tcPr>
            <w:tcW w:type="dxa" w:w="4762"/>
            <w:tcMar>
              <w:top w:w="85" w:type="dxa"/>
              <w:start w:w="130" w:type="dxa"/>
              <w:bottom w:w="100" w:type="dxa"/>
              <w:end w:w="120" w:type="dxa"/>
            </w:tcMar>
            <w:tcBorders>
              <w:bottom w:val="single" w:sz="5" w:color="DCE5E8"/>
            </w:tcBorders>
          </w:tcPr>
          <w:p>
            <w:pPr>
              <w:pStyle w:val="Label"/>
              <w:spacing w:after="60"/>
            </w:pPr>
            <w:r>
              <w:rPr>
                <w:b/>
                <w:i w:val="0"/>
                <w:color w:val="62727B"/>
                <w:sz w:val="15"/>
              </w:rPr>
              <w:t>BEZEICHNUNG / BEZUG</w:t>
            </w:r>
          </w:p>
          <w:p>
            <w:sdt>
              <w:sdtPr>
                <w:id w:val="1008"/>
                <w:alias w:val="P1 ref"/>
                <w:tag w:val="P1_REF"/>
                <w15:appearance xmlns:w15="http://schemas.microsoft.com/office/word/2012/wordml" w15:val="boundingBox"/>
                <w15:color xmlns:w15="http://schemas.microsoft.com/office/word/2012/wordml" w:val="16828C"/>
                <w:text/>
              </w:sdtPr>
              <w:sdtContent>
                <w:r>
                  <w:rPr>
                    <w:rFonts w:ascii="Calibri" w:hAnsi="Calibri"/>
                    <w:color w:val="136971"/>
                    <w:sz w:val="20"/>
                  </w:rPr>
                  <w:t xml:space="preserve">Zweck, Aktenzeichen o. Ä.</w:t>
                </w:r>
              </w:sdtContent>
            </w:sdt>
          </w:p>
        </w:tc>
      </w:tr>
    </w:tbl>
    <w:p>
      <w:pPr>
        <w:pStyle w:val="Body"/>
        <w:spacing w:before="240" w:after="160"/>
      </w:pPr>
      <w:r>
        <w:rPr>
          <w:b/>
          <w:i w:val="0"/>
          <w:color w:val="1A2E40"/>
          <w:sz w:val="21"/>
        </w:rPr>
        <w:t xml:space="preserve">Betreff: </w:t>
      </w:r>
      <w:r>
        <w:rPr>
          <w:b/>
          <w:i w:val="0"/>
          <w:color w:val="1A2E40"/>
          <w:sz w:val="21"/>
        </w:rPr>
        <w:t>Widerruf der erteilten Vollmacht</w:t>
      </w:r>
    </w:p>
    <w:p>
      <w:pPr>
        <w:pStyle w:val="Body"/>
        <w:spacing w:before="0" w:after="160"/>
      </w:pPr>
      <w:r>
        <w:t>Sehr geehrte Damen und Herren,</w:t>
      </w:r>
    </w:p>
    <w:p>
      <w:pPr>
        <w:pStyle w:val="Body"/>
        <w:spacing w:before="0" w:after="140"/>
      </w:pPr>
      <w:r>
        <w:t>hiermit widerrufe ich die oben bezeichnete, Ihnen erteilte Vollmacht mit Wirkung ab Zugang dieser Erklärung in folgendem Umfang:</w:t>
      </w:r>
    </w:p>
    <w:tbl>
      <w:tblPr>
        <w:tblW w:type="auto" w:w="0"/>
        <w:tblLook w:firstColumn="1" w:firstRow="1" w:lastColumn="0" w:lastRow="0" w:noHBand="0" w:noVBand="1" w:val="04A0"/>
      </w:tblPr>
      <w:tblGrid>
        <w:gridCol w:w="9524"/>
      </w:tblGrid>
      <w:tr>
        <w:tc>
          <w:tcPr>
            <w:tcW w:type="dxa" w:w="9524"/>
            <w:shd w:fill="F5F8F8"/>
            <w:tcMar>
              <w:top w:w="115" w:type="dxa"/>
              <w:start w:w="160" w:type="dxa"/>
              <w:bottom w:w="105" w:type="dxa"/>
              <w:end w:w="140" w:type="dxa"/>
            </w:tcMar>
          </w:tcPr>
          <w:p>
            <w:pPr>
              <w:pStyle w:val="Fine"/>
              <w:spacing w:after="80"/>
            </w:pPr>
            <w:r>
              <w:rPr>
                <w:b/>
                <w:i w:val="0"/>
                <w:color w:val="62727B"/>
                <w:sz w:val="15"/>
              </w:rPr>
              <w:t>BITTE GENAU EINE OPTION AUSWÄHLEN</w:t>
            </w:r>
          </w:p>
          <w:p>
            <w:pPr>
              <w:pStyle w:val="Body"/>
              <w:spacing w:after="40"/>
            </w:pPr>
            <w:sdt>
              <w:sdtPr>
                <w:id w:val="1009"/>
                <w:alias w:val="P1_VOLL"/>
                <w:tag w:val="P1_VOLL"/>
                <w14:checkbox>
                  <w14:checked w14:val="1"/>
                  <w14:checkedState w14:val="2612" w14:font="MS Gothic"/>
                  <w14:uncheckedState w14:val="2610" w14:font="MS Gothic"/>
                </w14:checkbox>
              </w:sdtPr>
              <w:sdtContent>
                <w:r>
                  <w:rPr>
                    <w:rFonts w:ascii="MS Gothic" w:hAnsi="MS Gothic"/>
                    <w:sz w:val="23"/>
                  </w:rPr>
                  <w:t>☒</w:t>
                </w:r>
              </w:sdtContent>
            </w:sdt>
            <w:r>
              <w:rPr>
                <w:b/>
                <w:i w:val="0"/>
                <w:color w:val="22303D"/>
                <w:sz w:val="20"/>
              </w:rPr>
              <w:t xml:space="preserve">  vollständig</w:t>
            </w:r>
          </w:p>
          <w:p>
            <w:pPr>
              <w:pStyle w:val="Body"/>
            </w:pPr>
            <w:sdt>
              <w:sdtPr>
                <w:id w:val="1010"/>
                <w:alias w:val="P1_TEIL"/>
                <w:tag w:val="P1_TEIL"/>
                <w14:checkbox>
                  <w14:checked w14:val="0"/>
                  <w14:checkedState w14:val="2612" w14:font="MS Gothic"/>
                  <w14:uncheckedState w14:val="2610" w14:font="MS Gothic"/>
                </w14:checkbox>
              </w:sdtPr>
              <w:sdtContent>
                <w:r>
                  <w:rPr>
                    <w:rFonts w:ascii="MS Gothic" w:hAnsi="MS Gothic"/>
                    <w:sz w:val="23"/>
                  </w:rPr>
                  <w:t>☐</w:t>
                </w:r>
              </w:sdtContent>
            </w:sdt>
            <w:r>
              <w:rPr>
                <w:b w:val="0"/>
                <w:i w:val="0"/>
                <w:color w:val="22303D"/>
                <w:sz w:val="20"/>
              </w:rPr>
              <w:t xml:space="preserve">  teilweise, und zwar: </w:t>
            </w:r>
            <w:sdt>
              <w:sdtPr>
                <w:id w:val="1011"/>
                <w:alias w:val="P1 umfang"/>
                <w:tag w:val="P1_UMFANG"/>
                <w15:appearance xmlns:w15="http://schemas.microsoft.com/office/word/2012/wordml" w15:val="boundingBox"/>
                <w15:color xmlns:w15="http://schemas.microsoft.com/office/word/2012/wordml" w:val="16828C"/>
                <w:text/>
              </w:sdtPr>
              <w:sdtContent>
                <w:r>
                  <w:rPr>
                    <w:rFonts w:ascii="Calibri" w:hAnsi="Calibri"/>
                    <w:color w:val="136971"/>
                    <w:sz w:val="19"/>
                  </w:rPr>
                  <w:t xml:space="preserve">betroffene Befugnisse konkret beschreiben</w:t>
                </w:r>
              </w:sdtContent>
            </w:sdt>
          </w:p>
        </w:tc>
      </w:tr>
    </w:tbl>
    <w:p>
      <w:pPr>
        <w:pStyle w:val="Body"/>
        <w:spacing w:before="180" w:after="160"/>
      </w:pPr>
      <w:r>
        <w:t>Sie sind ab Zugang dieses Widerrufs nicht mehr berechtigt, mich im widerrufenen Umfang zu vertreten oder hierzu Erklärungen und Handlungen in meinem Namen vorzunehmen.</w:t>
      </w:r>
    </w:p>
    <w:p>
      <w:pPr>
        <w:pStyle w:val="Body"/>
        <w:spacing w:before="0" w:after="160"/>
      </w:pPr>
      <w:r>
        <w:t>Ich fordere Sie auf, mir die Ihnen überlassenen Vollmachtsurkunden (insbesondere Originale und Ausfertigungen), soweit vorhanden, unverzüglich zurückzugeben. Bitte bestätigen Sie mir den Zugang dieses Widerrufs sowie die Rückgabe kurz schriftlich.</w:t>
      </w:r>
    </w:p>
    <w:p>
      <w:pPr>
        <w:pStyle w:val="Body"/>
        <w:spacing w:before="0" w:after="0"/>
      </w:pPr>
      <w:r>
        <w:rPr>
          <w:b/>
          <w:i w:val="0"/>
          <w:color w:val="62727B"/>
          <w:sz w:val="18"/>
        </w:rPr>
        <w:t xml:space="preserve">Ort, Datum:  </w:t>
      </w:r>
      <w:sdt>
        <w:sdtPr>
          <w:id w:val="1012"/>
          <w:alias w:val="P1 place date"/>
          <w:tag w:val="P1_PLACE_DATE"/>
          <w15:appearance xmlns:w15="http://schemas.microsoft.com/office/word/2012/wordml" w15:val="boundingBox"/>
          <w15:color xmlns:w15="http://schemas.microsoft.com/office/word/2012/wordml" w:val="16828C"/>
          <w:text/>
        </w:sdtPr>
        <w:sdtContent>
          <w:r>
            <w:rPr>
              <w:rFonts w:ascii="Calibri" w:hAnsi="Calibri"/>
              <w:color w:val="136971"/>
              <w:sz w:val="19"/>
            </w:rPr>
            <w:t xml:space="preserve">Ort, Datum eintragen</w:t>
          </w:r>
        </w:sdtContent>
      </w:sdt>
    </w:p>
    <w:p>
      <w:pPr>
        <w:pStyle w:val="Body"/>
        <w:spacing w:before="220"/>
      </w:pPr>
      <w:r>
        <w:rPr>
          <w:b w:val="0"/>
          <w:i w:val="0"/>
          <w:color w:val="22303D"/>
          <w:sz w:val="21"/>
        </w:rPr>
        <w:t>Mit freundlichen Grüßen</w:t>
      </w:r>
    </w:p>
    <w:p>
      <w:pPr>
        <w:spacing w:before="400" w:after="20"/>
      </w:pPr>
      <w:r>
        <w:rPr>
          <w:b w:val="0"/>
          <w:i w:val="0"/>
          <w:color w:val="6F828A"/>
          <w:sz w:val="18"/>
        </w:rPr>
        <w:t>_______________________________________</w:t>
      </w:r>
    </w:p>
    <w:p>
      <w:pPr>
        <w:spacing w:after="0"/>
      </w:pPr>
      <w:r>
        <w:rPr>
          <w:b w:val="0"/>
          <w:i w:val="0"/>
          <w:color w:val="62727B"/>
          <w:sz w:val="17"/>
        </w:rPr>
        <w:t xml:space="preserve">Unterschrift  ·  </w:t>
      </w:r>
      <w:sdt>
        <w:sdtPr>
          <w:id w:val="1013"/>
          <w:alias w:val="P1 sign name"/>
          <w:tag w:val="P1_SIGN_NAME"/>
          <w15:appearance xmlns:w15="http://schemas.microsoft.com/office/word/2012/wordml" w15:val="boundingBox"/>
          <w15:color xmlns:w15="http://schemas.microsoft.com/office/word/2012/wordml" w:val="16828C"/>
          <w:text/>
        </w:sdtPr>
        <w:sdtContent>
          <w:r>
            <w:rPr>
              <w:rFonts w:ascii="Calibri" w:hAnsi="Calibri"/>
              <w:color w:val="136971"/>
              <w:sz w:val="18"/>
            </w:rPr>
            <w:t xml:space="preserve">Name in Druckbuchstaben</w:t>
          </w:r>
        </w:sdtContent>
      </w:sdt>
    </w:p>
    <w:p>
      <w:r>
        <w:br w:type="page"/>
      </w:r>
    </w:p>
    <w:p>
      <w:pPr>
        <w:pStyle w:val="DocTitle"/>
        <w:spacing w:after="60"/>
      </w:pPr>
      <w:r>
        <w:t>Mitteilung an Dritte</w:t>
      </w:r>
    </w:p>
    <w:p>
      <w:pPr>
        <w:pStyle w:val="Subtitle"/>
        <w:spacing w:after="240"/>
      </w:pPr>
      <w:r>
        <w:t>Anzeige über die Beendigung einer Vertretungsbefugnis</w:t>
      </w:r>
    </w:p>
    <w:tbl>
      <w:tblPr>
        <w:tblW w:type="auto" w:w="0"/>
        <w:tblLayout w:type="fixed"/>
        <w:tblLook w:firstColumn="1" w:firstRow="1" w:lastColumn="0" w:lastRow="0" w:noHBand="0" w:noVBand="1" w:val="04A0"/>
      </w:tblPr>
      <w:tblGrid>
        <w:gridCol w:w="9524"/>
      </w:tblGrid>
      <w:tr>
        <w:trPr>
          <w:trHeight w:val="57" w:hRule="exact"/>
        </w:trPr>
        <w:tc>
          <w:tcPr>
            <w:tcW w:type="dxa" w:w="9524"/>
            <w:shd w:fill="1E7880"/>
            <w:tcMar>
              <w:top w:w="0" w:type="dxa"/>
              <w:start w:w="0" w:type="dxa"/>
              <w:bottom w:w="0" w:type="dxa"/>
              <w:end w:w="0" w:type="dxa"/>
            </w:tcMar>
          </w:tcPr>
          <w:p>
            <w:r/>
          </w:p>
        </w:tc>
      </w:tr>
    </w:tbl>
    <w:p>
      <w:pPr>
        <w:spacing w:after="0"/>
      </w:pPr>
    </w:p>
    <w:tbl>
      <w:tblPr>
        <w:tblW w:type="auto" w:w="0"/>
        <w:jc w:val="center"/>
        <w:tblLayout w:type="fixed"/>
        <w:tblLook w:firstColumn="1" w:firstRow="1" w:lastColumn="0" w:lastRow="0" w:noHBand="0" w:noVBand="1" w:val="04A0"/>
      </w:tblPr>
      <w:tblGrid>
        <w:gridCol w:w="4762"/>
        <w:gridCol w:w="4762"/>
      </w:tblGrid>
      <w:tr>
        <w:trPr>
          <w:trHeight w:hRule="atLeast"/>
        </w:trPr>
        <w:tc>
          <w:tcPr>
            <w:tcW w:type="dxa" w:w="4649"/>
            <w:vAlign w:val="top"/>
            <w:shd w:fill="F2F6F7"/>
            <w:tcMar>
              <w:top w:w="135" w:type="dxa"/>
              <w:start w:w="170" w:type="dxa"/>
              <w:bottom w:w="130" w:type="dxa"/>
              <w:end w:w="150" w:type="dxa"/>
            </w:tcMar>
            <w:tcBorders>
              <w:right w:val="single" w:sz="14" w:color="FFFFFF"/>
            </w:tcBorders>
          </w:tcPr>
          <w:p>
            <w:pPr>
              <w:pStyle w:val="Label"/>
              <w:spacing w:after="140"/>
            </w:pPr>
            <w:r>
              <w:rPr>
                <w:b/>
                <w:i w:val="0"/>
                <w:color w:val="136971"/>
                <w:sz w:val="16"/>
              </w:rPr>
              <w:t>ABSENDER · VOLLMACHTGEBENDE PERSON</w:t>
            </w:r>
          </w:p>
          <w:p>
            <w:pPr>
              <w:spacing w:after="40"/>
            </w:pPr>
            <w:sdt>
              <w:sdtPr>
                <w:id w:val="1014"/>
                <w:alias w:val="P2 principal"/>
                <w:tag w:val="P2_PRINCIPAL"/>
                <w15:appearance xmlns:w15="http://schemas.microsoft.com/office/word/2012/wordml" w15:val="boundingBox"/>
                <w15:color xmlns:w15="http://schemas.microsoft.com/office/word/2012/wordml" w:val="16828C"/>
                <w:text/>
              </w:sdtPr>
              <w:sdtContent>
                <w:r>
                  <w:rPr>
                    <w:rFonts w:ascii="Calibri" w:hAnsi="Calibri"/>
                    <w:color w:val="136971"/>
                    <w:sz w:val="20"/>
                  </w:rPr>
                  <w:t xml:space="preserve">Vor- und Nachname / Organisation</w:t>
                </w:r>
              </w:sdtContent>
            </w:sdt>
          </w:p>
          <w:p>
            <w:pPr>
              <w:spacing w:after="40"/>
            </w:pPr>
            <w:sdt>
              <w:sdtPr>
                <w:id w:val="1015"/>
                <w:alias w:val="P2 principal street"/>
                <w:tag w:val="P2_PRINCIPAL_STREET"/>
                <w15:appearance xmlns:w15="http://schemas.microsoft.com/office/word/2012/wordml" w15:val="boundingBox"/>
                <w15:color xmlns:w15="http://schemas.microsoft.com/office/word/2012/wordml" w:val="16828C"/>
                <w:text/>
              </w:sdtPr>
              <w:sdtContent>
                <w:r>
                  <w:rPr>
                    <w:rFonts w:ascii="Calibri" w:hAnsi="Calibri"/>
                    <w:color w:val="136971"/>
                    <w:sz w:val="20"/>
                  </w:rPr>
                  <w:t xml:space="preserve">Straße, Hausnummer</w:t>
                </w:r>
              </w:sdtContent>
            </w:sdt>
          </w:p>
          <w:p>
            <w:pPr>
              <w:spacing w:after="0"/>
            </w:pPr>
            <w:sdt>
              <w:sdtPr>
                <w:id w:val="1016"/>
                <w:alias w:val="P2 principal city"/>
                <w:tag w:val="P2_PRINCIPAL_CITY"/>
                <w15:appearance xmlns:w15="http://schemas.microsoft.com/office/word/2012/wordml" w15:val="boundingBox"/>
                <w15:color xmlns:w15="http://schemas.microsoft.com/office/word/2012/wordml" w:val="16828C"/>
                <w:text/>
              </w:sdtPr>
              <w:sdtContent>
                <w:r>
                  <w:rPr>
                    <w:rFonts w:ascii="Calibri" w:hAnsi="Calibri"/>
                    <w:color w:val="136971"/>
                    <w:sz w:val="20"/>
                  </w:rPr>
                  <w:t xml:space="preserve">PLZ, Ort</w:t>
                </w:r>
              </w:sdtContent>
            </w:sdt>
          </w:p>
        </w:tc>
        <w:tc>
          <w:tcPr>
            <w:tcW w:type="dxa" w:w="4649"/>
            <w:vAlign w:val="top"/>
            <w:shd w:fill="F2F6F7"/>
            <w:tcMar>
              <w:top w:w="135" w:type="dxa"/>
              <w:start w:w="170" w:type="dxa"/>
              <w:bottom w:w="130" w:type="dxa"/>
              <w:end w:w="150" w:type="dxa"/>
            </w:tcMar>
          </w:tcPr>
          <w:p>
            <w:pPr>
              <w:pStyle w:val="Label"/>
              <w:spacing w:after="140"/>
            </w:pPr>
            <w:r>
              <w:rPr>
                <w:b/>
                <w:i w:val="0"/>
                <w:color w:val="136971"/>
                <w:sz w:val="16"/>
              </w:rPr>
              <w:t>EMPFÄNGER · BETROFFENE STELLE</w:t>
            </w:r>
          </w:p>
          <w:p>
            <w:pPr>
              <w:spacing w:after="40"/>
            </w:pPr>
            <w:sdt>
              <w:sdtPr>
                <w:id w:val="1017"/>
                <w:alias w:val="P2 org"/>
                <w:tag w:val="P2_ORG"/>
                <w15:appearance xmlns:w15="http://schemas.microsoft.com/office/word/2012/wordml" w15:val="boundingBox"/>
                <w15:color xmlns:w15="http://schemas.microsoft.com/office/word/2012/wordml" w:val="16828C"/>
                <w:text/>
              </w:sdtPr>
              <w:sdtContent>
                <w:r>
                  <w:rPr>
                    <w:rFonts w:ascii="Calibri" w:hAnsi="Calibri"/>
                    <w:color w:val="136971"/>
                    <w:sz w:val="20"/>
                  </w:rPr>
                  <w:t xml:space="preserve">Name der Stelle / Einrichtung</w:t>
                </w:r>
              </w:sdtContent>
            </w:sdt>
          </w:p>
          <w:p>
            <w:pPr>
              <w:spacing w:after="40"/>
            </w:pPr>
            <w:sdt>
              <w:sdtPr>
                <w:id w:val="1018"/>
                <w:alias w:val="P2 org street"/>
                <w:tag w:val="P2_ORG_STREET"/>
                <w15:appearance xmlns:w15="http://schemas.microsoft.com/office/word/2012/wordml" w15:val="boundingBox"/>
                <w15:color xmlns:w15="http://schemas.microsoft.com/office/word/2012/wordml" w:val="16828C"/>
                <w:text/>
              </w:sdtPr>
              <w:sdtContent>
                <w:r>
                  <w:rPr>
                    <w:rFonts w:ascii="Calibri" w:hAnsi="Calibri"/>
                    <w:color w:val="136971"/>
                    <w:sz w:val="20"/>
                  </w:rPr>
                  <w:t xml:space="preserve">Straße, Hausnummer</w:t>
                </w:r>
              </w:sdtContent>
            </w:sdt>
          </w:p>
          <w:p>
            <w:pPr>
              <w:spacing w:after="0"/>
            </w:pPr>
            <w:sdt>
              <w:sdtPr>
                <w:id w:val="1019"/>
                <w:alias w:val="P2 org city"/>
                <w:tag w:val="P2_ORG_CITY"/>
                <w15:appearance xmlns:w15="http://schemas.microsoft.com/office/word/2012/wordml" w15:val="boundingBox"/>
                <w15:color xmlns:w15="http://schemas.microsoft.com/office/word/2012/wordml" w:val="16828C"/>
                <w:text/>
              </w:sdtPr>
              <w:sdtContent>
                <w:r>
                  <w:rPr>
                    <w:rFonts w:ascii="Calibri" w:hAnsi="Calibri"/>
                    <w:color w:val="136971"/>
                    <w:sz w:val="20"/>
                  </w:rPr>
                  <w:t xml:space="preserve">PLZ, Ort</w:t>
                </w:r>
              </w:sdtContent>
            </w:sdt>
          </w:p>
        </w:tc>
      </w:tr>
    </w:tbl>
    <w:p>
      <w:pPr>
        <w:pStyle w:val="SectionTitle"/>
        <w:spacing w:before="240" w:after="80"/>
      </w:pPr>
      <w:r>
        <w:rPr>
          <w:b/>
          <w:i w:val="0"/>
          <w:color w:val="136971"/>
          <w:sz w:val="17"/>
        </w:rPr>
        <w:t>ZUORDNUNG</w:t>
      </w:r>
    </w:p>
    <w:tbl>
      <w:tblPr>
        <w:tblW w:type="auto" w:w="0"/>
        <w:tblLayout w:type="fixed"/>
        <w:tblLook w:firstColumn="1" w:firstRow="1" w:lastColumn="0" w:lastRow="0" w:noHBand="0" w:noVBand="1" w:val="04A0"/>
      </w:tblPr>
      <w:tblGrid>
        <w:gridCol w:w="4762"/>
        <w:gridCol w:w="4762"/>
      </w:tblGrid>
      <w:tr>
        <w:tc>
          <w:tcPr>
            <w:tcW w:type="dxa" w:w="4762"/>
            <w:tcMar>
              <w:top w:w="85" w:type="dxa"/>
              <w:start w:w="130" w:type="dxa"/>
              <w:bottom w:w="100" w:type="dxa"/>
              <w:end w:w="120" w:type="dxa"/>
            </w:tcMar>
            <w:tcBorders>
              <w:bottom w:val="single" w:sz="5" w:color="DCE5E8"/>
            </w:tcBorders>
          </w:tcPr>
          <w:p>
            <w:pPr>
              <w:pStyle w:val="Label"/>
              <w:spacing w:after="60"/>
            </w:pPr>
            <w:r>
              <w:rPr>
                <w:b/>
                <w:i w:val="0"/>
                <w:color w:val="62727B"/>
                <w:sz w:val="15"/>
              </w:rPr>
              <w:t>VOLLMACHT VOM</w:t>
            </w:r>
          </w:p>
          <w:p>
            <w:sdt>
              <w:sdtPr>
                <w:id w:val="1020"/>
                <w:alias w:val="P2 issued"/>
                <w:tag w:val="P2_ISSUED"/>
                <w15:appearance xmlns:w15="http://schemas.microsoft.com/office/word/2012/wordml" w15:val="boundingBox"/>
                <w15:color xmlns:w15="http://schemas.microsoft.com/office/word/2012/wordml" w:val="16828C"/>
                <w:text/>
              </w:sdtPr>
              <w:sdtContent>
                <w:r>
                  <w:rPr>
                    <w:rFonts w:ascii="Calibri" w:hAnsi="Calibri"/>
                    <w:color w:val="136971"/>
                    <w:sz w:val="20"/>
                  </w:rPr>
                  <w:t xml:space="preserve">Datum, soweit bekannt</w:t>
                </w:r>
              </w:sdtContent>
            </w:sdt>
          </w:p>
        </w:tc>
        <w:tc>
          <w:tcPr>
            <w:tcW w:type="dxa" w:w="4762"/>
            <w:tcMar>
              <w:top w:w="85" w:type="dxa"/>
              <w:start w:w="130" w:type="dxa"/>
              <w:bottom w:w="100" w:type="dxa"/>
              <w:end w:w="120" w:type="dxa"/>
            </w:tcMar>
            <w:tcBorders>
              <w:bottom w:val="single" w:sz="5" w:color="DCE5E8"/>
            </w:tcBorders>
          </w:tcPr>
          <w:p>
            <w:pPr>
              <w:pStyle w:val="Label"/>
              <w:spacing w:after="60"/>
            </w:pPr>
            <w:r>
              <w:rPr>
                <w:b/>
                <w:i w:val="0"/>
                <w:color w:val="62727B"/>
                <w:sz w:val="15"/>
              </w:rPr>
              <w:t>AKTENZEICHEN / REFERENZ</w:t>
            </w:r>
          </w:p>
          <w:p>
            <w:sdt>
              <w:sdtPr>
                <w:id w:val="1021"/>
                <w:alias w:val="P2 ref"/>
                <w:tag w:val="P2_REF"/>
                <w15:appearance xmlns:w15="http://schemas.microsoft.com/office/word/2012/wordml" w15:val="boundingBox"/>
                <w15:color xmlns:w15="http://schemas.microsoft.com/office/word/2012/wordml" w:val="16828C"/>
                <w:text/>
              </w:sdtPr>
              <w:sdtContent>
                <w:r>
                  <w:rPr>
                    <w:rFonts w:ascii="Calibri" w:hAnsi="Calibri"/>
                    <w:color w:val="136971"/>
                    <w:sz w:val="20"/>
                  </w:rPr>
                  <w:t xml:space="preserve">falls vorhanden</w:t>
                </w:r>
              </w:sdtContent>
            </w:sdt>
          </w:p>
        </w:tc>
      </w:tr>
    </w:tbl>
    <w:p>
      <w:pPr>
        <w:pStyle w:val="Body"/>
        <w:spacing w:before="200" w:after="120"/>
      </w:pPr>
      <w:r>
        <w:rPr>
          <w:b/>
          <w:i w:val="0"/>
          <w:color w:val="62727B"/>
          <w:sz w:val="19"/>
        </w:rPr>
        <w:t xml:space="preserve">Bevollmächtigte Person:  </w:t>
      </w:r>
      <w:sdt>
        <w:sdtPr>
          <w:id w:val="1022"/>
          <w:alias w:val="P2 agent"/>
          <w:tag w:val="P2_AGENT"/>
          <w15:appearance xmlns:w15="http://schemas.microsoft.com/office/word/2012/wordml" w15:val="boundingBox"/>
          <w15:color xmlns:w15="http://schemas.microsoft.com/office/word/2012/wordml" w:val="16828C"/>
          <w:text/>
        </w:sdtPr>
        <w:sdtContent>
          <w:r>
            <w:rPr>
              <w:rFonts w:ascii="Calibri" w:hAnsi="Calibri"/>
              <w:color w:val="136971"/>
              <w:sz w:val="20"/>
            </w:rPr>
            <w:t xml:space="preserve">Vor- und Nachname / Organisation</w:t>
          </w:r>
        </w:sdtContent>
      </w:sdt>
    </w:p>
    <w:p>
      <w:pPr>
        <w:pStyle w:val="Body"/>
        <w:spacing w:before="200" w:after="160"/>
      </w:pPr>
      <w:r>
        <w:rPr>
          <w:b/>
          <w:i w:val="0"/>
          <w:color w:val="1A2E40"/>
          <w:sz w:val="21"/>
        </w:rPr>
        <w:t xml:space="preserve">Betreff: </w:t>
      </w:r>
      <w:r>
        <w:rPr>
          <w:b/>
          <w:i w:val="0"/>
          <w:color w:val="1A2E40"/>
          <w:sz w:val="21"/>
        </w:rPr>
        <w:t>Mitteilung und Widerruf einer Vollmacht</w:t>
      </w:r>
    </w:p>
    <w:p>
      <w:pPr>
        <w:pStyle w:val="Body"/>
        <w:spacing w:before="0" w:after="160"/>
      </w:pPr>
      <w:r>
        <w:t>Sehr geehrte Damen und Herren,</w:t>
      </w:r>
    </w:p>
    <w:p>
      <w:pPr>
        <w:pStyle w:val="Body"/>
        <w:spacing w:before="0" w:after="140"/>
      </w:pPr>
      <w:r>
        <w:t>hiermit widerrufe ich Ihnen gegenüber die vorstehend bezeichnete, der genannten Person erteilte bzw. Ihrer Stelle bekannt gegebene Vollmacht im folgenden Umfang:</w:t>
      </w:r>
    </w:p>
    <w:tbl>
      <w:tblPr>
        <w:tblW w:type="auto" w:w="0"/>
        <w:tblLook w:firstColumn="1" w:firstRow="1" w:lastColumn="0" w:lastRow="0" w:noHBand="0" w:noVBand="1" w:val="04A0"/>
      </w:tblPr>
      <w:tblGrid>
        <w:gridCol w:w="9524"/>
      </w:tblGrid>
      <w:tr>
        <w:tc>
          <w:tcPr>
            <w:tcW w:type="dxa" w:w="9524"/>
            <w:shd w:fill="F5F8F8"/>
            <w:tcMar>
              <w:top w:w="115" w:type="dxa"/>
              <w:start w:w="160" w:type="dxa"/>
              <w:bottom w:w="105" w:type="dxa"/>
              <w:end w:w="140" w:type="dxa"/>
            </w:tcMar>
          </w:tcPr>
          <w:p>
            <w:pPr>
              <w:pStyle w:val="Fine"/>
              <w:spacing w:after="80"/>
            </w:pPr>
            <w:r>
              <w:rPr>
                <w:b/>
                <w:i w:val="0"/>
                <w:color w:val="62727B"/>
                <w:sz w:val="15"/>
              </w:rPr>
              <w:t>BITTE GENAU EINE OPTION AUSWÄHLEN</w:t>
            </w:r>
          </w:p>
          <w:p>
            <w:pPr>
              <w:pStyle w:val="Body"/>
              <w:spacing w:after="40"/>
            </w:pPr>
            <w:sdt>
              <w:sdtPr>
                <w:id w:val="1023"/>
                <w:alias w:val="P2_VOLL"/>
                <w:tag w:val="P2_VOLL"/>
                <w14:checkbox>
                  <w14:checked w14:val="1"/>
                  <w14:checkedState w14:val="2612" w14:font="MS Gothic"/>
                  <w14:uncheckedState w14:val="2610" w14:font="MS Gothic"/>
                </w14:checkbox>
              </w:sdtPr>
              <w:sdtContent>
                <w:r>
                  <w:rPr>
                    <w:rFonts w:ascii="MS Gothic" w:hAnsi="MS Gothic"/>
                    <w:sz w:val="23"/>
                  </w:rPr>
                  <w:t>☒</w:t>
                </w:r>
              </w:sdtContent>
            </w:sdt>
            <w:r>
              <w:rPr>
                <w:b/>
                <w:i w:val="0"/>
                <w:color w:val="22303D"/>
                <w:sz w:val="20"/>
              </w:rPr>
              <w:t xml:space="preserve">  vollständig</w:t>
            </w:r>
          </w:p>
          <w:p>
            <w:pPr>
              <w:pStyle w:val="Body"/>
            </w:pPr>
            <w:sdt>
              <w:sdtPr>
                <w:id w:val="1024"/>
                <w:alias w:val="P2_TEIL"/>
                <w:tag w:val="P2_TEIL"/>
                <w14:checkbox>
                  <w14:checked w14:val="0"/>
                  <w14:checkedState w14:val="2612" w14:font="MS Gothic"/>
                  <w14:uncheckedState w14:val="2610" w14:font="MS Gothic"/>
                </w14:checkbox>
              </w:sdtPr>
              <w:sdtContent>
                <w:r>
                  <w:rPr>
                    <w:rFonts w:ascii="MS Gothic" w:hAnsi="MS Gothic"/>
                    <w:sz w:val="23"/>
                  </w:rPr>
                  <w:t>☐</w:t>
                </w:r>
              </w:sdtContent>
            </w:sdt>
            <w:r>
              <w:rPr>
                <w:b w:val="0"/>
                <w:i w:val="0"/>
                <w:color w:val="22303D"/>
                <w:sz w:val="20"/>
              </w:rPr>
              <w:t xml:space="preserve">  teilweise, und zwar: </w:t>
            </w:r>
            <w:sdt>
              <w:sdtPr>
                <w:id w:val="1025"/>
                <w:alias w:val="P2 umfang"/>
                <w:tag w:val="P2_UMFANG"/>
                <w15:appearance xmlns:w15="http://schemas.microsoft.com/office/word/2012/wordml" w15:val="boundingBox"/>
                <w15:color xmlns:w15="http://schemas.microsoft.com/office/word/2012/wordml" w:val="16828C"/>
                <w:text/>
              </w:sdtPr>
              <w:sdtContent>
                <w:r>
                  <w:rPr>
                    <w:rFonts w:ascii="Calibri" w:hAnsi="Calibri"/>
                    <w:color w:val="136971"/>
                    <w:sz w:val="19"/>
                  </w:rPr>
                  <w:t xml:space="preserve">betroffene Befugnisse konkret beschreiben</w:t>
                </w:r>
              </w:sdtContent>
            </w:sdt>
          </w:p>
        </w:tc>
      </w:tr>
    </w:tbl>
    <w:p>
      <w:pPr>
        <w:pStyle w:val="Body"/>
        <w:spacing w:before="200" w:after="180"/>
      </w:pPr>
      <w:r>
        <w:t>Bitte vermerken Sie diesen Widerruf unverzüglich in Ihren Unterlagen und berücksichtigen Sie, dass die genannte Person mich im widerrufenen Umfang nicht mehr vertreten darf. Ich bitte Sie um eine kurze Bestätigung des Eingangs.</w:t>
      </w:r>
    </w:p>
    <w:p>
      <w:pPr>
        <w:pStyle w:val="Body"/>
        <w:spacing w:before="0" w:after="0"/>
      </w:pPr>
      <w:r>
        <w:rPr>
          <w:b/>
          <w:i w:val="0"/>
          <w:color w:val="62727B"/>
          <w:sz w:val="18"/>
        </w:rPr>
        <w:t xml:space="preserve">Ort, Datum:  </w:t>
      </w:r>
      <w:sdt>
        <w:sdtPr>
          <w:id w:val="1026"/>
          <w:alias w:val="P2 place date"/>
          <w:tag w:val="P2_PLACE_DATE"/>
          <w15:appearance xmlns:w15="http://schemas.microsoft.com/office/word/2012/wordml" w15:val="boundingBox"/>
          <w15:color xmlns:w15="http://schemas.microsoft.com/office/word/2012/wordml" w:val="16828C"/>
          <w:text/>
        </w:sdtPr>
        <w:sdtContent>
          <w:r>
            <w:rPr>
              <w:rFonts w:ascii="Calibri" w:hAnsi="Calibri"/>
              <w:color w:val="136971"/>
              <w:sz w:val="19"/>
            </w:rPr>
            <w:t xml:space="preserve">Ort, Datum eintragen</w:t>
          </w:r>
        </w:sdtContent>
      </w:sdt>
    </w:p>
    <w:p>
      <w:pPr>
        <w:pStyle w:val="Body"/>
        <w:spacing w:before="220"/>
      </w:pPr>
      <w:r>
        <w:rPr>
          <w:b w:val="0"/>
          <w:i w:val="0"/>
          <w:color w:val="22303D"/>
          <w:sz w:val="21"/>
        </w:rPr>
        <w:t>Mit freundlichen Grüßen</w:t>
      </w:r>
    </w:p>
    <w:p>
      <w:pPr>
        <w:spacing w:before="400" w:after="20"/>
      </w:pPr>
      <w:r>
        <w:rPr>
          <w:b w:val="0"/>
          <w:i w:val="0"/>
          <w:color w:val="6F828A"/>
          <w:sz w:val="18"/>
        </w:rPr>
        <w:t>_______________________________________</w:t>
      </w:r>
    </w:p>
    <w:p>
      <w:pPr>
        <w:spacing w:after="0"/>
      </w:pPr>
      <w:r>
        <w:rPr>
          <w:b w:val="0"/>
          <w:i w:val="0"/>
          <w:color w:val="62727B"/>
          <w:sz w:val="17"/>
        </w:rPr>
        <w:t xml:space="preserve">Unterschrift  ·  </w:t>
      </w:r>
      <w:sdt>
        <w:sdtPr>
          <w:id w:val="1027"/>
          <w:alias w:val="P2 sign name"/>
          <w:tag w:val="P2_SIGN_NAME"/>
          <w15:appearance xmlns:w15="http://schemas.microsoft.com/office/word/2012/wordml" w15:val="boundingBox"/>
          <w15:color xmlns:w15="http://schemas.microsoft.com/office/word/2012/wordml" w:val="16828C"/>
          <w:text/>
        </w:sdtPr>
        <w:sdtContent>
          <w:r>
            <w:rPr>
              <w:rFonts w:ascii="Calibri" w:hAnsi="Calibri"/>
              <w:color w:val="136971"/>
              <w:sz w:val="18"/>
            </w:rPr>
            <w:t xml:space="preserve">Name in Druckbuchstaben</w:t>
          </w:r>
        </w:sdtContent>
      </w:sdt>
    </w:p>
    <w:sectPr w:rsidR="00FC693F" w:rsidRPr="0006063C" w:rsidSect="00034616">
      <w:footerReference w:type="default" r:id="rId9"/>
      <w:pgSz w:w="11906" w:h="16838"/>
      <w:pgMar w:top="1077" w:right="1191" w:bottom="1134" w:left="1191"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ine"/>
      <w:jc w:val="right"/>
    </w:pPr>
    <w:r>
      <w:rPr>
        <w:b/>
        <w:i w:val="0"/>
        <w:color w:val="62727B"/>
        <w:sz w:val="15"/>
      </w:rPr>
      <w:t>WIDERRUF EINER VOLLMACHT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59" w:lineRule="auto"/>
    </w:pPr>
    <w:rPr>
      <w:rFonts w:ascii="Calibri" w:hAnsi="Calibri"/>
      <w:color w:val="22303D"/>
      <w:sz w:val="21"/>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0"/>
    </w:pPr>
    <w:rPr>
      <w:rFonts w:asciiTheme="majorHAnsi" w:eastAsiaTheme="majorEastAsia" w:hAnsiTheme="majorHAnsi" w:cstheme="majorBidi" w:ascii="Calibri" w:hAnsi="Calibri"/>
      <w:b w:val="0"/>
      <w:i/>
      <w:iCs/>
      <w:color w:val="62727B"/>
      <w:spacing w:val="15"/>
      <w:sz w:val="20"/>
      <w:szCs w:val="24"/>
      <w:lang w:val="de-D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ocTitle">
    <w:name w:val="DocTitle"/>
    <w:pPr>
      <w:spacing w:after="0"/>
    </w:pPr>
    <w:rPr>
      <w:rFonts w:ascii="Calibri" w:hAnsi="Calibri"/>
      <w:b/>
      <w:color w:val="1A2E40"/>
      <w:sz w:val="42"/>
      <w:lang w:val="de-DE"/>
    </w:rPr>
  </w:style>
  <w:style w:type="paragraph" w:customStyle="1" w:styleId="SectionTitle">
    <w:name w:val="SectionTitle"/>
    <w:pPr>
      <w:spacing w:after="0"/>
    </w:pPr>
    <w:rPr>
      <w:rFonts w:ascii="Calibri" w:hAnsi="Calibri"/>
      <w:b/>
      <w:color w:val="136971"/>
      <w:sz w:val="18"/>
      <w:lang w:val="de-DE"/>
    </w:rPr>
  </w:style>
  <w:style w:type="paragraph" w:customStyle="1" w:styleId="Label">
    <w:name w:val="Label"/>
    <w:pPr>
      <w:spacing w:after="0"/>
    </w:pPr>
    <w:rPr>
      <w:rFonts w:ascii="Calibri" w:hAnsi="Calibri"/>
      <w:b/>
      <w:color w:val="62727B"/>
      <w:sz w:val="16"/>
      <w:lang w:val="de-DE"/>
    </w:rPr>
  </w:style>
  <w:style w:type="paragraph" w:customStyle="1" w:styleId="Body">
    <w:name w:val="Body"/>
    <w:pPr>
      <w:spacing w:after="0" w:line="283" w:lineRule="auto"/>
    </w:pPr>
    <w:rPr>
      <w:rFonts w:ascii="Calibri" w:hAnsi="Calibri"/>
      <w:b w:val="0"/>
      <w:color w:val="22303D"/>
      <w:sz w:val="21"/>
      <w:lang w:val="de-DE"/>
    </w:rPr>
  </w:style>
  <w:style w:type="paragraph" w:customStyle="1" w:styleId="Fine">
    <w:name w:val="Fine"/>
    <w:pPr>
      <w:spacing w:after="0"/>
    </w:pPr>
    <w:rPr>
      <w:rFonts w:ascii="Calibri" w:hAnsi="Calibri"/>
      <w:b w:val="0"/>
      <w:color w:val="62727B"/>
      <w:sz w:val="17"/>
      <w:lang w:val="de-D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Widerruf einer Vollmacht – Word-Vorlage</dc:title>
  <dc:subject>Ausfüllbare allgemeine Vorlage zum Widerruf einer Vollmacht und Mitteilung an Dritte</dc:subject>
  <dc:creator/>
  <cp:keywords>Widerruf Vollmacht Vorlage Word</cp:keywords>
  <dc:description>generated by python-docx</dc:description>
  <cp:lastModifiedBy/>
  <cp:revision>1</cp:revision>
  <dcterms:created xsi:type="dcterms:W3CDTF">2013-12-23T23:15:00Z</dcterms:created>
  <dcterms:modified xsi:type="dcterms:W3CDTF">2013-12-23T23:15:00Z</dcterms:modified>
  <cp:category/>
</cp:coreProperties>
</file>