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spacing w:after="180"/>
        <w:pBdr>
          <w:bottom w:val="single" w:sz="12" w:color="157675" w:space="6"/>
        </w:pBdr>
      </w:pPr>
      <w:r>
        <w:rPr>
          <w:rFonts w:ascii="Arial" w:hAnsi="Arial"/>
          <w:b/>
          <w:color w:val="157675"/>
          <w:sz w:val="16"/>
        </w:rPr>
        <w:t>VOLLMACHT</w:t>
      </w:r>
      <w:r>
        <w:rPr>
          <w:rFonts w:ascii="Arial" w:hAnsi="Arial"/>
          <w:b w:val="0"/>
          <w:color w:val="667987"/>
          <w:sz w:val="16"/>
        </w:rPr>
        <w:t xml:space="preserve">   /   WIDERRUFSERKLÄRUNG</w:t>
      </w:r>
    </w:p>
    <w:p>
      <w:pPr>
        <w:spacing w:after="60"/>
      </w:pPr>
      <w:r>
        <w:rPr>
          <w:rFonts w:ascii="Arial" w:hAnsi="Arial"/>
          <w:b/>
          <w:color w:val="152F40"/>
          <w:sz w:val="44"/>
        </w:rPr>
        <w:t>Widerruf einer Vollmacht</w:t>
      </w:r>
    </w:p>
    <w:p>
      <w:pPr>
        <w:spacing w:after="300"/>
      </w:pPr>
      <w:r>
        <w:rPr>
          <w:rFonts w:ascii="Arial" w:hAnsi="Arial"/>
          <w:b w:val="0"/>
          <w:color w:val="667987"/>
          <w:sz w:val="18"/>
        </w:rPr>
        <w:t>Erklärung gegenüber der bevollmächtigten Person</w:t>
      </w:r>
    </w:p>
    <w:tbl>
      <w:tblPr>
        <w:tblW w:type="auto" w:w="0"/>
        <w:jc w:val="center"/>
        <w:tblLayout w:type="fixed"/>
        <w:tblLook w:firstColumn="1" w:firstRow="1" w:lastColumn="0" w:lastRow="0" w:noHBand="0" w:noVBand="1" w:val="04A0"/>
      </w:tblPr>
      <w:tblGrid>
        <w:gridCol w:w="4802"/>
        <w:gridCol w:w="4802"/>
      </w:tblGrid>
      <w:tr>
        <w:trPr>
          <w:cantSplit/>
        </w:trPr>
        <w:tc>
          <w:tcPr>
            <w:tcW w:type="dxa" w:w="4876"/>
            <w:vAlign w:val="top"/>
            <w:shd w:fill="F2F6F7"/>
            <w:tcMar>
              <w:top w:w="130" w:type="dxa"/>
              <w:start w:w="175" w:type="dxa"/>
              <w:bottom w:w="135" w:type="dxa"/>
              <w:end w:w="170" w:type="dxa"/>
            </w:tcMar>
            <w:tcBorders>
              <w:right w:val="single" w:sz="18" w:color="FFFFFF"/>
            </w:tcBorders>
          </w:tcPr>
          <w:p>
            <w:pPr>
              <w:keepLines/>
              <w:spacing w:after="140"/>
            </w:pPr>
            <w:r>
              <w:rPr>
                <w:rFonts w:ascii="Arial" w:hAnsi="Arial"/>
                <w:b/>
                <w:color w:val="157675"/>
                <w:sz w:val="16"/>
              </w:rPr>
              <w:t>VOLLMACHTGEBER/IN</w:t>
            </w:r>
          </w:p>
          <w:p>
            <w:pPr>
              <w:keepLines/>
              <w:spacing w:after="80"/>
            </w:pPr>
            <w:r>
              <w:rPr>
                <w:rFonts w:ascii="Arial" w:hAnsi="Arial"/>
                <w:b/>
                <w:color w:val="667987"/>
                <w:sz w:val="16"/>
              </w:rPr>
              <w:t xml:space="preserve">Name  </w:t>
            </w:r>
            <w:sdt>
              <w:sdtPr>
                <w:alias w:val="p1_geber_name"/>
                <w:tag w:val="p1_geber_name"/>
                <w:id w:val="15500"/>
                <w:text w:multiLine="0"/>
                <w:color w:val="157675"/>
              </w:sdtPr>
              <w:sdtContent>
                <w:r>
                  <w:rPr>
                    <w:rFonts w:ascii="Arial" w:hAnsi="Arial"/>
                    <w:sz w:val="18"/>
                    <w:color w:val="157675"/>
                    <w:shd w:val="clear" w:color="auto" w:fill="E8F3F2"/>
                  </w:rPr>
                  <w:t>[Name / Firmenname]</w:t>
                </w:r>
              </w:sdtContent>
            </w:sdt>
          </w:p>
          <w:p>
            <w:pPr>
              <w:keepLines/>
              <w:spacing w:after="0"/>
            </w:pPr>
            <w:r>
              <w:rPr>
                <w:rFonts w:ascii="Arial" w:hAnsi="Arial"/>
                <w:b/>
                <w:color w:val="667987"/>
                <w:sz w:val="16"/>
              </w:rPr>
              <w:t xml:space="preserve">Anschrift  </w:t>
            </w:r>
            <w:sdt>
              <w:sdtPr>
                <w:alias w:val="p1_geber_adresse"/>
                <w:tag w:val="p1_geber_adresse"/>
                <w:id w:val="15501"/>
                <w:text w:multiLine="0"/>
                <w:color w:val="157675"/>
              </w:sdtPr>
              <w:sdtContent>
                <w:r>
                  <w:rPr>
                    <w:rFonts w:ascii="Arial" w:hAnsi="Arial"/>
                    <w:sz w:val="18"/>
                    <w:color w:val="157675"/>
                    <w:shd w:val="clear" w:color="auto" w:fill="E8F3F2"/>
                  </w:rPr>
                  <w:t>[Straße, PLZ und Ort]</w:t>
                </w:r>
              </w:sdtContent>
            </w:sdt>
          </w:p>
        </w:tc>
        <w:tc>
          <w:tcPr>
            <w:tcW w:type="dxa" w:w="4876"/>
            <w:vAlign w:val="top"/>
            <w:shd w:fill="F2F6F7"/>
            <w:tcMar>
              <w:top w:w="130" w:type="dxa"/>
              <w:start w:w="175" w:type="dxa"/>
              <w:bottom w:w="135" w:type="dxa"/>
              <w:end w:w="170" w:type="dxa"/>
            </w:tcMar>
            <w:tcBorders>
              <w:left w:val="single" w:sz="18" w:color="FFFFFF"/>
            </w:tcBorders>
          </w:tcPr>
          <w:p>
            <w:pPr>
              <w:keepLines/>
              <w:spacing w:after="140"/>
            </w:pPr>
            <w:r>
              <w:rPr>
                <w:rFonts w:ascii="Arial" w:hAnsi="Arial"/>
                <w:b/>
                <w:color w:val="157675"/>
                <w:sz w:val="16"/>
              </w:rPr>
              <w:t>BEVOLLMÄCHTIGTE PERSON</w:t>
            </w:r>
          </w:p>
          <w:p>
            <w:pPr>
              <w:keepLines/>
              <w:spacing w:after="80"/>
            </w:pPr>
            <w:r>
              <w:rPr>
                <w:rFonts w:ascii="Arial" w:hAnsi="Arial"/>
                <w:b/>
                <w:color w:val="667987"/>
                <w:sz w:val="16"/>
              </w:rPr>
              <w:t xml:space="preserve">Name  </w:t>
            </w:r>
            <w:sdt>
              <w:sdtPr>
                <w:alias w:val="p1_nehmer_name"/>
                <w:tag w:val="p1_nehmer_name"/>
                <w:id w:val="15502"/>
                <w:text w:multiLine="0"/>
                <w:color w:val="157675"/>
              </w:sdtPr>
              <w:sdtContent>
                <w:r>
                  <w:rPr>
                    <w:rFonts w:ascii="Arial" w:hAnsi="Arial"/>
                    <w:sz w:val="18"/>
                    <w:color w:val="157675"/>
                    <w:shd w:val="clear" w:color="auto" w:fill="E8F3F2"/>
                  </w:rPr>
                  <w:t>[Name / Firmenname]</w:t>
                </w:r>
              </w:sdtContent>
            </w:sdt>
          </w:p>
          <w:p>
            <w:pPr>
              <w:keepLines/>
              <w:spacing w:after="0"/>
            </w:pPr>
            <w:r>
              <w:rPr>
                <w:rFonts w:ascii="Arial" w:hAnsi="Arial"/>
                <w:b/>
                <w:color w:val="667987"/>
                <w:sz w:val="16"/>
              </w:rPr>
              <w:t xml:space="preserve">Anschrift  </w:t>
            </w:r>
            <w:sdt>
              <w:sdtPr>
                <w:alias w:val="p1_nehmer_adresse"/>
                <w:tag w:val="p1_nehmer_adresse"/>
                <w:id w:val="15503"/>
                <w:text w:multiLine="0"/>
                <w:color w:val="157675"/>
              </w:sdtPr>
              <w:sdtContent>
                <w:r>
                  <w:rPr>
                    <w:rFonts w:ascii="Arial" w:hAnsi="Arial"/>
                    <w:sz w:val="18"/>
                    <w:color w:val="157675"/>
                    <w:shd w:val="clear" w:color="auto" w:fill="E8F3F2"/>
                  </w:rPr>
                  <w:t>[Straße, PLZ und Ort]</w:t>
                </w:r>
              </w:sdtContent>
            </w:sdt>
          </w:p>
        </w:tc>
      </w:tr>
    </w:tbl>
    <w:p>
      <w:pPr>
        <w:spacing w:before="280" w:after="180"/>
        <w:pBdr>
          <w:bottom w:val="single" w:sz="5" w:color="D6E1E3" w:space="3"/>
        </w:pBdr>
      </w:pPr>
      <w:r>
        <w:rPr>
          <w:rFonts w:ascii="Arial" w:hAnsi="Arial"/>
          <w:b/>
          <w:color w:val="152F40"/>
          <w:sz w:val="20"/>
        </w:rPr>
        <w:t>BETROFFENE VOLLMACHT</w:t>
      </w:r>
    </w:p>
    <w:tbl>
      <w:tblPr>
        <w:tblW w:type="auto" w:w="0"/>
        <w:tblLayout w:type="fixed"/>
        <w:tblLook w:firstColumn="1" w:firstRow="1" w:lastColumn="0" w:lastRow="0" w:noHBand="0" w:noVBand="1" w:val="04A0"/>
      </w:tblPr>
      <w:tblGrid>
        <w:gridCol w:w="2296"/>
        <w:gridCol w:w="7308"/>
      </w:tblGrid>
      <w:tr>
        <w:trPr>
          <w:cantSplit/>
        </w:trPr>
        <w:tc>
          <w:tcPr>
            <w:tcW w:type="dxa" w:w="2296"/>
            <w:tcMar>
              <w:top w:w="125" w:type="dxa"/>
              <w:start w:w="145" w:type="dxa"/>
              <w:bottom w:w="122" w:type="dxa"/>
              <w:end w:w="145" w:type="dxa"/>
            </w:tcMar>
            <w:vAlign w:val="center"/>
            <w:tcBorders>
              <w:bottom w:val="single" w:sz="4" w:color="D6E1E3"/>
            </w:tcBorders>
          </w:tcPr>
          <w:p>
            <w:pPr>
              <w:keepLines/>
            </w:pPr>
            <w:r>
              <w:rPr>
                <w:rFonts w:ascii="Arial" w:hAnsi="Arial"/>
                <w:b/>
                <w:color w:val="667987"/>
                <w:sz w:val="17"/>
              </w:rPr>
              <w:t>Erteilt am</w:t>
            </w:r>
          </w:p>
        </w:tc>
        <w:tc>
          <w:tcPr>
            <w:tcW w:type="dxa" w:w="7308"/>
            <w:tcMar>
              <w:top w:w="125" w:type="dxa"/>
              <w:start w:w="145" w:type="dxa"/>
              <w:bottom w:w="122" w:type="dxa"/>
              <w:end w:w="145" w:type="dxa"/>
            </w:tcMar>
            <w:tcBorders>
              <w:bottom w:val="single" w:sz="4" w:color="D6E1E3"/>
            </w:tcBorders>
          </w:tcPr>
          <w:p>
            <w:pPr>
              <w:keepLines/>
            </w:pPr>
            <w:sdt>
              <w:sdtPr>
                <w:alias w:val="p1_erteilt"/>
                <w:tag w:val="p1_erteilt"/>
                <w:id w:val="15504"/>
                <w:text w:multiLine="0"/>
                <w:color w:val="157675"/>
              </w:sdtPr>
              <w:sdtContent>
                <w:r>
                  <w:rPr>
                    <w:rFonts w:ascii="Arial" w:hAnsi="Arial"/>
                    <w:sz w:val="18"/>
                    <w:color w:val="157675"/>
                    <w:shd w:val="clear" w:color="auto" w:fill="E8F3F2"/>
                  </w:rPr>
                  <w:t>[Datum der Vollmacht]</w:t>
                </w:r>
              </w:sdtContent>
            </w:sdt>
          </w:p>
        </w:tc>
      </w:tr>
      <w:tr>
        <w:trPr>
          <w:cantSplit/>
        </w:trPr>
        <w:tc>
          <w:tcPr>
            <w:tcW w:type="dxa" w:w="2296"/>
            <w:tcMar>
              <w:top w:w="125" w:type="dxa"/>
              <w:start w:w="145" w:type="dxa"/>
              <w:bottom w:w="122" w:type="dxa"/>
              <w:end w:w="145" w:type="dxa"/>
            </w:tcMar>
            <w:vAlign w:val="center"/>
            <w:tcBorders>
              <w:bottom w:val="single" w:sz="4" w:color="D6E1E3"/>
            </w:tcBorders>
          </w:tcPr>
          <w:p>
            <w:pPr>
              <w:keepLines/>
            </w:pPr>
            <w:r>
              <w:rPr>
                <w:rFonts w:ascii="Arial" w:hAnsi="Arial"/>
                <w:b/>
                <w:color w:val="667987"/>
                <w:sz w:val="17"/>
              </w:rPr>
              <w:t>Art / Gegenstand</w:t>
            </w:r>
          </w:p>
        </w:tc>
        <w:tc>
          <w:tcPr>
            <w:tcW w:type="dxa" w:w="7308"/>
            <w:tcMar>
              <w:top w:w="125" w:type="dxa"/>
              <w:start w:w="145" w:type="dxa"/>
              <w:bottom w:w="122" w:type="dxa"/>
              <w:end w:w="145" w:type="dxa"/>
            </w:tcMar>
            <w:tcBorders>
              <w:bottom w:val="single" w:sz="4" w:color="D6E1E3"/>
            </w:tcBorders>
          </w:tcPr>
          <w:p>
            <w:pPr>
              <w:keepLines/>
            </w:pPr>
            <w:sdt>
              <w:sdtPr>
                <w:alias w:val="p1_gegenstand"/>
                <w:tag w:val="p1_gegenstand"/>
                <w:id w:val="15505"/>
                <w:text w:multiLine="0"/>
                <w:color w:val="157675"/>
              </w:sdtPr>
              <w:sdtContent>
                <w:r>
                  <w:rPr>
                    <w:rFonts w:ascii="Arial" w:hAnsi="Arial"/>
                    <w:sz w:val="18"/>
                    <w:color w:val="157675"/>
                    <w:shd w:val="clear" w:color="auto" w:fill="E8F3F2"/>
                  </w:rPr>
                  <w:t>[z. B. Bezeichnung oder betroffene Angelegenheit]</w:t>
                </w:r>
              </w:sdtContent>
            </w:sdt>
          </w:p>
        </w:tc>
      </w:tr>
      <w:tr>
        <w:trPr>
          <w:cantSplit/>
        </w:trPr>
        <w:tc>
          <w:tcPr>
            <w:tcW w:type="dxa" w:w="2296"/>
            <w:tcMar>
              <w:top w:w="125" w:type="dxa"/>
              <w:start w:w="145" w:type="dxa"/>
              <w:bottom w:w="122" w:type="dxa"/>
              <w:end w:w="145" w:type="dxa"/>
            </w:tcMar>
            <w:vAlign w:val="center"/>
            <w:tcBorders>
              <w:bottom w:val="single" w:sz="4" w:color="D6E1E3"/>
            </w:tcBorders>
          </w:tcPr>
          <w:p>
            <w:pPr>
              <w:keepLines/>
            </w:pPr>
            <w:r>
              <w:rPr>
                <w:rFonts w:ascii="Arial" w:hAnsi="Arial"/>
                <w:b/>
                <w:color w:val="667987"/>
                <w:sz w:val="17"/>
              </w:rPr>
              <w:t>Weitere Kennung</w:t>
            </w:r>
          </w:p>
        </w:tc>
        <w:tc>
          <w:tcPr>
            <w:tcW w:type="dxa" w:w="7308"/>
            <w:tcMar>
              <w:top w:w="125" w:type="dxa"/>
              <w:start w:w="145" w:type="dxa"/>
              <w:bottom w:w="122" w:type="dxa"/>
              <w:end w:w="145" w:type="dxa"/>
            </w:tcMar>
            <w:tcBorders>
              <w:bottom w:val="single" w:sz="4" w:color="D6E1E3"/>
            </w:tcBorders>
          </w:tcPr>
          <w:p>
            <w:pPr>
              <w:keepLines/>
            </w:pPr>
            <w:sdt>
              <w:sdtPr>
                <w:alias w:val="p1_kennung"/>
                <w:tag w:val="p1_kennung"/>
                <w:id w:val="15506"/>
                <w:text w:multiLine="0"/>
                <w:color w:val="157675"/>
              </w:sdtPr>
              <w:sdtContent>
                <w:r>
                  <w:rPr>
                    <w:rFonts w:ascii="Arial" w:hAnsi="Arial"/>
                    <w:sz w:val="18"/>
                    <w:color w:val="157675"/>
                    <w:shd w:val="clear" w:color="auto" w:fill="E8F3F2"/>
                  </w:rPr>
                  <w:t>[optional: Aktenzeichen, Vertragsnummer o. Ä.]</w:t>
                </w:r>
              </w:sdtContent>
            </w:sdt>
          </w:p>
        </w:tc>
      </w:tr>
    </w:tbl>
    <w:p>
      <w:pPr>
        <w:spacing w:before="280" w:after="180"/>
        <w:pBdr>
          <w:bottom w:val="single" w:sz="5" w:color="D6E1E3" w:space="3"/>
        </w:pBdr>
      </w:pPr>
      <w:r>
        <w:rPr>
          <w:rFonts w:ascii="Arial" w:hAnsi="Arial"/>
          <w:b/>
          <w:color w:val="152F40"/>
          <w:sz w:val="20"/>
        </w:rPr>
        <w:t>WIDERRUFSERKLÄRUNG</w:t>
      </w:r>
    </w:p>
    <w:p>
      <w:pPr>
        <w:spacing w:after="160" w:line="278" w:lineRule="auto"/>
      </w:pPr>
      <w:r>
        <w:rPr>
          <w:rFonts w:ascii="Arial" w:hAnsi="Arial"/>
          <w:b w:val="0"/>
          <w:color w:val="233C49"/>
          <w:sz w:val="20"/>
        </w:rPr>
        <w:t>Hiermit widerrufe ich die oben bezeichnete Vollmacht mit Wirkung ab Zugang dieser Erklärung in folgendem Umfang:</w:t>
      </w:r>
    </w:p>
    <w:tbl>
      <w:tblPr>
        <w:tblW w:type="auto" w:w="0"/>
        <w:tblLayout w:type="fixed"/>
        <w:tblLook w:firstColumn="1" w:firstRow="1" w:lastColumn="0" w:lastRow="0" w:noHBand="0" w:noVBand="1" w:val="04A0"/>
      </w:tblPr>
      <w:tblGrid>
        <w:gridCol w:w="9604"/>
      </w:tblGrid>
      <w:tr>
        <w:trPr>
          <w:cantSplit/>
        </w:trPr>
        <w:tc>
          <w:tcPr>
            <w:tcW w:type="dxa" w:w="9752"/>
            <w:tcMar>
              <w:top w:w="133" w:type="dxa"/>
              <w:start w:w="150" w:type="dxa"/>
              <w:bottom w:w="133" w:type="dxa"/>
              <w:end w:w="145" w:type="dxa"/>
            </w:tcMar>
            <w:shd w:fill="F2F6F7"/>
            <w:tcBorders>
              <w:bottom w:val="single" w:sz="4" w:color="D6E1E3"/>
            </w:tcBorders>
          </w:tcPr>
          <w:p>
            <w:pPr>
              <w:keepLines/>
              <w:spacing w:after="0"/>
            </w:pPr>
            <w:sdt>
              <w:sdtPr>
                <w:alias w:val="p1_gesamt"/>
                <w:tag w:val="p1_gesamt"/>
                <w:id w:val="15507"/>
                <w14:checkbox>
                  <w14:checked w14:val="1"/>
                  <w14:checkedState w14:val="2612" w14:font="DejaVu Sans"/>
                  <w14:uncheckedState w14:val="2610" w14:font="DejaVu Sans"/>
                </w14:checkbox>
              </w:sdtPr>
              <w:sdtContent>
                <w:r>
                  <w:rPr>
                    <w:rFonts w:ascii="DejaVu Sans" w:hAnsi="DejaVu Sans"/>
                    <w:sz w:val="22"/>
                  </w:rPr>
                  <w:t>☒</w:t>
                </w:r>
              </w:sdtContent>
            </w:sdt>
            <w:r>
              <w:rPr>
                <w:rFonts w:ascii="Arial" w:hAnsi="Arial"/>
                <w:b w:val="0"/>
                <w:color w:val="233C49"/>
                <w:sz w:val="20"/>
              </w:rPr>
              <w:t xml:space="preserve">   Vollständig – die Vollmacht wird insgesamt widerrufen.</w:t>
            </w:r>
          </w:p>
        </w:tc>
      </w:tr>
      <w:tr>
        <w:trPr>
          <w:cantSplit/>
        </w:trPr>
        <w:tc>
          <w:tcPr>
            <w:tcW w:type="dxa" w:w="9752"/>
            <w:tcMar>
              <w:top w:w="133" w:type="dxa"/>
              <w:start w:w="150" w:type="dxa"/>
              <w:bottom w:w="133" w:type="dxa"/>
              <w:end w:w="145" w:type="dxa"/>
            </w:tcMar>
            <w:shd w:fill="FFFFFF"/>
          </w:tcPr>
          <w:p>
            <w:pPr>
              <w:keepLines/>
              <w:spacing w:after="0"/>
            </w:pPr>
            <w:sdt>
              <w:sdtPr>
                <w:alias w:val="p1_teil"/>
                <w:tag w:val="p1_teil"/>
                <w:id w:val="15508"/>
                <w14:checkbox>
                  <w14:checked w14:val="0"/>
                  <w14:checkedState w14:val="2612" w14:font="DejaVu Sans"/>
                  <w14:uncheckedState w14:val="2610" w14:font="DejaVu Sans"/>
                </w14:checkbox>
              </w:sdtPr>
              <w:sdtContent>
                <w:r>
                  <w:rPr>
                    <w:rFonts w:ascii="DejaVu Sans" w:hAnsi="DejaVu Sans"/>
                    <w:sz w:val="22"/>
                  </w:rPr>
                  <w:t>☐</w:t>
                </w:r>
              </w:sdtContent>
            </w:sdt>
            <w:r>
              <w:rPr>
                <w:rFonts w:ascii="Arial" w:hAnsi="Arial"/>
                <w:b w:val="0"/>
                <w:color w:val="233C49"/>
                <w:sz w:val="20"/>
              </w:rPr>
              <w:t xml:space="preserve">   Teilweise – ausschließlich hinsichtlich der nachfolgend genannten Befugnisse:</w:t>
            </w:r>
          </w:p>
          <w:p>
            <w:pPr>
              <w:keepLines/>
              <w:spacing w:before="60"/>
              <w:ind w:left="295"/>
            </w:pPr>
            <w:sdt>
              <w:sdtPr>
                <w:alias w:val="p1_befugnisse"/>
                <w:tag w:val="p1_befugnisse"/>
                <w:id w:val="15509"/>
                <w:text w:multiLine="0"/>
                <w:color w:val="157675"/>
              </w:sdtPr>
              <w:sdtContent>
                <w:r>
                  <w:rPr>
                    <w:rFonts w:ascii="Arial" w:hAnsi="Arial"/>
                    <w:sz w:val="17"/>
                    <w:color w:val="157675"/>
                    <w:shd w:val="clear" w:color="auto" w:fill="E8F3F2"/>
                  </w:rPr>
                  <w:t>[Befugnisse bei Teilwiderruf genau bezeichnen]</w:t>
                </w:r>
              </w:sdtContent>
            </w:sdt>
          </w:p>
        </w:tc>
      </w:tr>
    </w:tbl>
    <w:p>
      <w:pPr>
        <w:spacing w:after="60" w:before="60"/>
      </w:pPr>
      <w:r>
        <w:rPr>
          <w:rFonts w:ascii="Arial" w:hAnsi="Arial"/>
          <w:b w:val="0"/>
          <w:color w:val="667987"/>
          <w:sz w:val="16"/>
        </w:rPr>
        <w:t>Bitte genau eine Auswahl verwenden.</w:t>
      </w:r>
    </w:p>
    <w:p>
      <w:pPr>
        <w:spacing w:after="100"/>
      </w:pPr>
      <w:r>
        <w:rPr>
          <w:rFonts w:ascii="Arial" w:hAnsi="Arial"/>
          <w:b w:val="0"/>
          <w:color w:val="233C49"/>
          <w:sz w:val="20"/>
        </w:rPr>
        <w:t>Ab Zugang dieser Erklärung dürfen Sie mich in dem widerrufenen Umfang nicht mehr vertreten. Bitte nehmen Sie insoweit keine weiteren Handlungen in meinem Namen vor und verwenden Sie die Vollmacht nicht mehr.</w:t>
      </w:r>
    </w:p>
    <w:p>
      <w:pPr>
        <w:spacing w:before="280" w:after="180"/>
        <w:pBdr>
          <w:bottom w:val="single" w:sz="5" w:color="D6E1E3" w:space="3"/>
        </w:pBdr>
      </w:pPr>
      <w:r>
        <w:rPr>
          <w:rFonts w:ascii="Arial" w:hAnsi="Arial"/>
          <w:b/>
          <w:color w:val="152F40"/>
          <w:sz w:val="20"/>
        </w:rPr>
        <w:t>RÜCKGABE UND BESTÄTIGUNG</w:t>
      </w:r>
    </w:p>
    <w:p>
      <w:pPr>
        <w:spacing w:after="100"/>
      </w:pPr>
      <w:r>
        <w:rPr>
          <w:rFonts w:ascii="Arial" w:hAnsi="Arial"/>
          <w:b w:val="0"/>
          <w:color w:val="233C49"/>
          <w:sz w:val="20"/>
        </w:rPr>
        <w:t>Sofern Ihnen eine Vollmachtsurkunde ausgehändigt wurde, fordere ich Sie auf, mir das Original unverzüglich zurückzugeben. Bitte bestätigen Sie mir den Zugang dieses Schreibens und die Rückgabe der Urkunde in Textform.</w:t>
      </w:r>
    </w:p>
    <w:p>
      <w:pPr>
        <w:spacing w:after="140"/>
      </w:pPr>
      <w:r>
        <w:rPr>
          <w:rFonts w:ascii="Arial" w:hAnsi="Arial"/>
          <w:b w:val="0"/>
          <w:color w:val="233C49"/>
          <w:sz w:val="20"/>
        </w:rPr>
        <w:t>Falls Sie die Vollmacht gegenüber Dritten verwendet haben, bitte ich um Mitteilung der betreffenden Stellen, soweit Ihnen diese bekannt sind.</w:t>
      </w:r>
    </w:p>
    <w:tbl>
      <w:tblPr>
        <w:tblW w:type="auto" w:w="0"/>
        <w:tblLayout w:type="fixed"/>
        <w:tblLook w:firstColumn="1" w:firstRow="1" w:lastColumn="0" w:lastRow="0" w:noHBand="0" w:noVBand="1" w:val="04A0"/>
      </w:tblPr>
      <w:tblGrid>
        <w:gridCol w:w="4167"/>
        <w:gridCol w:w="5437"/>
      </w:tblGrid>
      <w:tr>
        <w:trPr>
          <w:cantSplit/>
        </w:trPr>
        <w:tc>
          <w:tcPr>
            <w:tcW w:type="dxa" w:w="4876"/>
            <w:tcMar>
              <w:top w:w="70" w:type="dxa"/>
              <w:start w:w="60" w:type="dxa"/>
              <w:bottom w:w="340" w:type="dxa"/>
              <w:end w:w="110" w:type="dxa"/>
            </w:tcMar>
          </w:tcPr>
          <w:p>
            <w:pPr>
              <w:keepLines/>
            </w:pPr>
            <w:sdt>
              <w:sdtPr>
                <w:alias w:val="p1_ort_datum"/>
                <w:tag w:val="p1_ort_datum"/>
                <w:id w:val="15510"/>
                <w:text w:multiLine="0"/>
                <w:color w:val="157675"/>
              </w:sdtPr>
              <w:sdtContent>
                <w:r>
                  <w:rPr>
                    <w:rFonts w:ascii="Arial" w:hAnsi="Arial"/>
                    <w:sz w:val="18"/>
                    <w:color w:val="157675"/>
                    <w:shd w:val="clear" w:color="auto" w:fill="E8F3F2"/>
                  </w:rPr>
                  <w:t>[Ort, Datum]</w:t>
                </w:r>
              </w:sdtContent>
            </w:sdt>
          </w:p>
        </w:tc>
        <w:tc>
          <w:tcPr>
            <w:tcW w:type="dxa" w:w="4876"/>
            <w:tcMar>
              <w:top w:w="70" w:type="dxa"/>
              <w:start w:w="60" w:type="dxa"/>
              <w:bottom w:w="340" w:type="dxa"/>
              <w:end w:w="110" w:type="dxa"/>
            </w:tcMar>
          </w:tcPr>
          <w:p>
            <w:pPr>
              <w:keepLines/>
            </w:pPr>
            <w:r>
              <w:rPr>
                <w:rFonts w:ascii="Arial" w:hAnsi="Arial"/>
                <w:b w:val="0"/>
                <w:color w:val="233C49"/>
                <w:sz w:val="18"/>
              </w:rPr>
              <w:t xml:space="preserve"> </w:t>
            </w:r>
          </w:p>
        </w:tc>
      </w:tr>
      <w:tr>
        <w:trPr>
          <w:cantSplit/>
        </w:trPr>
        <w:tc>
          <w:tcPr>
            <w:tcW w:type="dxa" w:w="4876"/>
            <w:tcMar>
              <w:top w:w="70" w:type="dxa"/>
              <w:start w:w="60" w:type="dxa"/>
              <w:bottom w:w="25" w:type="dxa"/>
              <w:end w:w="110" w:type="dxa"/>
            </w:tcMar>
            <w:tcBorders>
              <w:top w:val="single" w:sz="6" w:color="152F40"/>
            </w:tcBorders>
          </w:tcPr>
          <w:p>
            <w:pPr>
              <w:keepLines/>
            </w:pPr>
            <w:r>
              <w:rPr>
                <w:rFonts w:ascii="Arial" w:hAnsi="Arial"/>
                <w:b w:val="0"/>
                <w:color w:val="667987"/>
                <w:sz w:val="16"/>
              </w:rPr>
              <w:t>Ort, Datum</w:t>
            </w:r>
          </w:p>
        </w:tc>
        <w:tc>
          <w:tcPr>
            <w:tcW w:type="dxa" w:w="4876"/>
            <w:tcMar>
              <w:top w:w="70" w:type="dxa"/>
              <w:start w:w="60" w:type="dxa"/>
              <w:bottom w:w="25" w:type="dxa"/>
              <w:end w:w="110" w:type="dxa"/>
            </w:tcMar>
            <w:tcBorders>
              <w:top w:val="single" w:sz="6" w:color="152F40"/>
            </w:tcBorders>
          </w:tcPr>
          <w:p>
            <w:pPr>
              <w:keepLines/>
            </w:pPr>
            <w:r>
              <w:rPr>
                <w:rFonts w:ascii="Arial" w:hAnsi="Arial"/>
                <w:b w:val="0"/>
                <w:color w:val="667987"/>
                <w:sz w:val="16"/>
              </w:rPr>
              <w:t>Unterschrift der vollmachtgebenden Person</w:t>
            </w:r>
          </w:p>
        </w:tc>
      </w:tr>
    </w:tbl>
    <w:p>
      <w:r>
        <w:br w:type="page"/>
      </w:r>
    </w:p>
    <w:p>
      <w:pPr>
        <w:pStyle w:val="Eyebrow"/>
        <w:spacing w:after="180"/>
        <w:pBdr>
          <w:bottom w:val="single" w:sz="12" w:color="157675" w:space="6"/>
        </w:pBdr>
      </w:pPr>
      <w:r>
        <w:rPr>
          <w:rFonts w:ascii="Arial" w:hAnsi="Arial"/>
          <w:b/>
          <w:color w:val="157675"/>
          <w:sz w:val="16"/>
        </w:rPr>
        <w:t>VOLLMACHT</w:t>
      </w:r>
      <w:r>
        <w:rPr>
          <w:rFonts w:ascii="Arial" w:hAnsi="Arial"/>
          <w:b w:val="0"/>
          <w:color w:val="667987"/>
          <w:sz w:val="16"/>
        </w:rPr>
        <w:t xml:space="preserve">   /   MITTEILUNG AN DRITTE</w:t>
      </w:r>
    </w:p>
    <w:p>
      <w:pPr>
        <w:spacing w:after="60"/>
      </w:pPr>
      <w:r>
        <w:rPr>
          <w:rFonts w:ascii="Arial" w:hAnsi="Arial"/>
          <w:b/>
          <w:color w:val="152F40"/>
          <w:sz w:val="44"/>
        </w:rPr>
        <w:t>Mitteilung über einen Vollmachtswiderruf</w:t>
      </w:r>
    </w:p>
    <w:p>
      <w:pPr>
        <w:spacing w:after="300"/>
      </w:pPr>
      <w:r>
        <w:rPr>
          <w:rFonts w:ascii="Arial" w:hAnsi="Arial"/>
          <w:b w:val="0"/>
          <w:color w:val="667987"/>
          <w:sz w:val="18"/>
        </w:rPr>
        <w:t>Anzeige gegenüber einer betroffenen Stelle</w:t>
      </w:r>
    </w:p>
    <w:tbl>
      <w:tblPr>
        <w:tblW w:type="auto" w:w="0"/>
        <w:jc w:val="center"/>
        <w:tblLayout w:type="fixed"/>
        <w:tblLook w:firstColumn="1" w:firstRow="1" w:lastColumn="0" w:lastRow="0" w:noHBand="0" w:noVBand="1" w:val="04A0"/>
      </w:tblPr>
      <w:tblGrid>
        <w:gridCol w:w="4802"/>
        <w:gridCol w:w="4802"/>
      </w:tblGrid>
      <w:tr>
        <w:trPr>
          <w:cantSplit/>
        </w:trPr>
        <w:tc>
          <w:tcPr>
            <w:tcW w:type="dxa" w:w="4876"/>
            <w:vAlign w:val="top"/>
            <w:shd w:fill="F2F6F7"/>
            <w:tcMar>
              <w:top w:w="130" w:type="dxa"/>
              <w:start w:w="175" w:type="dxa"/>
              <w:bottom w:w="135" w:type="dxa"/>
              <w:end w:w="170" w:type="dxa"/>
            </w:tcMar>
            <w:tcBorders>
              <w:right w:val="single" w:sz="18" w:color="FFFFFF"/>
            </w:tcBorders>
          </w:tcPr>
          <w:p>
            <w:pPr>
              <w:keepLines/>
              <w:spacing w:after="140"/>
            </w:pPr>
            <w:r>
              <w:rPr>
                <w:rFonts w:ascii="Arial" w:hAnsi="Arial"/>
                <w:b/>
                <w:color w:val="157675"/>
                <w:sz w:val="16"/>
              </w:rPr>
              <w:t>ABSENDER/IN</w:t>
            </w:r>
          </w:p>
          <w:p>
            <w:pPr>
              <w:keepLines/>
              <w:spacing w:after="80"/>
            </w:pPr>
            <w:r>
              <w:rPr>
                <w:rFonts w:ascii="Arial" w:hAnsi="Arial"/>
                <w:b/>
                <w:color w:val="667987"/>
                <w:sz w:val="16"/>
              </w:rPr>
              <w:t xml:space="preserve">Name  </w:t>
            </w:r>
            <w:sdt>
              <w:sdtPr>
                <w:alias w:val="p2_abs_name"/>
                <w:tag w:val="p2_abs_name"/>
                <w:id w:val="15511"/>
                <w:text w:multiLine="0"/>
                <w:color w:val="157675"/>
              </w:sdtPr>
              <w:sdtContent>
                <w:r>
                  <w:rPr>
                    <w:rFonts w:ascii="Arial" w:hAnsi="Arial"/>
                    <w:sz w:val="18"/>
                    <w:color w:val="157675"/>
                    <w:shd w:val="clear" w:color="auto" w:fill="E8F3F2"/>
                  </w:rPr>
                  <w:t>[Name / Firmenname]</w:t>
                </w:r>
              </w:sdtContent>
            </w:sdt>
          </w:p>
          <w:p>
            <w:pPr>
              <w:keepLines/>
              <w:spacing w:after="0"/>
            </w:pPr>
            <w:r>
              <w:rPr>
                <w:rFonts w:ascii="Arial" w:hAnsi="Arial"/>
                <w:b/>
                <w:color w:val="667987"/>
                <w:sz w:val="16"/>
              </w:rPr>
              <w:t xml:space="preserve">Anschrift  </w:t>
            </w:r>
            <w:sdt>
              <w:sdtPr>
                <w:alias w:val="p2_abs_adresse"/>
                <w:tag w:val="p2_abs_adresse"/>
                <w:id w:val="15512"/>
                <w:text w:multiLine="0"/>
                <w:color w:val="157675"/>
              </w:sdtPr>
              <w:sdtContent>
                <w:r>
                  <w:rPr>
                    <w:rFonts w:ascii="Arial" w:hAnsi="Arial"/>
                    <w:sz w:val="18"/>
                    <w:color w:val="157675"/>
                    <w:shd w:val="clear" w:color="auto" w:fill="E8F3F2"/>
                  </w:rPr>
                  <w:t>[Straße, PLZ und Ort]</w:t>
                </w:r>
              </w:sdtContent>
            </w:sdt>
          </w:p>
        </w:tc>
        <w:tc>
          <w:tcPr>
            <w:tcW w:type="dxa" w:w="4876"/>
            <w:vAlign w:val="top"/>
            <w:shd w:fill="F2F6F7"/>
            <w:tcMar>
              <w:top w:w="130" w:type="dxa"/>
              <w:start w:w="175" w:type="dxa"/>
              <w:bottom w:w="135" w:type="dxa"/>
              <w:end w:w="170" w:type="dxa"/>
            </w:tcMar>
            <w:tcBorders>
              <w:left w:val="single" w:sz="18" w:color="FFFFFF"/>
            </w:tcBorders>
          </w:tcPr>
          <w:p>
            <w:pPr>
              <w:keepLines/>
              <w:spacing w:after="140"/>
            </w:pPr>
            <w:r>
              <w:rPr>
                <w:rFonts w:ascii="Arial" w:hAnsi="Arial"/>
                <w:b/>
                <w:color w:val="157675"/>
                <w:sz w:val="16"/>
              </w:rPr>
              <w:t>EMPFANGENDE STELLE</w:t>
            </w:r>
          </w:p>
          <w:p>
            <w:pPr>
              <w:keepLines/>
              <w:spacing w:after="80"/>
            </w:pPr>
            <w:r>
              <w:rPr>
                <w:rFonts w:ascii="Arial" w:hAnsi="Arial"/>
                <w:b/>
                <w:color w:val="667987"/>
                <w:sz w:val="16"/>
              </w:rPr>
              <w:t xml:space="preserve">Name  </w:t>
            </w:r>
            <w:sdt>
              <w:sdtPr>
                <w:alias w:val="p2_emp_name"/>
                <w:tag w:val="p2_emp_name"/>
                <w:id w:val="15513"/>
                <w:text w:multiLine="0"/>
                <w:color w:val="157675"/>
              </w:sdtPr>
              <w:sdtContent>
                <w:r>
                  <w:rPr>
                    <w:rFonts w:ascii="Arial" w:hAnsi="Arial"/>
                    <w:sz w:val="18"/>
                    <w:color w:val="157675"/>
                    <w:shd w:val="clear" w:color="auto" w:fill="E8F3F2"/>
                  </w:rPr>
                  <w:t>[Name der Stelle / Ansprechperson]</w:t>
                </w:r>
              </w:sdtContent>
            </w:sdt>
          </w:p>
          <w:p>
            <w:pPr>
              <w:keepLines/>
              <w:spacing w:after="0"/>
            </w:pPr>
            <w:r>
              <w:rPr>
                <w:rFonts w:ascii="Arial" w:hAnsi="Arial"/>
                <w:b/>
                <w:color w:val="667987"/>
                <w:sz w:val="16"/>
              </w:rPr>
              <w:t xml:space="preserve">Anschrift  </w:t>
            </w:r>
            <w:sdt>
              <w:sdtPr>
                <w:alias w:val="p2_emp_adresse"/>
                <w:tag w:val="p2_emp_adresse"/>
                <w:id w:val="15514"/>
                <w:text w:multiLine="0"/>
                <w:color w:val="157675"/>
              </w:sdtPr>
              <w:sdtContent>
                <w:r>
                  <w:rPr>
                    <w:rFonts w:ascii="Arial" w:hAnsi="Arial"/>
                    <w:sz w:val="18"/>
                    <w:color w:val="157675"/>
                    <w:shd w:val="clear" w:color="auto" w:fill="E8F3F2"/>
                  </w:rPr>
                  <w:t>[Straße, PLZ und Ort]</w:t>
                </w:r>
              </w:sdtContent>
            </w:sdt>
          </w:p>
        </w:tc>
      </w:tr>
    </w:tbl>
    <w:p>
      <w:pPr>
        <w:spacing w:before="280" w:after="180"/>
        <w:pBdr>
          <w:bottom w:val="single" w:sz="5" w:color="D6E1E3" w:space="3"/>
        </w:pBdr>
      </w:pPr>
      <w:r>
        <w:rPr>
          <w:rFonts w:ascii="Arial" w:hAnsi="Arial"/>
          <w:b/>
          <w:color w:val="152F40"/>
          <w:sz w:val="20"/>
        </w:rPr>
        <w:t>ANGABEN ZUR VOLLMACHT</w:t>
      </w:r>
    </w:p>
    <w:tbl>
      <w:tblPr>
        <w:tblW w:type="auto" w:w="0"/>
        <w:tblLayout w:type="fixed"/>
        <w:tblLook w:firstColumn="1" w:firstRow="1" w:lastColumn="0" w:lastRow="0" w:noHBand="0" w:noVBand="1" w:val="04A0"/>
      </w:tblPr>
      <w:tblGrid>
        <w:gridCol w:w="2296"/>
        <w:gridCol w:w="7308"/>
      </w:tblGrid>
      <w:tr>
        <w:trPr>
          <w:cantSplit/>
        </w:trPr>
        <w:tc>
          <w:tcPr>
            <w:tcW w:type="dxa" w:w="2296"/>
            <w:tcMar>
              <w:top w:w="125" w:type="dxa"/>
              <w:start w:w="145" w:type="dxa"/>
              <w:bottom w:w="122" w:type="dxa"/>
              <w:end w:w="145" w:type="dxa"/>
            </w:tcMar>
            <w:vAlign w:val="center"/>
            <w:tcBorders>
              <w:bottom w:val="single" w:sz="4" w:color="D6E1E3"/>
            </w:tcBorders>
          </w:tcPr>
          <w:p>
            <w:pPr>
              <w:keepLines/>
            </w:pPr>
            <w:r>
              <w:rPr>
                <w:rFonts w:ascii="Arial" w:hAnsi="Arial"/>
                <w:b/>
                <w:color w:val="667987"/>
                <w:sz w:val="17"/>
              </w:rPr>
              <w:t>Bevollmächtigte Person</w:t>
            </w:r>
          </w:p>
        </w:tc>
        <w:tc>
          <w:tcPr>
            <w:tcW w:type="dxa" w:w="7308"/>
            <w:tcMar>
              <w:top w:w="125" w:type="dxa"/>
              <w:start w:w="145" w:type="dxa"/>
              <w:bottom w:w="122" w:type="dxa"/>
              <w:end w:w="145" w:type="dxa"/>
            </w:tcMar>
            <w:tcBorders>
              <w:bottom w:val="single" w:sz="4" w:color="D6E1E3"/>
            </w:tcBorders>
          </w:tcPr>
          <w:p>
            <w:pPr>
              <w:keepLines/>
            </w:pPr>
            <w:sdt>
              <w:sdtPr>
                <w:alias w:val="p2_person"/>
                <w:tag w:val="p2_person"/>
                <w:id w:val="15515"/>
                <w:text w:multiLine="0"/>
                <w:color w:val="157675"/>
              </w:sdtPr>
              <w:sdtContent>
                <w:r>
                  <w:rPr>
                    <w:rFonts w:ascii="Arial" w:hAnsi="Arial"/>
                    <w:sz w:val="18"/>
                    <w:color w:val="157675"/>
                    <w:shd w:val="clear" w:color="auto" w:fill="E8F3F2"/>
                  </w:rPr>
                  <w:t>[Name / Firmenname]</w:t>
                </w:r>
              </w:sdtContent>
            </w:sdt>
          </w:p>
        </w:tc>
      </w:tr>
      <w:tr>
        <w:trPr>
          <w:cantSplit/>
        </w:trPr>
        <w:tc>
          <w:tcPr>
            <w:tcW w:type="dxa" w:w="2296"/>
            <w:tcMar>
              <w:top w:w="125" w:type="dxa"/>
              <w:start w:w="145" w:type="dxa"/>
              <w:bottom w:w="122" w:type="dxa"/>
              <w:end w:w="145" w:type="dxa"/>
            </w:tcMar>
            <w:vAlign w:val="center"/>
            <w:tcBorders>
              <w:bottom w:val="single" w:sz="4" w:color="D6E1E3"/>
            </w:tcBorders>
          </w:tcPr>
          <w:p>
            <w:pPr>
              <w:keepLines/>
            </w:pPr>
            <w:r>
              <w:rPr>
                <w:rFonts w:ascii="Arial" w:hAnsi="Arial"/>
                <w:b/>
                <w:color w:val="667987"/>
                <w:sz w:val="17"/>
              </w:rPr>
              <w:t>Vollmacht vom</w:t>
            </w:r>
          </w:p>
        </w:tc>
        <w:tc>
          <w:tcPr>
            <w:tcW w:type="dxa" w:w="7308"/>
            <w:tcMar>
              <w:top w:w="125" w:type="dxa"/>
              <w:start w:w="145" w:type="dxa"/>
              <w:bottom w:w="122" w:type="dxa"/>
              <w:end w:w="145" w:type="dxa"/>
            </w:tcMar>
            <w:tcBorders>
              <w:bottom w:val="single" w:sz="4" w:color="D6E1E3"/>
            </w:tcBorders>
          </w:tcPr>
          <w:p>
            <w:pPr>
              <w:keepLines/>
            </w:pPr>
            <w:sdt>
              <w:sdtPr>
                <w:alias w:val="p2_datum"/>
                <w:tag w:val="p2_datum"/>
                <w:id w:val="15516"/>
                <w:text w:multiLine="0"/>
                <w:color w:val="157675"/>
              </w:sdtPr>
              <w:sdtContent>
                <w:r>
                  <w:rPr>
                    <w:rFonts w:ascii="Arial" w:hAnsi="Arial"/>
                    <w:sz w:val="18"/>
                    <w:color w:val="157675"/>
                    <w:shd w:val="clear" w:color="auto" w:fill="E8F3F2"/>
                  </w:rPr>
                  <w:t>[Datum der Erteilung]</w:t>
                </w:r>
              </w:sdtContent>
            </w:sdt>
          </w:p>
        </w:tc>
      </w:tr>
      <w:tr>
        <w:trPr>
          <w:cantSplit/>
        </w:trPr>
        <w:tc>
          <w:tcPr>
            <w:tcW w:type="dxa" w:w="2296"/>
            <w:tcMar>
              <w:top w:w="125" w:type="dxa"/>
              <w:start w:w="145" w:type="dxa"/>
              <w:bottom w:w="122" w:type="dxa"/>
              <w:end w:w="145" w:type="dxa"/>
            </w:tcMar>
            <w:vAlign w:val="center"/>
            <w:tcBorders>
              <w:bottom w:val="single" w:sz="4" w:color="D6E1E3"/>
            </w:tcBorders>
          </w:tcPr>
          <w:p>
            <w:pPr>
              <w:keepLines/>
            </w:pPr>
            <w:r>
              <w:rPr>
                <w:rFonts w:ascii="Arial" w:hAnsi="Arial"/>
                <w:b/>
                <w:color w:val="667987"/>
                <w:sz w:val="17"/>
              </w:rPr>
              <w:t>Gegenstand</w:t>
            </w:r>
          </w:p>
        </w:tc>
        <w:tc>
          <w:tcPr>
            <w:tcW w:type="dxa" w:w="7308"/>
            <w:tcMar>
              <w:top w:w="125" w:type="dxa"/>
              <w:start w:w="145" w:type="dxa"/>
              <w:bottom w:w="122" w:type="dxa"/>
              <w:end w:w="145" w:type="dxa"/>
            </w:tcMar>
            <w:tcBorders>
              <w:bottom w:val="single" w:sz="4" w:color="D6E1E3"/>
            </w:tcBorders>
          </w:tcPr>
          <w:p>
            <w:pPr>
              <w:keepLines/>
            </w:pPr>
            <w:sdt>
              <w:sdtPr>
                <w:alias w:val="p2_gegenstand"/>
                <w:tag w:val="p2_gegenstand"/>
                <w:id w:val="15517"/>
                <w:text w:multiLine="0"/>
                <w:color w:val="157675"/>
              </w:sdtPr>
              <w:sdtContent>
                <w:r>
                  <w:rPr>
                    <w:rFonts w:ascii="Arial" w:hAnsi="Arial"/>
                    <w:sz w:val="18"/>
                    <w:color w:val="157675"/>
                    <w:shd w:val="clear" w:color="auto" w:fill="E8F3F2"/>
                  </w:rPr>
                  <w:t>[Art oder betroffene Angelegenheit]</w:t>
                </w:r>
              </w:sdtContent>
            </w:sdt>
          </w:p>
        </w:tc>
      </w:tr>
      <w:tr>
        <w:trPr>
          <w:cantSplit/>
        </w:trPr>
        <w:tc>
          <w:tcPr>
            <w:tcW w:type="dxa" w:w="2296"/>
            <w:tcMar>
              <w:top w:w="125" w:type="dxa"/>
              <w:start w:w="145" w:type="dxa"/>
              <w:bottom w:w="122" w:type="dxa"/>
              <w:end w:w="145" w:type="dxa"/>
            </w:tcMar>
            <w:vAlign w:val="center"/>
            <w:tcBorders>
              <w:bottom w:val="single" w:sz="4" w:color="D6E1E3"/>
            </w:tcBorders>
          </w:tcPr>
          <w:p>
            <w:pPr>
              <w:keepLines/>
            </w:pPr>
            <w:r>
              <w:rPr>
                <w:rFonts w:ascii="Arial" w:hAnsi="Arial"/>
                <w:b/>
                <w:color w:val="667987"/>
                <w:sz w:val="17"/>
              </w:rPr>
              <w:t>Bezug / Kennung</w:t>
            </w:r>
          </w:p>
        </w:tc>
        <w:tc>
          <w:tcPr>
            <w:tcW w:type="dxa" w:w="7308"/>
            <w:tcMar>
              <w:top w:w="125" w:type="dxa"/>
              <w:start w:w="145" w:type="dxa"/>
              <w:bottom w:w="122" w:type="dxa"/>
              <w:end w:w="145" w:type="dxa"/>
            </w:tcMar>
            <w:tcBorders>
              <w:bottom w:val="single" w:sz="4" w:color="D6E1E3"/>
            </w:tcBorders>
          </w:tcPr>
          <w:p>
            <w:pPr>
              <w:keepLines/>
            </w:pPr>
            <w:sdt>
              <w:sdtPr>
                <w:alias w:val="p2_bezug"/>
                <w:tag w:val="p2_bezug"/>
                <w:id w:val="15518"/>
                <w:text w:multiLine="0"/>
                <w:color w:val="157675"/>
              </w:sdtPr>
              <w:sdtContent>
                <w:r>
                  <w:rPr>
                    <w:rFonts w:ascii="Arial" w:hAnsi="Arial"/>
                    <w:sz w:val="18"/>
                    <w:color w:val="157675"/>
                    <w:shd w:val="clear" w:color="auto" w:fill="E8F3F2"/>
                  </w:rPr>
                  <w:t>[optional: Aktenzeichen oder Vertragsnummer]</w:t>
                </w:r>
              </w:sdtContent>
            </w:sdt>
          </w:p>
        </w:tc>
      </w:tr>
    </w:tbl>
    <w:p>
      <w:pPr>
        <w:spacing w:before="280" w:after="180"/>
        <w:pBdr>
          <w:bottom w:val="single" w:sz="5" w:color="D6E1E3" w:space="3"/>
        </w:pBdr>
      </w:pPr>
      <w:r>
        <w:rPr>
          <w:rFonts w:ascii="Arial" w:hAnsi="Arial"/>
          <w:b/>
          <w:color w:val="152F40"/>
          <w:sz w:val="20"/>
        </w:rPr>
        <w:t>ANZEIGE DES WIDERRUFS</w:t>
      </w:r>
    </w:p>
    <w:p>
      <w:pPr>
        <w:spacing w:after="160"/>
      </w:pPr>
      <w:r>
        <w:rPr>
          <w:rFonts w:ascii="Arial" w:hAnsi="Arial"/>
          <w:b w:val="0"/>
          <w:color w:val="233C49"/>
          <w:sz w:val="20"/>
        </w:rPr>
        <w:t>Ich teile Ihnen hiermit mit, dass ich die oben bezeichnete Vollmacht widerrufen habe. Der Widerruf betrifft:</w:t>
      </w:r>
    </w:p>
    <w:tbl>
      <w:tblPr>
        <w:tblW w:type="auto" w:w="0"/>
        <w:tblLayout w:type="fixed"/>
        <w:tblLook w:firstColumn="1" w:firstRow="1" w:lastColumn="0" w:lastRow="0" w:noHBand="0" w:noVBand="1" w:val="04A0"/>
      </w:tblPr>
      <w:tblGrid>
        <w:gridCol w:w="9604"/>
      </w:tblGrid>
      <w:tr>
        <w:trPr>
          <w:cantSplit/>
        </w:trPr>
        <w:tc>
          <w:tcPr>
            <w:tcW w:type="dxa" w:w="9752"/>
            <w:tcMar>
              <w:top w:w="133" w:type="dxa"/>
              <w:start w:w="150" w:type="dxa"/>
              <w:bottom w:w="133" w:type="dxa"/>
              <w:end w:w="145" w:type="dxa"/>
            </w:tcMar>
            <w:shd w:fill="F2F6F7"/>
            <w:tcBorders>
              <w:bottom w:val="single" w:sz="4" w:color="D6E1E3"/>
            </w:tcBorders>
          </w:tcPr>
          <w:p>
            <w:pPr>
              <w:keepLines/>
            </w:pPr>
            <w:sdt>
              <w:sdtPr>
                <w:alias w:val="p2_gesamt"/>
                <w:tag w:val="p2_gesamt"/>
                <w:id w:val="15519"/>
                <w14:checkbox>
                  <w14:checked w14:val="1"/>
                  <w14:checkedState w14:val="2612" w14:font="DejaVu Sans"/>
                  <w14:uncheckedState w14:val="2610" w14:font="DejaVu Sans"/>
                </w14:checkbox>
              </w:sdtPr>
              <w:sdtContent>
                <w:r>
                  <w:rPr>
                    <w:rFonts w:ascii="DejaVu Sans" w:hAnsi="DejaVu Sans"/>
                    <w:sz w:val="22"/>
                  </w:rPr>
                  <w:t>☒</w:t>
                </w:r>
              </w:sdtContent>
            </w:sdt>
            <w:r>
              <w:rPr>
                <w:rFonts w:ascii="Arial" w:hAnsi="Arial"/>
                <w:b w:val="0"/>
                <w:color w:val="233C49"/>
                <w:sz w:val="20"/>
              </w:rPr>
              <w:t xml:space="preserve">   Die gesamte Vollmacht.</w:t>
            </w:r>
          </w:p>
        </w:tc>
      </w:tr>
      <w:tr>
        <w:trPr>
          <w:cantSplit/>
        </w:trPr>
        <w:tc>
          <w:tcPr>
            <w:tcW w:type="dxa" w:w="9752"/>
            <w:tcMar>
              <w:top w:w="133" w:type="dxa"/>
              <w:start w:w="150" w:type="dxa"/>
              <w:bottom w:w="133" w:type="dxa"/>
              <w:end w:w="145" w:type="dxa"/>
            </w:tcMar>
            <w:shd w:fill="FFFFFF"/>
          </w:tcPr>
          <w:p>
            <w:pPr>
              <w:keepLines/>
            </w:pPr>
            <w:sdt>
              <w:sdtPr>
                <w:alias w:val="p2_teil"/>
                <w:tag w:val="p2_teil"/>
                <w:id w:val="15520"/>
                <w14:checkbox>
                  <w14:checked w14:val="0"/>
                  <w14:checkedState w14:val="2612" w14:font="DejaVu Sans"/>
                  <w14:uncheckedState w14:val="2610" w14:font="DejaVu Sans"/>
                </w14:checkbox>
              </w:sdtPr>
              <w:sdtContent>
                <w:r>
                  <w:rPr>
                    <w:rFonts w:ascii="DejaVu Sans" w:hAnsi="DejaVu Sans"/>
                    <w:sz w:val="22"/>
                  </w:rPr>
                  <w:t>☐</w:t>
                </w:r>
              </w:sdtContent>
            </w:sdt>
            <w:r>
              <w:rPr>
                <w:rFonts w:ascii="Arial" w:hAnsi="Arial"/>
                <w:b w:val="0"/>
                <w:color w:val="233C49"/>
                <w:sz w:val="20"/>
              </w:rPr>
              <w:t xml:space="preserve">   Ausschließlich folgende Befugnisse:</w:t>
            </w:r>
          </w:p>
          <w:p>
            <w:pPr>
              <w:keepLines/>
              <w:spacing w:before="80"/>
              <w:ind w:left="295"/>
            </w:pPr>
            <w:sdt>
              <w:sdtPr>
                <w:alias w:val="p2_befugnisse"/>
                <w:tag w:val="p2_befugnisse"/>
                <w:id w:val="15521"/>
                <w:text w:multiLine="0"/>
                <w:color w:val="157675"/>
              </w:sdtPr>
              <w:sdtContent>
                <w:r>
                  <w:rPr>
                    <w:rFonts w:ascii="Arial" w:hAnsi="Arial"/>
                    <w:sz w:val="17"/>
                    <w:color w:val="157675"/>
                    <w:shd w:val="clear" w:color="auto" w:fill="E8F3F2"/>
                  </w:rPr>
                  <w:t>[Befugnisse bei Teilwiderruf genau bezeichnen]</w:t>
                </w:r>
              </w:sdtContent>
            </w:sdt>
          </w:p>
        </w:tc>
      </w:tr>
    </w:tbl>
    <w:p>
      <w:pPr>
        <w:spacing w:after="140"/>
      </w:pPr>
      <w:r>
        <w:rPr>
          <w:rFonts w:ascii="Arial" w:hAnsi="Arial"/>
          <w:b w:val="0"/>
          <w:color w:val="667987"/>
          <w:sz w:val="16"/>
        </w:rPr>
        <w:t>Bitte genau eine Auswahl verwenden.</w:t>
      </w:r>
    </w:p>
    <w:p>
      <w:pPr>
        <w:spacing w:after="180"/>
      </w:pPr>
      <w:r>
        <w:rPr>
          <w:rFonts w:ascii="Arial" w:hAnsi="Arial"/>
          <w:b w:val="0"/>
          <w:color w:val="233C49"/>
          <w:sz w:val="20"/>
        </w:rPr>
        <w:t>Ich zeige Ihnen diesen Widerruf ausdrücklich an. Bitte berücksichtigen Sie ihn ab Zugang dieser Mitteilung und lassen Sie auf Grundlage der Vollmacht keine Vertretung in dem widerrufenen Umfang mehr zu.</w:t>
      </w:r>
    </w:p>
    <w:p>
      <w:pPr>
        <w:spacing w:after="220"/>
      </w:pPr>
      <w:r>
        <w:rPr>
          <w:rFonts w:ascii="Arial" w:hAnsi="Arial"/>
          <w:b w:val="0"/>
          <w:color w:val="233C49"/>
          <w:sz w:val="20"/>
        </w:rPr>
        <w:t>Bitte bestätigen Sie mir den Eingang dieser Mitteilung in Textform.</w:t>
      </w:r>
    </w:p>
    <w:tbl>
      <w:tblPr>
        <w:tblW w:type="auto" w:w="0"/>
        <w:tblLayout w:type="fixed"/>
        <w:tblLook w:firstColumn="1" w:firstRow="1" w:lastColumn="0" w:lastRow="0" w:noHBand="0" w:noVBand="1" w:val="04A0"/>
      </w:tblPr>
      <w:tblGrid>
        <w:gridCol w:w="4167"/>
        <w:gridCol w:w="5437"/>
      </w:tblGrid>
      <w:tr>
        <w:trPr>
          <w:cantSplit/>
        </w:trPr>
        <w:tc>
          <w:tcPr>
            <w:tcW w:type="dxa" w:w="4876"/>
            <w:tcMar>
              <w:top w:w="70" w:type="dxa"/>
              <w:start w:w="60" w:type="dxa"/>
              <w:bottom w:w="340" w:type="dxa"/>
              <w:end w:w="110" w:type="dxa"/>
            </w:tcMar>
          </w:tcPr>
          <w:p>
            <w:pPr>
              <w:keepLines/>
            </w:pPr>
            <w:sdt>
              <w:sdtPr>
                <w:alias w:val="p2_ort_datum"/>
                <w:tag w:val="p2_ort_datum"/>
                <w:id w:val="15522"/>
                <w:text w:multiLine="0"/>
                <w:color w:val="157675"/>
              </w:sdtPr>
              <w:sdtContent>
                <w:r>
                  <w:rPr>
                    <w:rFonts w:ascii="Arial" w:hAnsi="Arial"/>
                    <w:sz w:val="18"/>
                    <w:color w:val="157675"/>
                    <w:shd w:val="clear" w:color="auto" w:fill="E8F3F2"/>
                  </w:rPr>
                  <w:t>[Ort, Datum]</w:t>
                </w:r>
              </w:sdtContent>
            </w:sdt>
          </w:p>
        </w:tc>
        <w:tc>
          <w:tcPr>
            <w:tcW w:type="dxa" w:w="4876"/>
            <w:tcMar>
              <w:top w:w="70" w:type="dxa"/>
              <w:start w:w="60" w:type="dxa"/>
              <w:bottom w:w="340" w:type="dxa"/>
              <w:end w:w="110" w:type="dxa"/>
            </w:tcMar>
          </w:tcPr>
          <w:p>
            <w:pPr>
              <w:keepLines/>
            </w:pPr>
            <w:r>
              <w:rPr>
                <w:rFonts w:ascii="Arial" w:hAnsi="Arial"/>
                <w:b w:val="0"/>
                <w:color w:val="233C49"/>
                <w:sz w:val="18"/>
              </w:rPr>
              <w:t xml:space="preserve"> </w:t>
            </w:r>
          </w:p>
        </w:tc>
      </w:tr>
      <w:tr>
        <w:trPr>
          <w:cantSplit/>
        </w:trPr>
        <w:tc>
          <w:tcPr>
            <w:tcW w:type="dxa" w:w="4876"/>
            <w:tcMar>
              <w:top w:w="70" w:type="dxa"/>
              <w:start w:w="60" w:type="dxa"/>
              <w:bottom w:w="25" w:type="dxa"/>
              <w:end w:w="110" w:type="dxa"/>
            </w:tcMar>
            <w:tcBorders>
              <w:top w:val="single" w:sz="6" w:color="152F40"/>
            </w:tcBorders>
          </w:tcPr>
          <w:p>
            <w:pPr>
              <w:keepLines/>
            </w:pPr>
            <w:r>
              <w:rPr>
                <w:rFonts w:ascii="Arial" w:hAnsi="Arial"/>
                <w:b w:val="0"/>
                <w:color w:val="667987"/>
                <w:sz w:val="16"/>
              </w:rPr>
              <w:t>Ort, Datum</w:t>
            </w:r>
          </w:p>
        </w:tc>
        <w:tc>
          <w:tcPr>
            <w:tcW w:type="dxa" w:w="4876"/>
            <w:tcMar>
              <w:top w:w="70" w:type="dxa"/>
              <w:start w:w="60" w:type="dxa"/>
              <w:bottom w:w="25" w:type="dxa"/>
              <w:end w:w="110" w:type="dxa"/>
            </w:tcMar>
            <w:tcBorders>
              <w:top w:val="single" w:sz="6" w:color="152F40"/>
            </w:tcBorders>
          </w:tcPr>
          <w:p>
            <w:pPr>
              <w:keepLines/>
            </w:pPr>
            <w:r>
              <w:rPr>
                <w:rFonts w:ascii="Arial" w:hAnsi="Arial"/>
                <w:b w:val="0"/>
                <w:color w:val="667987"/>
                <w:sz w:val="16"/>
              </w:rPr>
              <w:t>Unterschrift der vollmachtgebenden Person</w:t>
            </w:r>
          </w:p>
        </w:tc>
      </w:tr>
    </w:tbl>
    <w:sectPr w:rsidR="00FC693F" w:rsidRPr="0006063C" w:rsidSect="00034616">
      <w:pgSz w:w="11906" w:h="16838"/>
      <w:pgMar w:top="879" w:right="1077" w:bottom="822" w:left="1077" w:header="34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0"/>
    </w:pPr>
    <w:rPr>
      <w:rFonts w:ascii="Arial" w:hAnsi="Arial"/>
      <w:color w:val="233C49"/>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heading">
    <w:name w:val="Subheading"/>
    <w:pPr>
      <w:spacing w:after="0" w:before="0"/>
    </w:pPr>
    <w:rPr>
      <w:rFonts w:ascii="Arial" w:hAnsi="Arial"/>
      <w:color w:val="667987"/>
      <w:sz w:val="18"/>
    </w:rPr>
  </w:style>
  <w:style w:type="paragraph" w:customStyle="1" w:styleId="BlockLabel">
    <w:name w:val="Block Label"/>
    <w:pPr>
      <w:spacing w:after="60" w:before="0"/>
    </w:pPr>
    <w:rPr>
      <w:rFonts w:ascii="Arial" w:hAnsi="Arial"/>
      <w:color w:val="667987"/>
      <w:sz w:val="16"/>
    </w:rPr>
  </w:style>
  <w:style w:type="paragraph" w:customStyle="1" w:styleId="Eyebrow">
    <w:name w:val="Eyebrow"/>
    <w:pPr>
      <w:spacing w:after="140" w:before="0"/>
    </w:pPr>
    <w:rPr>
      <w:rFonts w:ascii="Arial" w:hAnsi="Arial"/>
      <w:color w:val="667987"/>
      <w:sz w:val="16"/>
    </w:rPr>
  </w:style>
  <w:style w:type="paragraph" w:customStyle="1" w:styleId="SectionName">
    <w:name w:val="Section Name"/>
    <w:pPr>
      <w:spacing w:after="140" w:before="200"/>
    </w:pPr>
    <w:rPr>
      <w:rFonts w:ascii="Arial" w:hAnsi="Arial"/>
      <w:color w:val="667987"/>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Widerruf einer Vollmacht – ausfüllbare Word-Vorlage</dc:title>
  <dc:subject>Allgemeine Vorlage zum Widerruf einer Vollmacht</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