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01   /   WIDERRUFSERKLÄRUNG · SEPARAT VERSENDEN</w:t>
      </w:r>
    </w:p>
    <w:p>
      <w:pPr>
        <w:pStyle w:val="MainTitle"/>
      </w:pPr>
      <w:r>
        <w:t>Widerruf einer Vollmacht</w:t>
      </w:r>
    </w:p>
    <w:p>
      <w:pPr>
        <w:pStyle w:val="DocSubtitle"/>
      </w:pPr>
      <w:r>
        <w:t>Schreiben an die bisher bevollmächtigte Person</w:t>
      </w:r>
    </w:p>
    <w:p>
      <w:pPr>
        <w:spacing w:after="80"/>
        <w:pBdr>
          <w:bottom w:val="single" w:sz="12" w:color="147681"/>
        </w:pBdr>
      </w:pPr>
    </w:p>
    <w:tbl>
      <w:tblPr>
        <w:tblW w:type="auto" w:w="0"/>
        <w:jc w:val="center"/>
        <w:tblLayout w:type="fixed"/>
        <w:tblLook w:firstColumn="1" w:firstRow="1" w:lastColumn="0" w:lastRow="0" w:noHBand="0" w:noVBand="1" w:val="04A0"/>
      </w:tblPr>
      <w:tblGrid>
        <w:gridCol w:w="4649"/>
        <w:gridCol w:w="4649"/>
      </w:tblGrid>
      <w:tr>
        <w:tc>
          <w:tcPr>
            <w:tcW w:type="dxa" w:w="4734"/>
            <w:vAlign w:val="top"/>
            <w:shd w:fill="F6F9FA"/>
            <w:tcMar>
              <w:top w:w="120" w:type="dxa"/>
              <w:start w:w="155" w:type="dxa"/>
              <w:bottom w:w="120" w:type="dxa"/>
              <w:end w:w="155" w:type="dxa"/>
            </w:tcMar>
            <w:tcBorders>
              <w:bottom w:val="single" w:sz="5" w:color="D9E4E8"/>
              <w:end w:val="single" w:sz="20" w:color="FFFFFF"/>
            </w:tcBorders>
          </w:tcPr>
          <w:p>
            <w:pPr>
              <w:pStyle w:val="BoxLabel"/>
            </w:pPr>
            <w:r>
              <w:t>VOLLMACHTGEBER/IN</w:t>
            </w:r>
          </w:p>
          <w:p>
            <w:pPr>
              <w:pStyle w:val="InputText"/>
            </w:pPr>
            <w:sdt>
              <w:sdtPr>
                <w:tag w:val="P1_A_NAME"/>
                <w:alias w:val="Vor- und Nachname"/>
                <w:text/>
              </w:sdtPr>
              <w:sdtContent>
                <w:r>
                  <w:rPr>
                    <w:rFonts w:ascii="Lato" w:hAnsi="Lato"/>
                    <w:i/>
                    <w:color w:val="147681"/>
                    <w:sz w:val="19"/>
                  </w:rPr>
                  <w:t>‹Vor- und Nachname›</w:t>
                </w:r>
              </w:sdtContent>
            </w:sdt>
          </w:p>
          <w:p>
            <w:pPr>
              <w:pStyle w:val="InputText"/>
            </w:pPr>
            <w:sdt>
              <w:sdtPr>
                <w:tag w:val="P1_A_STRASSE"/>
                <w:alias w:val="Straße, Hausnummer"/>
                <w:text/>
              </w:sdtPr>
              <w:sdtContent>
                <w:r>
                  <w:rPr>
                    <w:rFonts w:ascii="Lato" w:hAnsi="Lato"/>
                    <w:i/>
                    <w:color w:val="147681"/>
                    <w:sz w:val="19"/>
                  </w:rPr>
                  <w:t>‹Straße, Hausnummer›</w:t>
                </w:r>
              </w:sdtContent>
            </w:sdt>
          </w:p>
          <w:p>
            <w:pPr>
              <w:pStyle w:val="InputText"/>
            </w:pPr>
            <w:sdt>
              <w:sdtPr>
                <w:tag w:val="P1_A_ORT"/>
                <w:alias w:val="PLZ, Ort"/>
                <w:text/>
              </w:sdtPr>
              <w:sdtContent>
                <w:r>
                  <w:rPr>
                    <w:rFonts w:ascii="Lato" w:hAnsi="Lato"/>
                    <w:i/>
                    <w:color w:val="147681"/>
                    <w:sz w:val="19"/>
                  </w:rPr>
                  <w:t>‹PLZ, Ort›</w:t>
                </w:r>
              </w:sdtContent>
            </w:sdt>
          </w:p>
        </w:tc>
        <w:tc>
          <w:tcPr>
            <w:tcW w:type="dxa" w:w="4734"/>
            <w:vAlign w:val="top"/>
            <w:shd w:fill="F6F9FA"/>
            <w:tcMar>
              <w:top w:w="120" w:type="dxa"/>
              <w:start w:w="155" w:type="dxa"/>
              <w:bottom w:w="120" w:type="dxa"/>
              <w:end w:w="155" w:type="dxa"/>
            </w:tcMar>
            <w:tcBorders>
              <w:bottom w:val="single" w:sz="5" w:color="D9E4E8"/>
              <w:start w:val="single" w:sz="20" w:color="FFFFFF"/>
            </w:tcBorders>
          </w:tcPr>
          <w:p>
            <w:pPr>
              <w:pStyle w:val="BoxLabel"/>
            </w:pPr>
            <w:r>
              <w:t>EMPFÄNGER/IN · BISHER BEVOLLMÄCHTIGTE PERSON</w:t>
            </w:r>
          </w:p>
          <w:p>
            <w:pPr>
              <w:pStyle w:val="InputText"/>
            </w:pPr>
            <w:sdt>
              <w:sdtPr>
                <w:tag w:val="P1_B_NAME"/>
                <w:alias w:val="Vor- und Nachname"/>
                <w:text/>
              </w:sdtPr>
              <w:sdtContent>
                <w:r>
                  <w:rPr>
                    <w:rFonts w:ascii="Lato" w:hAnsi="Lato"/>
                    <w:i/>
                    <w:color w:val="147681"/>
                    <w:sz w:val="19"/>
                  </w:rPr>
                  <w:t>‹Vor- und Nachname›</w:t>
                </w:r>
              </w:sdtContent>
            </w:sdt>
          </w:p>
          <w:p>
            <w:pPr>
              <w:pStyle w:val="InputText"/>
            </w:pPr>
            <w:sdt>
              <w:sdtPr>
                <w:tag w:val="P1_B_STRASSE"/>
                <w:alias w:val="Straße, Hausnummer"/>
                <w:text/>
              </w:sdtPr>
              <w:sdtContent>
                <w:r>
                  <w:rPr>
                    <w:rFonts w:ascii="Lato" w:hAnsi="Lato"/>
                    <w:i/>
                    <w:color w:val="147681"/>
                    <w:sz w:val="19"/>
                  </w:rPr>
                  <w:t>‹Straße, Hausnummer›</w:t>
                </w:r>
              </w:sdtContent>
            </w:sdt>
          </w:p>
          <w:p>
            <w:pPr>
              <w:pStyle w:val="InputText"/>
            </w:pPr>
            <w:sdt>
              <w:sdtPr>
                <w:tag w:val="P1_B_ORT"/>
                <w:alias w:val="PLZ, Ort"/>
                <w:text/>
              </w:sdtPr>
              <w:sdtContent>
                <w:r>
                  <w:rPr>
                    <w:rFonts w:ascii="Lato" w:hAnsi="Lato"/>
                    <w:i/>
                    <w:color w:val="147681"/>
                    <w:sz w:val="19"/>
                  </w:rPr>
                  <w:t>‹PLZ, Ort›</w:t>
                </w:r>
              </w:sdtContent>
            </w:sdt>
          </w:p>
        </w:tc>
      </w:tr>
    </w:tbl>
    <w:p>
      <w:pPr>
        <w:spacing w:after="0"/>
      </w:pPr>
    </w:p>
    <w:p>
      <w:pPr>
        <w:spacing w:before="140" w:after="280"/>
        <w:jc w:val="right"/>
      </w:pPr>
      <w:r>
        <w:rPr>
          <w:b/>
          <w:color w:val="60717A"/>
          <w:sz w:val="16"/>
        </w:rPr>
        <w:t xml:space="preserve">ORT, DATUM  </w:t>
      </w:r>
      <w:sdt>
        <w:sdtPr>
          <w:tag w:val="P1_DATUM"/>
          <w:alias w:val="Ort, Datum"/>
          <w:text/>
        </w:sdtPr>
        <w:sdtContent>
          <w:r>
            <w:rPr>
              <w:rFonts w:ascii="Lato" w:hAnsi="Lato"/>
              <w:i/>
              <w:color w:val="147681"/>
              <w:sz w:val="19"/>
            </w:rPr>
            <w:t>‹Ort, Datum›</w:t>
          </w:r>
        </w:sdtContent>
      </w:sdt>
    </w:p>
    <w:p>
      <w:pPr>
        <w:pStyle w:val="SectionHead"/>
      </w:pPr>
      <w:r>
        <w:t>BETREFF</w:t>
      </w:r>
    </w:p>
    <w:p>
      <w:pPr>
        <w:spacing w:after="260"/>
      </w:pPr>
      <w:r>
        <w:rPr>
          <w:b/>
          <w:color w:val="1B3242"/>
          <w:sz w:val="24"/>
        </w:rPr>
        <w:t>Widerruf der von mir erteilten Vollmacht</w:t>
      </w:r>
    </w:p>
    <w:tbl>
      <w:tblPr>
        <w:tblW w:type="auto" w:w="0"/>
        <w:tblLayout w:type="fixed"/>
        <w:tblLook w:firstColumn="1" w:firstRow="1" w:lastColumn="0" w:lastRow="0" w:noHBand="0" w:noVBand="1" w:val="04A0"/>
      </w:tblPr>
      <w:tblGrid>
        <w:gridCol w:w="4649"/>
        <w:gridCol w:w="4649"/>
      </w:tblGrid>
      <w:tr>
        <w:tc>
          <w:tcPr>
            <w:tcW w:type="dxa" w:w="4734"/>
            <w:shd w:fill="EEF6F7"/>
            <w:tcMar>
              <w:top w:w="96" w:type="dxa"/>
              <w:start w:w="140" w:type="dxa"/>
              <w:bottom w:w="116" w:type="dxa"/>
              <w:end w:w="140" w:type="dxa"/>
            </w:tcMar>
            <w:tcBorders>
              <w:bottom w:val="single" w:sz="12" w:color="FFFFFF"/>
              <w:end w:val="single" w:sz="11" w:color="FFFFFF"/>
            </w:tcBorders>
          </w:tcPr>
          <w:p>
            <w:pPr>
              <w:pStyle w:val="BoxLabel"/>
            </w:pPr>
            <w:r>
              <w:t>VOLLMACHT ERTEILT AM</w:t>
            </w:r>
          </w:p>
          <w:p>
            <w:pPr>
              <w:pStyle w:val="InputText"/>
            </w:pPr>
            <w:sdt>
              <w:sdtPr>
                <w:tag w:val="P1_V_DATUM"/>
                <w:alias w:val="Datum der Vollmacht"/>
                <w:text/>
              </w:sdtPr>
              <w:sdtContent>
                <w:r>
                  <w:rPr>
                    <w:rFonts w:ascii="Lato" w:hAnsi="Lato"/>
                    <w:i/>
                    <w:color w:val="147681"/>
                    <w:sz w:val="19"/>
                  </w:rPr>
                  <w:t>‹Datum der Vollmacht›</w:t>
                </w:r>
              </w:sdtContent>
            </w:sdt>
          </w:p>
        </w:tc>
        <w:tc>
          <w:tcPr>
            <w:tcW w:type="dxa" w:w="4734"/>
            <w:shd w:fill="EEF6F7"/>
            <w:tcMar>
              <w:top w:w="96" w:type="dxa"/>
              <w:start w:w="140" w:type="dxa"/>
              <w:bottom w:w="116" w:type="dxa"/>
              <w:end w:w="140" w:type="dxa"/>
            </w:tcMar>
            <w:tcBorders>
              <w:bottom w:val="single" w:sz="12" w:color="FFFFFF"/>
              <w:end w:val="single" w:sz="11" w:color="FFFFFF"/>
            </w:tcBorders>
          </w:tcPr>
          <w:p>
            <w:pPr>
              <w:pStyle w:val="BoxLabel"/>
            </w:pPr>
            <w:r>
              <w:t>ANGELEGENHEIT / BEZUGSZEICHEN</w:t>
            </w:r>
          </w:p>
          <w:p>
            <w:pPr>
              <w:pStyle w:val="InputText"/>
            </w:pPr>
            <w:sdt>
              <w:sdtPr>
                <w:tag w:val="P1_V_BEZUG"/>
                <w:alias w:val="Angelegenheit / Aktenzeichen"/>
                <w:text/>
              </w:sdtPr>
              <w:sdtContent>
                <w:r>
                  <w:rPr>
                    <w:rFonts w:ascii="Lato" w:hAnsi="Lato"/>
                    <w:i/>
                    <w:color w:val="147681"/>
                    <w:sz w:val="19"/>
                  </w:rPr>
                  <w:t>‹Angelegenheit / Aktenzeichen›</w:t>
                </w:r>
              </w:sdtContent>
            </w:sdt>
          </w:p>
        </w:tc>
      </w:tr>
    </w:tbl>
    <w:p>
      <w:pPr>
        <w:spacing w:after="60"/>
      </w:pPr>
    </w:p>
    <w:p>
      <w:pPr>
        <w:pStyle w:val="Paragraph"/>
      </w:pPr>
      <w:r>
        <w:t>Hiermit widerrufe ich die oben bezeichnete, Ihnen von mir erteilte Vollmacht vollständig und mit Wirkung ab Zugang dieses Schreibens.</w:t>
      </w:r>
    </w:p>
    <w:p>
      <w:pPr>
        <w:pStyle w:val="Paragraph"/>
      </w:pPr>
      <w:r>
        <w:t>Sie sind ab diesem Zeitpunkt nicht mehr berechtigt, mich auf Grundlage dieser Vollmacht zu vertreten, in meinem Namen Erklärungen abzugeben oder entgegenzunehmen oder die Vollmacht gegenüber Dritten zu verwenden.</w:t>
      </w:r>
    </w:p>
    <w:p>
      <w:pPr>
        <w:pStyle w:val="Paragraph"/>
      </w:pPr>
      <w:r>
        <w:t>Bitte geben Sie mir sämtliche Ihnen überlassenen Vollmachtsurkunden, insbesondere Originale und Ausfertigungen, unverzüglich zurück. Vorhandene Kopien oder elektronische Fassungen dürfen nicht mehr zum Nachweis einer fortbestehenden Bevollmächtigung verwendet werden.</w:t>
      </w:r>
    </w:p>
    <w:p>
      <w:pPr>
        <w:pStyle w:val="Paragraph"/>
      </w:pPr>
      <w:r>
        <w:t>Bitte bestätigen Sie mir den Eingang dieses Widerrufs und die Rückgabe der Vollmachtsurkunden in Textform.</w:t>
      </w:r>
    </w:p>
    <w:p>
      <w:pPr>
        <w:pStyle w:val="Paragraph"/>
      </w:pPr>
      <w:r>
        <w:t>Mit freundlichen Grüßen</w:t>
      </w:r>
    </w:p>
    <w:p>
      <w:pPr>
        <w:spacing w:before="500" w:after="120"/>
      </w:pPr>
      <w:r>
        <w:t>__________________________________________________</w:t>
      </w:r>
    </w:p>
    <w:p>
      <w:pPr>
        <w:pStyle w:val="BoxLabel"/>
      </w:pPr>
      <w:r>
        <w:t>UNTERSCHRIFT DER VOLLMACHTGEBENDEN PERSON</w:t>
      </w:r>
    </w:p>
    <w:p>
      <w:r>
        <w:br w:type="page"/>
      </w:r>
    </w:p>
    <w:p>
      <w:pPr>
        <w:pStyle w:val="Kicker"/>
      </w:pPr>
      <w:r>
        <w:t>02   /   OPTIONALE MITTEILUNG · SEPARAT VERSENDEN</w:t>
      </w:r>
    </w:p>
    <w:p>
      <w:pPr>
        <w:pStyle w:val="MainTitle"/>
      </w:pPr>
      <w:r>
        <w:t>Anzeige des Vollmachtswiderrufs</w:t>
      </w:r>
    </w:p>
    <w:p>
      <w:pPr>
        <w:pStyle w:val="DocSubtitle"/>
      </w:pPr>
      <w:r>
        <w:t>Eigenständiges Schreiben an eine Stelle, der die Vollmacht bekannt ist</w:t>
      </w:r>
    </w:p>
    <w:p>
      <w:pPr>
        <w:spacing w:after="80"/>
        <w:pBdr>
          <w:bottom w:val="single" w:sz="12" w:color="147681"/>
        </w:pBdr>
      </w:pPr>
    </w:p>
    <w:tbl>
      <w:tblPr>
        <w:tblW w:type="auto" w:w="0"/>
        <w:jc w:val="center"/>
        <w:tblLayout w:type="fixed"/>
        <w:tblLook w:firstColumn="1" w:firstRow="1" w:lastColumn="0" w:lastRow="0" w:noHBand="0" w:noVBand="1" w:val="04A0"/>
      </w:tblPr>
      <w:tblGrid>
        <w:gridCol w:w="4649"/>
        <w:gridCol w:w="4649"/>
      </w:tblGrid>
      <w:tr>
        <w:tc>
          <w:tcPr>
            <w:tcW w:type="dxa" w:w="4734"/>
            <w:vAlign w:val="top"/>
            <w:shd w:fill="F6F9FA"/>
            <w:tcMar>
              <w:top w:w="120" w:type="dxa"/>
              <w:start w:w="155" w:type="dxa"/>
              <w:bottom w:w="120" w:type="dxa"/>
              <w:end w:w="155" w:type="dxa"/>
            </w:tcMar>
            <w:tcBorders>
              <w:bottom w:val="single" w:sz="5" w:color="D9E4E8"/>
              <w:end w:val="single" w:sz="20" w:color="FFFFFF"/>
            </w:tcBorders>
          </w:tcPr>
          <w:p>
            <w:pPr>
              <w:pStyle w:val="BoxLabel"/>
            </w:pPr>
            <w:r>
              <w:t>ABSENDER/IN · VOLLMACHTGEBENDE PERSON</w:t>
            </w:r>
          </w:p>
          <w:p>
            <w:pPr>
              <w:pStyle w:val="InputText"/>
            </w:pPr>
            <w:sdt>
              <w:sdtPr>
                <w:tag w:val="P2_A_NAME"/>
                <w:alias w:val="Vor- und Nachname"/>
                <w:text/>
              </w:sdtPr>
              <w:sdtContent>
                <w:r>
                  <w:rPr>
                    <w:rFonts w:ascii="Lato" w:hAnsi="Lato"/>
                    <w:i/>
                    <w:color w:val="147681"/>
                    <w:sz w:val="19"/>
                  </w:rPr>
                  <w:t>‹Vor- und Nachname›</w:t>
                </w:r>
              </w:sdtContent>
            </w:sdt>
          </w:p>
          <w:p>
            <w:pPr>
              <w:pStyle w:val="InputText"/>
            </w:pPr>
            <w:sdt>
              <w:sdtPr>
                <w:tag w:val="P2_A_STRASSE"/>
                <w:alias w:val="Straße, Hausnummer"/>
                <w:text/>
              </w:sdtPr>
              <w:sdtContent>
                <w:r>
                  <w:rPr>
                    <w:rFonts w:ascii="Lato" w:hAnsi="Lato"/>
                    <w:i/>
                    <w:color w:val="147681"/>
                    <w:sz w:val="19"/>
                  </w:rPr>
                  <w:t>‹Straße, Hausnummer›</w:t>
                </w:r>
              </w:sdtContent>
            </w:sdt>
          </w:p>
          <w:p>
            <w:pPr>
              <w:pStyle w:val="InputText"/>
            </w:pPr>
            <w:sdt>
              <w:sdtPr>
                <w:tag w:val="P2_A_ORT"/>
                <w:alias w:val="PLZ, Ort"/>
                <w:text/>
              </w:sdtPr>
              <w:sdtContent>
                <w:r>
                  <w:rPr>
                    <w:rFonts w:ascii="Lato" w:hAnsi="Lato"/>
                    <w:i/>
                    <w:color w:val="147681"/>
                    <w:sz w:val="19"/>
                  </w:rPr>
                  <w:t>‹PLZ, Ort›</w:t>
                </w:r>
              </w:sdtContent>
            </w:sdt>
          </w:p>
        </w:tc>
        <w:tc>
          <w:tcPr>
            <w:tcW w:type="dxa" w:w="4734"/>
            <w:vAlign w:val="top"/>
            <w:shd w:fill="F6F9FA"/>
            <w:tcMar>
              <w:top w:w="120" w:type="dxa"/>
              <w:start w:w="155" w:type="dxa"/>
              <w:bottom w:w="120" w:type="dxa"/>
              <w:end w:w="155" w:type="dxa"/>
            </w:tcMar>
            <w:tcBorders>
              <w:bottom w:val="single" w:sz="5" w:color="D9E4E8"/>
              <w:start w:val="single" w:sz="20" w:color="FFFFFF"/>
            </w:tcBorders>
          </w:tcPr>
          <w:p>
            <w:pPr>
              <w:pStyle w:val="BoxLabel"/>
            </w:pPr>
            <w:r>
              <w:t>EMPFANGENDE STELLE</w:t>
            </w:r>
          </w:p>
          <w:p>
            <w:pPr>
              <w:pStyle w:val="InputText"/>
            </w:pPr>
            <w:sdt>
              <w:sdtPr>
                <w:tag w:val="P2_B_NAME"/>
                <w:alias w:val="Name der Stelle"/>
                <w:text/>
              </w:sdtPr>
              <w:sdtContent>
                <w:r>
                  <w:rPr>
                    <w:rFonts w:ascii="Lato" w:hAnsi="Lato"/>
                    <w:i/>
                    <w:color w:val="147681"/>
                    <w:sz w:val="19"/>
                  </w:rPr>
                  <w:t>‹Name der Stelle›</w:t>
                </w:r>
              </w:sdtContent>
            </w:sdt>
          </w:p>
          <w:p>
            <w:pPr>
              <w:pStyle w:val="InputText"/>
            </w:pPr>
            <w:sdt>
              <w:sdtPr>
                <w:tag w:val="P2_B_STRASSE"/>
                <w:alias w:val="Straße, Hausnummer"/>
                <w:text/>
              </w:sdtPr>
              <w:sdtContent>
                <w:r>
                  <w:rPr>
                    <w:rFonts w:ascii="Lato" w:hAnsi="Lato"/>
                    <w:i/>
                    <w:color w:val="147681"/>
                    <w:sz w:val="19"/>
                  </w:rPr>
                  <w:t>‹Straße, Hausnummer›</w:t>
                </w:r>
              </w:sdtContent>
            </w:sdt>
          </w:p>
          <w:p>
            <w:pPr>
              <w:pStyle w:val="InputText"/>
            </w:pPr>
            <w:sdt>
              <w:sdtPr>
                <w:tag w:val="P2_B_ORT"/>
                <w:alias w:val="PLZ, Ort"/>
                <w:text/>
              </w:sdtPr>
              <w:sdtContent>
                <w:r>
                  <w:rPr>
                    <w:rFonts w:ascii="Lato" w:hAnsi="Lato"/>
                    <w:i/>
                    <w:color w:val="147681"/>
                    <w:sz w:val="19"/>
                  </w:rPr>
                  <w:t>‹PLZ, Ort›</w:t>
                </w:r>
              </w:sdtContent>
            </w:sdt>
          </w:p>
        </w:tc>
      </w:tr>
    </w:tbl>
    <w:p>
      <w:pPr>
        <w:spacing w:after="0"/>
      </w:pPr>
    </w:p>
    <w:p>
      <w:pPr>
        <w:spacing w:before="140" w:after="280"/>
        <w:jc w:val="right"/>
      </w:pPr>
      <w:r>
        <w:rPr>
          <w:b/>
          <w:color w:val="60717A"/>
          <w:sz w:val="16"/>
        </w:rPr>
        <w:t xml:space="preserve">ORT, DATUM  </w:t>
      </w:r>
      <w:sdt>
        <w:sdtPr>
          <w:tag w:val="P2_DATUM"/>
          <w:alias w:val="Ort, Datum"/>
          <w:text/>
        </w:sdtPr>
        <w:sdtContent>
          <w:r>
            <w:rPr>
              <w:rFonts w:ascii="Lato" w:hAnsi="Lato"/>
              <w:i/>
              <w:color w:val="147681"/>
              <w:sz w:val="19"/>
            </w:rPr>
            <w:t>‹Ort, Datum›</w:t>
          </w:r>
        </w:sdtContent>
      </w:sdt>
    </w:p>
    <w:p>
      <w:pPr>
        <w:pStyle w:val="SectionHead"/>
      </w:pPr>
      <w:r>
        <w:t>BETREFF</w:t>
      </w:r>
    </w:p>
    <w:p>
      <w:pPr>
        <w:spacing w:after="260"/>
      </w:pPr>
      <w:r>
        <w:rPr>
          <w:b/>
          <w:color w:val="1B3242"/>
          <w:sz w:val="23"/>
        </w:rPr>
        <w:t>Mitteilung und vorsorglicher Widerruf einer Vollmacht</w:t>
      </w:r>
    </w:p>
    <w:tbl>
      <w:tblPr>
        <w:tblW w:type="auto" w:w="0"/>
        <w:tblLayout w:type="fixed"/>
        <w:tblLook w:firstColumn="1" w:firstRow="1" w:lastColumn="0" w:lastRow="0" w:noHBand="0" w:noVBand="1" w:val="04A0"/>
      </w:tblPr>
      <w:tblGrid>
        <w:gridCol w:w="4649"/>
        <w:gridCol w:w="4649"/>
      </w:tblGrid>
      <w:tr>
        <w:tc>
          <w:tcPr>
            <w:tcW w:type="dxa" w:w="4734"/>
            <w:shd w:fill="EEF6F7"/>
            <w:tcMar>
              <w:top w:w="96" w:type="dxa"/>
              <w:start w:w="140" w:type="dxa"/>
              <w:bottom w:w="116" w:type="dxa"/>
              <w:end w:w="140" w:type="dxa"/>
            </w:tcMar>
            <w:tcBorders>
              <w:bottom w:val="single" w:sz="12" w:color="FFFFFF"/>
              <w:end w:val="single" w:sz="11" w:color="FFFFFF"/>
            </w:tcBorders>
          </w:tcPr>
          <w:p>
            <w:pPr>
              <w:pStyle w:val="BoxLabel"/>
            </w:pPr>
            <w:r>
              <w:t>BISHER BEVOLLMÄCHTIGTE PERSON</w:t>
            </w:r>
          </w:p>
          <w:p>
            <w:pPr>
              <w:pStyle w:val="InputText"/>
            </w:pPr>
            <w:sdt>
              <w:sdtPr>
                <w:tag w:val="P2_V_NAME"/>
                <w:alias w:val="Vor- und Nachname"/>
                <w:text/>
              </w:sdtPr>
              <w:sdtContent>
                <w:r>
                  <w:rPr>
                    <w:rFonts w:ascii="Lato" w:hAnsi="Lato"/>
                    <w:i/>
                    <w:color w:val="147681"/>
                    <w:sz w:val="19"/>
                  </w:rPr>
                  <w:t>‹Vor- und Nachname›</w:t>
                </w:r>
              </w:sdtContent>
            </w:sdt>
          </w:p>
        </w:tc>
        <w:tc>
          <w:tcPr>
            <w:tcW w:type="dxa" w:w="4734"/>
            <w:shd w:fill="EEF6F7"/>
            <w:tcMar>
              <w:top w:w="96" w:type="dxa"/>
              <w:start w:w="140" w:type="dxa"/>
              <w:bottom w:w="116" w:type="dxa"/>
              <w:end w:w="140" w:type="dxa"/>
            </w:tcMar>
            <w:tcBorders>
              <w:bottom w:val="single" w:sz="12" w:color="FFFFFF"/>
              <w:end w:val="single" w:sz="11" w:color="FFFFFF"/>
            </w:tcBorders>
          </w:tcPr>
          <w:p>
            <w:pPr>
              <w:pStyle w:val="BoxLabel"/>
            </w:pPr>
            <w:r>
              <w:t>VOLLMACHT ERTEILT AM</w:t>
            </w:r>
          </w:p>
          <w:p>
            <w:pPr>
              <w:pStyle w:val="InputText"/>
            </w:pPr>
            <w:sdt>
              <w:sdtPr>
                <w:tag w:val="P2_V_DATUM"/>
                <w:alias w:val="Datum der Vollmacht"/>
                <w:text/>
              </w:sdtPr>
              <w:sdtContent>
                <w:r>
                  <w:rPr>
                    <w:rFonts w:ascii="Lato" w:hAnsi="Lato"/>
                    <w:i/>
                    <w:color w:val="147681"/>
                    <w:sz w:val="19"/>
                  </w:rPr>
                  <w:t>‹Datum der Vollmacht›</w:t>
                </w:r>
              </w:sdtContent>
            </w:sdt>
          </w:p>
        </w:tc>
      </w:tr>
      <w:tr>
        <w:tc>
          <w:tcPr>
            <w:tcW w:type="dxa" w:w="4734"/>
            <w:shd w:fill="EEF6F7"/>
            <w:tcMar>
              <w:top w:w="96" w:type="dxa"/>
              <w:start w:w="140" w:type="dxa"/>
              <w:bottom w:w="116" w:type="dxa"/>
              <w:end w:w="140" w:type="dxa"/>
            </w:tcMar>
            <w:tcBorders>
              <w:bottom w:val="single" w:sz="12" w:color="FFFFFF"/>
              <w:end w:val="single" w:sz="11" w:color="FFFFFF"/>
            </w:tcBorders>
          </w:tcPr>
          <w:p>
            <w:pPr>
              <w:pStyle w:val="BoxLabel"/>
            </w:pPr>
            <w:r>
              <w:t>ANGELEGENHEIT / AKTENZEICHEN</w:t>
            </w:r>
          </w:p>
          <w:p>
            <w:pPr>
              <w:pStyle w:val="InputText"/>
            </w:pPr>
            <w:sdt>
              <w:sdtPr>
                <w:tag w:val="P2_V_BEZUG"/>
                <w:alias w:val="Angelegenheit / Aktenzeichen"/>
                <w:text/>
              </w:sdtPr>
              <w:sdtContent>
                <w:r>
                  <w:rPr>
                    <w:rFonts w:ascii="Lato" w:hAnsi="Lato"/>
                    <w:i/>
                    <w:color w:val="147681"/>
                    <w:sz w:val="19"/>
                  </w:rPr>
                  <w:t>‹Angelegenheit / Aktenzeichen›</w:t>
                </w:r>
              </w:sdtContent>
            </w:sdt>
          </w:p>
        </w:tc>
        <w:tc>
          <w:tcPr>
            <w:tcW w:type="dxa" w:w="4734"/>
            <w:shd w:fill="EEF6F7"/>
            <w:tcMar>
              <w:top w:w="96" w:type="dxa"/>
              <w:start w:w="140" w:type="dxa"/>
              <w:bottom w:w="116" w:type="dxa"/>
              <w:end w:w="140" w:type="dxa"/>
            </w:tcMar>
            <w:tcBorders>
              <w:bottom w:val="single" w:sz="12" w:color="FFFFFF"/>
              <w:end w:val="single" w:sz="11" w:color="FFFFFF"/>
            </w:tcBorders>
          </w:tcPr>
          <w:p>
            <w:pPr>
              <w:pStyle w:val="BoxLabel"/>
            </w:pPr>
            <w:r>
              <w:t>GGF. WEITERE KENNZEICHNUNG</w:t>
            </w:r>
          </w:p>
          <w:p>
            <w:pPr>
              <w:pStyle w:val="InputText"/>
            </w:pPr>
            <w:sdt>
              <w:sdtPr>
                <w:tag w:val="P2_V_WEITERES"/>
                <w:alias w:val="Optional, sonst löschen"/>
                <w:text/>
              </w:sdtPr>
              <w:sdtContent>
                <w:r>
                  <w:rPr>
                    <w:rFonts w:ascii="Lato" w:hAnsi="Lato"/>
                    <w:i/>
                    <w:color w:val="147681"/>
                    <w:sz w:val="19"/>
                  </w:rPr>
                  <w:t>‹Optional, sonst löschen›</w:t>
                </w:r>
              </w:sdtContent>
            </w:sdt>
          </w:p>
        </w:tc>
      </w:tr>
    </w:tbl>
    <w:p>
      <w:pPr>
        <w:spacing w:after="60"/>
      </w:pPr>
    </w:p>
    <w:p>
      <w:pPr>
        <w:pStyle w:val="Paragraph"/>
      </w:pPr>
      <w:r>
        <w:t>Sehr geehrte Damen und Herren,</w:t>
      </w:r>
    </w:p>
    <w:p>
      <w:pPr>
        <w:pStyle w:val="Paragraph"/>
      </w:pPr>
      <w:r>
        <w:t>ich teile Ihnen mit, dass ich die oben bezeichnete Vollmacht gegenüber der bevollmächtigten Person widerrufen habe. Vorsorglich erkläre ich den Widerruf dieser Vollmacht auch Ihnen gegenüber.</w:t>
      </w:r>
    </w:p>
    <w:p>
      <w:pPr>
        <w:pStyle w:val="Paragraph"/>
      </w:pPr>
      <w:r>
        <w:t>Bitte berücksichtigen Sie den Widerruf ab Zugang dieser Mitteilung, aktualisieren Sie Ihre Unterlagen und behandeln Sie die genannte Person in der bezeichneten Angelegenheit nicht mehr als vertretungsberechtigt aufgrund dieser Vollmacht.</w:t>
      </w:r>
    </w:p>
    <w:p>
      <w:pPr>
        <w:pStyle w:val="Paragraph"/>
      </w:pPr>
      <w:r>
        <w:t>Ich bitte um eine kurze Bestätigung, dass diese Mitteilung bei Ihnen eingegangen ist und berücksichtigt wurde.</w:t>
      </w:r>
    </w:p>
    <w:p>
      <w:pPr>
        <w:pStyle w:val="Paragraph"/>
      </w:pPr>
      <w:r>
        <w:t>Mit freundlichen Grüßen</w:t>
      </w:r>
    </w:p>
    <w:p>
      <w:pPr>
        <w:spacing w:before="500" w:after="120"/>
      </w:pPr>
      <w:r>
        <w:t>__________________________________________________</w:t>
      </w:r>
    </w:p>
    <w:p>
      <w:pPr>
        <w:pStyle w:val="BoxLabel"/>
      </w:pPr>
      <w:r>
        <w:t>UNTERSCHRIFT DER VOLLMACHTGEBENDEN PERSON</w:t>
      </w:r>
    </w:p>
    <w:p>
      <w:r>
        <w:br w:type="page"/>
      </w:r>
    </w:p>
    <w:p>
      <w:pPr>
        <w:pStyle w:val="Kicker"/>
      </w:pPr>
      <w:r>
        <w:t>03   /   DOKUMENTATION · NICHT VERSENDEN</w:t>
      </w:r>
    </w:p>
    <w:p>
      <w:pPr>
        <w:pStyle w:val="MainTitle"/>
      </w:pPr>
      <w:r>
        <w:t>Versand und Nachweis</w:t>
      </w:r>
    </w:p>
    <w:p>
      <w:pPr>
        <w:pStyle w:val="DocSubtitle"/>
      </w:pPr>
      <w:r>
        <w:t>Diese Seite dient ausschließlich der eigenen Kontrolle und wird nicht mitgesendet.</w:t>
      </w:r>
    </w:p>
    <w:p>
      <w:pPr>
        <w:spacing w:after="80"/>
        <w:pBdr>
          <w:bottom w:val="single" w:sz="12" w:color="147681"/>
        </w:pBdr>
      </w:pPr>
    </w:p>
    <w:tbl>
      <w:tblPr>
        <w:tblW w:type="auto" w:w="0"/>
        <w:tblLayout w:type="fixed"/>
        <w:tblLook w:firstColumn="1" w:firstRow="1" w:lastColumn="0" w:lastRow="0" w:noHBand="0" w:noVBand="1" w:val="04A0"/>
      </w:tblPr>
      <w:tblGrid>
        <w:gridCol w:w="9411"/>
      </w:tblGrid>
      <w:tr>
        <w:tc>
          <w:tcPr>
            <w:tcW w:type="dxa" w:w="9468"/>
            <w:shd w:fill="F6F9FA"/>
            <w:tcMar>
              <w:top w:w="140" w:type="dxa"/>
              <w:start w:w="170" w:type="dxa"/>
              <w:bottom w:w="135" w:type="dxa"/>
              <w:end w:w="170" w:type="dxa"/>
            </w:tcMar>
            <w:tcBorders>
              <w:start w:val="single" w:sz="16" w:color="147681"/>
            </w:tcBorders>
          </w:tcPr>
          <w:p>
            <w:pPr>
              <w:pStyle w:val="BoxLabel"/>
            </w:pPr>
            <w:r>
              <w:t>KURZ ZUR VERWENDUNG</w:t>
            </w:r>
          </w:p>
          <w:p>
            <w:pPr>
              <w:pStyle w:val="SmallText"/>
            </w:pPr>
            <w:r>
              <w:t>Seite 1 an die bisher bevollmächtigte Person senden. Seite 2 bei Bedarf gesondert an Stellen senden, denen die Vollmacht angezeigt oder vorgelegt wurde. Die türkisfarbenen Eingabefelder anklicken und durch eigene Angaben ersetzen; nicht benötigte Angaben entfernen. Beide Schreiben vor Versand unterschreiben.</w:t>
            </w:r>
          </w:p>
        </w:tc>
      </w:tr>
    </w:tbl>
    <w:p>
      <w:pPr>
        <w:spacing w:after="160"/>
      </w:pPr>
    </w:p>
    <w:p>
      <w:pPr>
        <w:pStyle w:val="SectionHead"/>
      </w:pPr>
      <w:r>
        <w:t>CHECKLISTE</w:t>
      </w:r>
    </w:p>
    <w:p>
      <w:pPr>
        <w:spacing w:after="180"/>
        <w:ind w:left="85"/>
      </w:pPr>
      <w:sdt>
        <w:sdtPr>
          <w:tag w:val="CHECK_1"/>
          <w:alias w:val="CHECK_1"/>
          <w14:checkbox>
            <w14:checked w14:val="0"/>
            <w14:checkedState w14:val="2612" w14:font="DejaVu Sans"/>
            <w14:uncheckedState w14:val="2610" w14:font="DejaVu Sans"/>
          </w14:checkbox>
        </w:sdtPr>
        <w:sdtContent>
          <w:r>
            <w:rPr>
              <w:color w:val="147681"/>
              <w:sz w:val="22"/>
            </w:rPr>
            <w:t>☐</w:t>
          </w:r>
        </w:sdtContent>
      </w:sdt>
      <w:r>
        <w:rPr>
          <w:sz w:val="19"/>
        </w:rPr>
        <w:t xml:space="preserve">   Vollmacht durch Datum und Angelegenheit eindeutig bezeichnet</w:t>
      </w:r>
    </w:p>
    <w:p>
      <w:pPr>
        <w:spacing w:after="180"/>
        <w:ind w:left="85"/>
      </w:pPr>
      <w:sdt>
        <w:sdtPr>
          <w:tag w:val="CHECK_2"/>
          <w:alias w:val="CHECK_2"/>
          <w14:checkbox>
            <w14:checked w14:val="0"/>
            <w14:checkedState w14:val="2612" w14:font="DejaVu Sans"/>
            <w14:uncheckedState w14:val="2610" w14:font="DejaVu Sans"/>
          </w14:checkbox>
        </w:sdtPr>
        <w:sdtContent>
          <w:r>
            <w:rPr>
              <w:color w:val="147681"/>
              <w:sz w:val="22"/>
            </w:rPr>
            <w:t>☐</w:t>
          </w:r>
        </w:sdtContent>
      </w:sdt>
      <w:r>
        <w:rPr>
          <w:sz w:val="19"/>
        </w:rPr>
        <w:t xml:space="preserve">   Widerruf unterschrieben und an die bevollmächtigte Person übermittelt</w:t>
      </w:r>
    </w:p>
    <w:p>
      <w:pPr>
        <w:spacing w:after="180"/>
        <w:ind w:left="85"/>
      </w:pPr>
      <w:sdt>
        <w:sdtPr>
          <w:tag w:val="CHECK_3"/>
          <w:alias w:val="CHECK_3"/>
          <w14:checkbox>
            <w14:checked w14:val="0"/>
            <w14:checkedState w14:val="2612" w14:font="DejaVu Sans"/>
            <w14:uncheckedState w14:val="2610" w14:font="DejaVu Sans"/>
          </w14:checkbox>
        </w:sdtPr>
        <w:sdtContent>
          <w:r>
            <w:rPr>
              <w:color w:val="147681"/>
              <w:sz w:val="22"/>
            </w:rPr>
            <w:t>☐</w:t>
          </w:r>
        </w:sdtContent>
      </w:sdt>
      <w:r>
        <w:rPr>
          <w:sz w:val="19"/>
        </w:rPr>
        <w:t xml:space="preserve">   Versand- oder Zugangsnachweis gesichert</w:t>
      </w:r>
    </w:p>
    <w:p>
      <w:pPr>
        <w:spacing w:after="180"/>
        <w:ind w:left="85"/>
      </w:pPr>
      <w:sdt>
        <w:sdtPr>
          <w:tag w:val="CHECK_4"/>
          <w:alias w:val="CHECK_4"/>
          <w14:checkbox>
            <w14:checked w14:val="0"/>
            <w14:checkedState w14:val="2612" w14:font="DejaVu Sans"/>
            <w14:uncheckedState w14:val="2610" w14:font="DejaVu Sans"/>
          </w14:checkbox>
        </w:sdtPr>
        <w:sdtContent>
          <w:r>
            <w:rPr>
              <w:color w:val="147681"/>
              <w:sz w:val="22"/>
            </w:rPr>
            <w:t>☐</w:t>
          </w:r>
        </w:sdtContent>
      </w:sdt>
      <w:r>
        <w:rPr>
          <w:sz w:val="19"/>
        </w:rPr>
        <w:t xml:space="preserve">   Originale und Ausfertigungen der Vollmacht zurückgefordert</w:t>
      </w:r>
    </w:p>
    <w:p>
      <w:pPr>
        <w:spacing w:after="180"/>
        <w:ind w:left="85"/>
      </w:pPr>
      <w:sdt>
        <w:sdtPr>
          <w:tag w:val="CHECK_5"/>
          <w:alias w:val="CHECK_5"/>
          <w14:checkbox>
            <w14:checked w14:val="0"/>
            <w14:checkedState w14:val="2612" w14:font="DejaVu Sans"/>
            <w14:uncheckedState w14:val="2610" w14:font="DejaVu Sans"/>
          </w14:checkbox>
        </w:sdtPr>
        <w:sdtContent>
          <w:r>
            <w:rPr>
              <w:color w:val="147681"/>
              <w:sz w:val="22"/>
            </w:rPr>
            <w:t>☐</w:t>
          </w:r>
        </w:sdtContent>
      </w:sdt>
      <w:r>
        <w:rPr>
          <w:sz w:val="19"/>
        </w:rPr>
        <w:t xml:space="preserve">   Betroffene Stellen gesondert informiert, soweit erforderlich</w:t>
      </w:r>
    </w:p>
    <w:p>
      <w:pPr>
        <w:spacing w:after="180"/>
        <w:ind w:left="85"/>
      </w:pPr>
      <w:sdt>
        <w:sdtPr>
          <w:tag w:val="CHECK_6"/>
          <w:alias w:val="CHECK_6"/>
          <w14:checkbox>
            <w14:checked w14:val="0"/>
            <w14:checkedState w14:val="2612" w14:font="DejaVu Sans"/>
            <w14:uncheckedState w14:val="2610" w14:font="DejaVu Sans"/>
          </w14:checkbox>
        </w:sdtPr>
        <w:sdtContent>
          <w:r>
            <w:rPr>
              <w:color w:val="147681"/>
              <w:sz w:val="22"/>
            </w:rPr>
            <w:t>☐</w:t>
          </w:r>
        </w:sdtContent>
      </w:sdt>
      <w:r>
        <w:rPr>
          <w:sz w:val="19"/>
        </w:rPr>
        <w:t xml:space="preserve">   Rückgabe der Vollmachtsurkunden überprüft und dokumentiert</w:t>
      </w:r>
    </w:p>
    <w:p>
      <w:pPr>
        <w:pStyle w:val="SectionHead"/>
      </w:pPr>
      <w:r>
        <w:t>VERSANDDATEN</w:t>
      </w:r>
    </w:p>
    <w:tbl>
      <w:tblPr>
        <w:tblW w:type="auto" w:w="0"/>
        <w:tblLayout w:type="fixed"/>
        <w:tblLook w:firstColumn="1" w:firstRow="1" w:lastColumn="0" w:lastRow="0" w:noHBand="0" w:noVBand="1" w:val="04A0"/>
      </w:tblPr>
      <w:tblGrid>
        <w:gridCol w:w="4649"/>
        <w:gridCol w:w="4649"/>
      </w:tblGrid>
      <w:tr>
        <w:tc>
          <w:tcPr>
            <w:tcW w:type="dxa" w:w="4734"/>
            <w:shd w:fill="EEF6F7"/>
            <w:tcMar>
              <w:top w:w="96" w:type="dxa"/>
              <w:start w:w="140" w:type="dxa"/>
              <w:bottom w:w="116" w:type="dxa"/>
              <w:end w:w="140" w:type="dxa"/>
            </w:tcMar>
            <w:tcBorders>
              <w:bottom w:val="single" w:sz="12" w:color="FFFFFF"/>
              <w:end w:val="single" w:sz="11" w:color="FFFFFF"/>
            </w:tcBorders>
          </w:tcPr>
          <w:p>
            <w:pPr>
              <w:pStyle w:val="BoxLabel"/>
            </w:pPr>
            <w:r>
              <w:t>WIDERRUF VERSENDET AM</w:t>
            </w:r>
          </w:p>
          <w:p>
            <w:pPr>
              <w:pStyle w:val="InputText"/>
            </w:pPr>
            <w:sdt>
              <w:sdtPr>
                <w:tag w:val="P3_SEND_DATUM"/>
                <w:alias w:val="Datum"/>
                <w:text/>
              </w:sdtPr>
              <w:sdtContent>
                <w:r>
                  <w:rPr>
                    <w:rFonts w:ascii="Lato" w:hAnsi="Lato"/>
                    <w:i/>
                    <w:color w:val="147681"/>
                    <w:sz w:val="19"/>
                  </w:rPr>
                  <w:t>‹Datum›</w:t>
                </w:r>
              </w:sdtContent>
            </w:sdt>
          </w:p>
        </w:tc>
        <w:tc>
          <w:tcPr>
            <w:tcW w:type="dxa" w:w="4734"/>
            <w:shd w:fill="EEF6F7"/>
            <w:tcMar>
              <w:top w:w="96" w:type="dxa"/>
              <w:start w:w="140" w:type="dxa"/>
              <w:bottom w:w="116" w:type="dxa"/>
              <w:end w:w="140" w:type="dxa"/>
            </w:tcMar>
            <w:tcBorders>
              <w:bottom w:val="single" w:sz="12" w:color="FFFFFF"/>
              <w:end w:val="single" w:sz="11" w:color="FFFFFF"/>
            </w:tcBorders>
          </w:tcPr>
          <w:p>
            <w:pPr>
              <w:pStyle w:val="BoxLabel"/>
            </w:pPr>
            <w:r>
              <w:t>VERSANDWEG / BELEG</w:t>
            </w:r>
          </w:p>
          <w:p>
            <w:pPr>
              <w:pStyle w:val="InputText"/>
            </w:pPr>
            <w:sdt>
              <w:sdtPr>
                <w:tag w:val="P3_SEND_ART"/>
                <w:alias w:val="z. B. Einwurf-Einschreiben"/>
                <w:text/>
              </w:sdtPr>
              <w:sdtContent>
                <w:r>
                  <w:rPr>
                    <w:rFonts w:ascii="Lato" w:hAnsi="Lato"/>
                    <w:i/>
                    <w:color w:val="147681"/>
                    <w:sz w:val="19"/>
                  </w:rPr>
                  <w:t>‹z. B. Einwurf-Einschreiben›</w:t>
                </w:r>
              </w:sdtContent>
            </w:sdt>
          </w:p>
        </w:tc>
      </w:tr>
      <w:tr>
        <w:tc>
          <w:tcPr>
            <w:tcW w:type="dxa" w:w="4734"/>
            <w:shd w:fill="EEF6F7"/>
            <w:tcMar>
              <w:top w:w="96" w:type="dxa"/>
              <w:start w:w="140" w:type="dxa"/>
              <w:bottom w:w="116" w:type="dxa"/>
              <w:end w:w="140" w:type="dxa"/>
            </w:tcMar>
            <w:tcBorders>
              <w:bottom w:val="single" w:sz="12" w:color="FFFFFF"/>
              <w:end w:val="single" w:sz="11" w:color="FFFFFF"/>
            </w:tcBorders>
          </w:tcPr>
          <w:p>
            <w:pPr>
              <w:pStyle w:val="BoxLabel"/>
            </w:pPr>
            <w:r>
              <w:t>ZUGANG FESTGESTELLT AM</w:t>
            </w:r>
          </w:p>
          <w:p>
            <w:pPr>
              <w:pStyle w:val="InputText"/>
            </w:pPr>
            <w:sdt>
              <w:sdtPr>
                <w:tag w:val="P3_ZUGANG"/>
                <w:alias w:val="Datum / Nachweis"/>
                <w:text/>
              </w:sdtPr>
              <w:sdtContent>
                <w:r>
                  <w:rPr>
                    <w:rFonts w:ascii="Lato" w:hAnsi="Lato"/>
                    <w:i/>
                    <w:color w:val="147681"/>
                    <w:sz w:val="19"/>
                  </w:rPr>
                  <w:t>‹Datum / Nachweis›</w:t>
                </w:r>
              </w:sdtContent>
            </w:sdt>
          </w:p>
        </w:tc>
        <w:tc>
          <w:tcPr>
            <w:tcW w:type="dxa" w:w="4734"/>
            <w:shd w:fill="EEF6F7"/>
            <w:tcMar>
              <w:top w:w="96" w:type="dxa"/>
              <w:start w:w="140" w:type="dxa"/>
              <w:bottom w:w="116" w:type="dxa"/>
              <w:end w:w="140" w:type="dxa"/>
            </w:tcMar>
            <w:tcBorders>
              <w:bottom w:val="single" w:sz="12" w:color="FFFFFF"/>
              <w:end w:val="single" w:sz="11" w:color="FFFFFF"/>
            </w:tcBorders>
          </w:tcPr>
          <w:p>
            <w:pPr>
              <w:pStyle w:val="BoxLabel"/>
            </w:pPr>
            <w:r>
              <w:t>RÜCKGABE DER URKUNDE AM</w:t>
            </w:r>
          </w:p>
          <w:p>
            <w:pPr>
              <w:pStyle w:val="InputText"/>
            </w:pPr>
            <w:sdt>
              <w:sdtPr>
                <w:tag w:val="P3_RUECKGABE"/>
                <w:alias w:val="Datum / offen"/>
                <w:text/>
              </w:sdtPr>
              <w:sdtContent>
                <w:r>
                  <w:rPr>
                    <w:rFonts w:ascii="Lato" w:hAnsi="Lato"/>
                    <w:i/>
                    <w:color w:val="147681"/>
                    <w:sz w:val="19"/>
                  </w:rPr>
                  <w:t>‹Datum / offen›</w:t>
                </w:r>
              </w:sdtContent>
            </w:sdt>
          </w:p>
        </w:tc>
      </w:tr>
    </w:tbl>
    <w:p>
      <w:pPr>
        <w:pStyle w:val="SectionHead"/>
      </w:pPr>
      <w:r>
        <w:t>BENACHRICHTIGTE STELLEN</w:t>
      </w:r>
    </w:p>
    <w:tbl>
      <w:tblPr>
        <w:tblW w:type="auto" w:w="0"/>
        <w:tblLayout w:type="fixed"/>
        <w:tblLook w:firstColumn="1" w:firstRow="1" w:lastColumn="0" w:lastRow="0" w:noHBand="0" w:noVBand="1" w:val="04A0"/>
      </w:tblPr>
      <w:tblGrid>
        <w:gridCol w:w="4819"/>
        <w:gridCol w:w="1871"/>
        <w:gridCol w:w="2608"/>
      </w:tblGrid>
      <w:tr>
        <w:tc>
          <w:tcPr>
            <w:tcW w:type="dxa" w:w="3156"/>
            <w:shd w:fill="1B3242"/>
            <w:tcMar>
              <w:top w:w="110" w:type="dxa"/>
              <w:start w:w="130" w:type="dxa"/>
              <w:bottom w:w="110" w:type="dxa"/>
              <w:end w:w="130" w:type="dxa"/>
            </w:tcMar>
          </w:tcPr>
          <w:p>
            <w:r>
              <w:rPr>
                <w:rFonts w:ascii="Lato" w:hAnsi="Lato"/>
                <w:b/>
                <w:color w:val="FFFFFF"/>
                <w:sz w:val="16"/>
              </w:rPr>
              <w:t>STELLE / KONTAKT</w:t>
            </w:r>
          </w:p>
        </w:tc>
        <w:tc>
          <w:tcPr>
            <w:tcW w:type="dxa" w:w="3156"/>
            <w:shd w:fill="1B3242"/>
            <w:tcMar>
              <w:top w:w="110" w:type="dxa"/>
              <w:start w:w="130" w:type="dxa"/>
              <w:bottom w:w="110" w:type="dxa"/>
              <w:end w:w="130" w:type="dxa"/>
            </w:tcMar>
          </w:tcPr>
          <w:p>
            <w:r>
              <w:rPr>
                <w:rFonts w:ascii="Lato" w:hAnsi="Lato"/>
                <w:b/>
                <w:color w:val="FFFFFF"/>
                <w:sz w:val="16"/>
              </w:rPr>
              <w:t>DATUM</w:t>
            </w:r>
          </w:p>
        </w:tc>
        <w:tc>
          <w:tcPr>
            <w:tcW w:type="dxa" w:w="3156"/>
            <w:shd w:fill="1B3242"/>
            <w:tcMar>
              <w:top w:w="110" w:type="dxa"/>
              <w:start w:w="130" w:type="dxa"/>
              <w:bottom w:w="110" w:type="dxa"/>
              <w:end w:w="130" w:type="dxa"/>
            </w:tcMar>
          </w:tcPr>
          <w:p>
            <w:r>
              <w:rPr>
                <w:rFonts w:ascii="Lato" w:hAnsi="Lato"/>
                <w:b/>
                <w:color w:val="FFFFFF"/>
                <w:sz w:val="16"/>
              </w:rPr>
              <w:t>RÜCKMELDUNG</w:t>
            </w:r>
          </w:p>
        </w:tc>
      </w:tr>
      <w:tr>
        <w:tc>
          <w:tcPr>
            <w:tcW w:type="dxa" w:w="3156"/>
            <w:shd w:fill="F6F9FA"/>
            <w:tcMar>
              <w:top w:w="135" w:type="dxa"/>
              <w:start w:w="135" w:type="dxa"/>
              <w:bottom w:w="150" w:type="dxa"/>
              <w:end w:w="135" w:type="dxa"/>
            </w:tcMar>
            <w:tcBorders>
              <w:bottom w:val="single" w:sz="5" w:color="D9E4E8"/>
            </w:tcBorders>
          </w:tcPr>
          <w:p>
            <w:pPr>
              <w:pStyle w:val="InputText"/>
            </w:pPr>
            <w:sdt>
              <w:sdtPr>
                <w:tag w:val="P3_TAB_1_0"/>
                <w:alias w:val="Angabe eintragen"/>
                <w:text/>
              </w:sdtPr>
              <w:sdtContent>
                <w:r>
                  <w:rPr>
                    <w:rFonts w:ascii="Lato" w:hAnsi="Lato"/>
                    <w:i/>
                    <w:color w:val="147681"/>
                    <w:sz w:val="19"/>
                  </w:rPr>
                  <w:t>‹Angabe eintragen›</w:t>
                </w:r>
              </w:sdtContent>
            </w:sdt>
          </w:p>
        </w:tc>
        <w:tc>
          <w:tcPr>
            <w:tcW w:type="dxa" w:w="3156"/>
            <w:shd w:fill="F6F9FA"/>
            <w:tcMar>
              <w:top w:w="135" w:type="dxa"/>
              <w:start w:w="135" w:type="dxa"/>
              <w:bottom w:w="150" w:type="dxa"/>
              <w:end w:w="135" w:type="dxa"/>
            </w:tcMar>
            <w:tcBorders>
              <w:bottom w:val="single" w:sz="5" w:color="D9E4E8"/>
            </w:tcBorders>
          </w:tcPr>
          <w:p>
            <w:pPr>
              <w:pStyle w:val="InputText"/>
            </w:pPr>
            <w:sdt>
              <w:sdtPr>
                <w:tag w:val="P3_TAB_1_1"/>
                <w:alias w:val="Angabe eintragen"/>
                <w:text/>
              </w:sdtPr>
              <w:sdtContent>
                <w:r>
                  <w:rPr>
                    <w:rFonts w:ascii="Lato" w:hAnsi="Lato"/>
                    <w:i/>
                    <w:color w:val="147681"/>
                    <w:sz w:val="19"/>
                  </w:rPr>
                  <w:t>‹Angabe eintragen›</w:t>
                </w:r>
              </w:sdtContent>
            </w:sdt>
          </w:p>
        </w:tc>
        <w:tc>
          <w:tcPr>
            <w:tcW w:type="dxa" w:w="3156"/>
            <w:shd w:fill="F6F9FA"/>
            <w:tcMar>
              <w:top w:w="135" w:type="dxa"/>
              <w:start w:w="135" w:type="dxa"/>
              <w:bottom w:w="150" w:type="dxa"/>
              <w:end w:w="135" w:type="dxa"/>
            </w:tcMar>
            <w:tcBorders>
              <w:bottom w:val="single" w:sz="5" w:color="D9E4E8"/>
            </w:tcBorders>
          </w:tcPr>
          <w:p>
            <w:pPr>
              <w:pStyle w:val="InputText"/>
            </w:pPr>
            <w:sdt>
              <w:sdtPr>
                <w:tag w:val="P3_TAB_1_2"/>
                <w:alias w:val="Angabe eintragen"/>
                <w:text/>
              </w:sdtPr>
              <w:sdtContent>
                <w:r>
                  <w:rPr>
                    <w:rFonts w:ascii="Lato" w:hAnsi="Lato"/>
                    <w:i/>
                    <w:color w:val="147681"/>
                    <w:sz w:val="19"/>
                  </w:rPr>
                  <w:t>‹Angabe eintragen›</w:t>
                </w:r>
              </w:sdtContent>
            </w:sdt>
          </w:p>
        </w:tc>
      </w:tr>
      <w:tr>
        <w:tc>
          <w:tcPr>
            <w:tcW w:type="dxa" w:w="3156"/>
            <w:shd w:fill="FFFFFF"/>
            <w:tcMar>
              <w:top w:w="135" w:type="dxa"/>
              <w:start w:w="135" w:type="dxa"/>
              <w:bottom w:w="150" w:type="dxa"/>
              <w:end w:w="135" w:type="dxa"/>
            </w:tcMar>
            <w:tcBorders>
              <w:bottom w:val="single" w:sz="5" w:color="D9E4E8"/>
            </w:tcBorders>
          </w:tcPr>
          <w:p>
            <w:pPr>
              <w:pStyle w:val="InputText"/>
            </w:pPr>
            <w:sdt>
              <w:sdtPr>
                <w:tag w:val="P3_TAB_2_0"/>
                <w:alias w:val="Angabe eintragen"/>
                <w:text/>
              </w:sdtPr>
              <w:sdtContent>
                <w:r>
                  <w:rPr>
                    <w:rFonts w:ascii="Lato" w:hAnsi="Lato"/>
                    <w:i/>
                    <w:color w:val="147681"/>
                    <w:sz w:val="19"/>
                  </w:rPr>
                  <w:t>‹Angabe eintragen›</w:t>
                </w:r>
              </w:sdtContent>
            </w:sdt>
          </w:p>
        </w:tc>
        <w:tc>
          <w:tcPr>
            <w:tcW w:type="dxa" w:w="3156"/>
            <w:shd w:fill="FFFFFF"/>
            <w:tcMar>
              <w:top w:w="135" w:type="dxa"/>
              <w:start w:w="135" w:type="dxa"/>
              <w:bottom w:w="150" w:type="dxa"/>
              <w:end w:w="135" w:type="dxa"/>
            </w:tcMar>
            <w:tcBorders>
              <w:bottom w:val="single" w:sz="5" w:color="D9E4E8"/>
            </w:tcBorders>
          </w:tcPr>
          <w:p>
            <w:pPr>
              <w:pStyle w:val="InputText"/>
            </w:pPr>
            <w:sdt>
              <w:sdtPr>
                <w:tag w:val="P3_TAB_2_1"/>
                <w:alias w:val="Angabe eintragen"/>
                <w:text/>
              </w:sdtPr>
              <w:sdtContent>
                <w:r>
                  <w:rPr>
                    <w:rFonts w:ascii="Lato" w:hAnsi="Lato"/>
                    <w:i/>
                    <w:color w:val="147681"/>
                    <w:sz w:val="19"/>
                  </w:rPr>
                  <w:t>‹Angabe eintragen›</w:t>
                </w:r>
              </w:sdtContent>
            </w:sdt>
          </w:p>
        </w:tc>
        <w:tc>
          <w:tcPr>
            <w:tcW w:type="dxa" w:w="3156"/>
            <w:shd w:fill="FFFFFF"/>
            <w:tcMar>
              <w:top w:w="135" w:type="dxa"/>
              <w:start w:w="135" w:type="dxa"/>
              <w:bottom w:w="150" w:type="dxa"/>
              <w:end w:w="135" w:type="dxa"/>
            </w:tcMar>
            <w:tcBorders>
              <w:bottom w:val="single" w:sz="5" w:color="D9E4E8"/>
            </w:tcBorders>
          </w:tcPr>
          <w:p>
            <w:pPr>
              <w:pStyle w:val="InputText"/>
            </w:pPr>
            <w:sdt>
              <w:sdtPr>
                <w:tag w:val="P3_TAB_2_2"/>
                <w:alias w:val="Angabe eintragen"/>
                <w:text/>
              </w:sdtPr>
              <w:sdtContent>
                <w:r>
                  <w:rPr>
                    <w:rFonts w:ascii="Lato" w:hAnsi="Lato"/>
                    <w:i/>
                    <w:color w:val="147681"/>
                    <w:sz w:val="19"/>
                  </w:rPr>
                  <w:t>‹Angabe eintragen›</w:t>
                </w:r>
              </w:sdtContent>
            </w:sdt>
          </w:p>
        </w:tc>
      </w:tr>
      <w:tr>
        <w:tc>
          <w:tcPr>
            <w:tcW w:type="dxa" w:w="3156"/>
            <w:shd w:fill="F6F9FA"/>
            <w:tcMar>
              <w:top w:w="135" w:type="dxa"/>
              <w:start w:w="135" w:type="dxa"/>
              <w:bottom w:w="150" w:type="dxa"/>
              <w:end w:w="135" w:type="dxa"/>
            </w:tcMar>
            <w:tcBorders>
              <w:bottom w:val="single" w:sz="5" w:color="D9E4E8"/>
            </w:tcBorders>
          </w:tcPr>
          <w:p>
            <w:pPr>
              <w:pStyle w:val="InputText"/>
            </w:pPr>
            <w:sdt>
              <w:sdtPr>
                <w:tag w:val="P3_TAB_3_0"/>
                <w:alias w:val="Angabe eintragen"/>
                <w:text/>
              </w:sdtPr>
              <w:sdtContent>
                <w:r>
                  <w:rPr>
                    <w:rFonts w:ascii="Lato" w:hAnsi="Lato"/>
                    <w:i/>
                    <w:color w:val="147681"/>
                    <w:sz w:val="19"/>
                  </w:rPr>
                  <w:t>‹Angabe eintragen›</w:t>
                </w:r>
              </w:sdtContent>
            </w:sdt>
          </w:p>
        </w:tc>
        <w:tc>
          <w:tcPr>
            <w:tcW w:type="dxa" w:w="3156"/>
            <w:shd w:fill="F6F9FA"/>
            <w:tcMar>
              <w:top w:w="135" w:type="dxa"/>
              <w:start w:w="135" w:type="dxa"/>
              <w:bottom w:w="150" w:type="dxa"/>
              <w:end w:w="135" w:type="dxa"/>
            </w:tcMar>
            <w:tcBorders>
              <w:bottom w:val="single" w:sz="5" w:color="D9E4E8"/>
            </w:tcBorders>
          </w:tcPr>
          <w:p>
            <w:pPr>
              <w:pStyle w:val="InputText"/>
            </w:pPr>
            <w:sdt>
              <w:sdtPr>
                <w:tag w:val="P3_TAB_3_1"/>
                <w:alias w:val="Angabe eintragen"/>
                <w:text/>
              </w:sdtPr>
              <w:sdtContent>
                <w:r>
                  <w:rPr>
                    <w:rFonts w:ascii="Lato" w:hAnsi="Lato"/>
                    <w:i/>
                    <w:color w:val="147681"/>
                    <w:sz w:val="19"/>
                  </w:rPr>
                  <w:t>‹Angabe eintragen›</w:t>
                </w:r>
              </w:sdtContent>
            </w:sdt>
          </w:p>
        </w:tc>
        <w:tc>
          <w:tcPr>
            <w:tcW w:type="dxa" w:w="3156"/>
            <w:shd w:fill="F6F9FA"/>
            <w:tcMar>
              <w:top w:w="135" w:type="dxa"/>
              <w:start w:w="135" w:type="dxa"/>
              <w:bottom w:w="150" w:type="dxa"/>
              <w:end w:w="135" w:type="dxa"/>
            </w:tcMar>
            <w:tcBorders>
              <w:bottom w:val="single" w:sz="5" w:color="D9E4E8"/>
            </w:tcBorders>
          </w:tcPr>
          <w:p>
            <w:pPr>
              <w:pStyle w:val="InputText"/>
            </w:pPr>
            <w:sdt>
              <w:sdtPr>
                <w:tag w:val="P3_TAB_3_2"/>
                <w:alias w:val="Angabe eintragen"/>
                <w:text/>
              </w:sdtPr>
              <w:sdtContent>
                <w:r>
                  <w:rPr>
                    <w:rFonts w:ascii="Lato" w:hAnsi="Lato"/>
                    <w:i/>
                    <w:color w:val="147681"/>
                    <w:sz w:val="19"/>
                  </w:rPr>
                  <w:t>‹Angabe eintragen›</w:t>
                </w:r>
              </w:sdtContent>
            </w:sdt>
          </w:p>
        </w:tc>
      </w:tr>
    </w:tbl>
    <w:p>
      <w:pPr>
        <w:spacing w:after="100"/>
      </w:pPr>
    </w:p>
    <w:tbl>
      <w:tblPr>
        <w:tblW w:type="auto" w:w="0"/>
        <w:tblLayout w:type="fixed"/>
        <w:tblLook w:firstColumn="1" w:firstRow="1" w:lastColumn="0" w:lastRow="0" w:noHBand="0" w:noVBand="1" w:val="04A0"/>
      </w:tblPr>
      <w:tblGrid>
        <w:gridCol w:w="9411"/>
      </w:tblGrid>
      <w:tr>
        <w:tc>
          <w:tcPr>
            <w:tcW w:type="dxa" w:w="9468"/>
            <w:shd w:fill="F6F9FA"/>
            <w:tcMar>
              <w:top w:w="140" w:type="dxa"/>
              <w:start w:w="170" w:type="dxa"/>
              <w:bottom w:w="135" w:type="dxa"/>
              <w:end w:w="170" w:type="dxa"/>
            </w:tcMar>
            <w:tcBorders>
              <w:start w:val="single" w:sz="16" w:color="147681"/>
            </w:tcBorders>
          </w:tcPr>
          <w:p>
            <w:pPr>
              <w:pStyle w:val="BoxLabel"/>
            </w:pPr>
            <w:r>
              <w:t>WICHTIGER HINWEIS</w:t>
            </w:r>
          </w:p>
          <w:p>
            <w:pPr>
              <w:pStyle w:val="SmallText"/>
            </w:pPr>
            <w:r>
              <w:t>Das Speichern oder Unterschreiben allein ersetzt nicht die Übermittlung des Widerrufs. Bei Unklarheiten zur Widerruflichkeit, notariellen Urkunden, Registern oder besonderen Vereinbarungen ist eine individuelle Prüfung sinnvoll. Ein Widerruf der Vollmacht beendet nicht automatisch jedes zugrunde liegende Vertragsverhältnis.</w:t>
            </w:r>
          </w:p>
        </w:tc>
      </w:tr>
    </w:tbl>
    <w:sectPr w:rsidR="00FC693F" w:rsidRPr="0006063C" w:rsidSect="00034616">
      <w:pgSz w:w="11906" w:h="16838"/>
      <w:pgMar w:top="992" w:right="1219" w:bottom="879" w:left="1219" w:header="454"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95" w:lineRule="auto"/>
    </w:pPr>
    <w:rPr>
      <w:rFonts w:ascii="Lato" w:hAnsi="Lato"/>
      <w:color w:val="273C4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inTitle">
    <w:name w:val="MainTitle"/>
    <w:basedOn w:val="Normal"/>
    <w:pPr>
      <w:keepNext/>
      <w:spacing w:before="0" w:after="120"/>
    </w:pPr>
    <w:rPr>
      <w:rFonts w:ascii="Lato" w:hAnsi="Lato"/>
      <w:b/>
      <w:color w:val="1B3242"/>
      <w:sz w:val="44"/>
    </w:rPr>
  </w:style>
  <w:style w:type="paragraph" w:customStyle="1" w:styleId="Kicker">
    <w:name w:val="Kicker"/>
    <w:basedOn w:val="Normal"/>
    <w:pPr>
      <w:keepNext/>
      <w:spacing w:before="0" w:after="220"/>
    </w:pPr>
    <w:rPr>
      <w:rFonts w:ascii="Lato" w:hAnsi="Lato"/>
      <w:b/>
      <w:color w:val="147681"/>
      <w:sz w:val="16"/>
    </w:rPr>
  </w:style>
  <w:style w:type="paragraph" w:customStyle="1" w:styleId="DocSubtitle">
    <w:name w:val="DocSubtitle"/>
    <w:basedOn w:val="Normal"/>
    <w:pPr>
      <w:keepNext w:val="0"/>
      <w:spacing w:before="0" w:after="280"/>
    </w:pPr>
    <w:rPr>
      <w:rFonts w:ascii="Lato" w:hAnsi="Lato"/>
      <w:b w:val="0"/>
      <w:color w:val="60717A"/>
      <w:sz w:val="18"/>
    </w:rPr>
  </w:style>
  <w:style w:type="paragraph" w:customStyle="1" w:styleId="SectionHead">
    <w:name w:val="SectionHead"/>
    <w:basedOn w:val="Normal"/>
    <w:pPr>
      <w:keepNext/>
      <w:spacing w:before="180" w:after="120"/>
    </w:pPr>
    <w:rPr>
      <w:rFonts w:ascii="Lato" w:hAnsi="Lato"/>
      <w:b/>
      <w:color w:val="147681"/>
      <w:sz w:val="17"/>
    </w:rPr>
  </w:style>
  <w:style w:type="paragraph" w:customStyle="1" w:styleId="Paragraph">
    <w:name w:val="Paragraph"/>
    <w:basedOn w:val="Normal"/>
    <w:pPr>
      <w:keepNext w:val="0"/>
      <w:spacing w:before="0" w:after="180"/>
    </w:pPr>
    <w:rPr>
      <w:rFonts w:ascii="Lato" w:hAnsi="Lato"/>
      <w:b w:val="0"/>
      <w:color w:val="273C4B"/>
      <w:sz w:val="20"/>
    </w:rPr>
  </w:style>
  <w:style w:type="paragraph" w:customStyle="1" w:styleId="SmallText">
    <w:name w:val="SmallText"/>
    <w:basedOn w:val="Normal"/>
    <w:pPr>
      <w:keepNext w:val="0"/>
      <w:spacing w:before="0" w:after="100"/>
    </w:pPr>
    <w:rPr>
      <w:rFonts w:ascii="Lato" w:hAnsi="Lato"/>
      <w:b w:val="0"/>
      <w:color w:val="60717A"/>
      <w:sz w:val="16"/>
    </w:rPr>
  </w:style>
  <w:style w:type="paragraph" w:customStyle="1" w:styleId="InputText">
    <w:name w:val="InputText"/>
    <w:basedOn w:val="Normal"/>
    <w:pPr>
      <w:keepNext w:val="0"/>
      <w:spacing w:before="0" w:after="0"/>
    </w:pPr>
    <w:rPr>
      <w:rFonts w:ascii="Lato" w:hAnsi="Lato"/>
      <w:b w:val="0"/>
      <w:color w:val="147681"/>
      <w:sz w:val="19"/>
    </w:rPr>
  </w:style>
  <w:style w:type="paragraph" w:customStyle="1" w:styleId="BoxLabel">
    <w:name w:val="BoxLabel"/>
    <w:basedOn w:val="Normal"/>
    <w:pPr>
      <w:keepNext/>
      <w:spacing w:before="0" w:after="100"/>
    </w:pPr>
    <w:rPr>
      <w:rFonts w:ascii="Lato" w:hAnsi="Lato"/>
      <w:b/>
      <w:color w:val="60717A"/>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Widerruf einer Vollmacht – editierbare Vorlage</dc:title>
  <dc:subject>Widerruf einer Vollmacht mit Benachrichtigung Dritter und Versandkontrolle</dc:subject>
  <dc:creator/>
  <cp:keywords>Vollmachtswiderruf, Formular, Word-Vorlage</cp:keywords>
  <dc:description>generated by python-docx</dc:description>
  <cp:lastModifiedBy/>
  <cp:revision>1</cp:revision>
  <dcterms:created xsi:type="dcterms:W3CDTF">2013-12-23T23:15:00Z</dcterms:created>
  <dcterms:modified xsi:type="dcterms:W3CDTF">2013-12-23T23:15:00Z</dcterms:modified>
  <cp:category/>
</cp:coreProperties>
</file>